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F649E" w14:textId="2063ECED" w:rsidR="00E65050" w:rsidRPr="0025601D" w:rsidRDefault="00B300D6">
      <w:pPr>
        <w:jc w:val="center"/>
        <w:rPr>
          <w:rFonts w:ascii="Calibri" w:hAnsi="Calibri"/>
        </w:rPr>
      </w:pPr>
      <w:r w:rsidRPr="0025601D">
        <w:rPr>
          <w:rFonts w:ascii="Calibri" w:hAnsi="Calibri"/>
          <w:b/>
        </w:rPr>
        <w:t>EG Scratch &amp; Win Promotion Terms &amp; Conditions ("Conditions of Entry")</w:t>
      </w:r>
      <w:r w:rsidRPr="0025601D">
        <w:rPr>
          <w:rFonts w:ascii="Calibri" w:hAnsi="Calibri"/>
          <w:b/>
        </w:rPr>
        <w:br/>
      </w:r>
    </w:p>
    <w:tbl>
      <w:tblPr>
        <w:tblStyle w:val="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852"/>
      </w:tblGrid>
      <w:tr w:rsidR="00E65050" w:rsidRPr="008756CC" w14:paraId="538915F5" w14:textId="77777777" w:rsidTr="0025601D">
        <w:tc>
          <w:tcPr>
            <w:tcW w:w="10343" w:type="dxa"/>
            <w:gridSpan w:val="2"/>
          </w:tcPr>
          <w:p w14:paraId="7C43E3DA" w14:textId="77777777" w:rsidR="00E65050" w:rsidRPr="0025601D" w:rsidRDefault="00000000">
            <w:pPr>
              <w:jc w:val="center"/>
              <w:rPr>
                <w:rFonts w:ascii="Calibri" w:hAnsi="Calibri"/>
              </w:rPr>
            </w:pPr>
            <w:r w:rsidRPr="0025601D">
              <w:rPr>
                <w:rFonts w:ascii="Calibri" w:hAnsi="Calibri"/>
                <w:b/>
              </w:rPr>
              <w:t>Schedule</w:t>
            </w:r>
          </w:p>
        </w:tc>
      </w:tr>
      <w:tr w:rsidR="00E65050" w:rsidRPr="008756CC" w14:paraId="0796FFD4" w14:textId="77777777" w:rsidTr="0025601D">
        <w:tc>
          <w:tcPr>
            <w:tcW w:w="1491" w:type="dxa"/>
          </w:tcPr>
          <w:p w14:paraId="4D1C4A45" w14:textId="77777777" w:rsidR="00E65050" w:rsidRPr="0025601D" w:rsidRDefault="00000000">
            <w:pPr>
              <w:rPr>
                <w:rFonts w:ascii="Calibri" w:hAnsi="Calibri"/>
              </w:rPr>
            </w:pPr>
            <w:r w:rsidRPr="0025601D">
              <w:rPr>
                <w:rFonts w:ascii="Calibri" w:hAnsi="Calibri"/>
                <w:b/>
              </w:rPr>
              <w:t xml:space="preserve">Promotion: </w:t>
            </w:r>
          </w:p>
        </w:tc>
        <w:tc>
          <w:tcPr>
            <w:tcW w:w="8852" w:type="dxa"/>
          </w:tcPr>
          <w:p w14:paraId="515A12FB" w14:textId="6CD730AF" w:rsidR="00E65050" w:rsidRPr="0025601D" w:rsidRDefault="00B300D6">
            <w:pPr>
              <w:rPr>
                <w:rFonts w:ascii="Calibri" w:hAnsi="Calibri"/>
              </w:rPr>
            </w:pPr>
            <w:r w:rsidRPr="0025601D">
              <w:rPr>
                <w:rFonts w:ascii="Calibri" w:hAnsi="Calibri"/>
              </w:rPr>
              <w:t>EG Scratch &amp; Win Promotion</w:t>
            </w:r>
          </w:p>
        </w:tc>
      </w:tr>
      <w:tr w:rsidR="00E65050" w:rsidRPr="008756CC" w14:paraId="7A98210E" w14:textId="77777777" w:rsidTr="0025601D">
        <w:tc>
          <w:tcPr>
            <w:tcW w:w="1491" w:type="dxa"/>
          </w:tcPr>
          <w:p w14:paraId="46E116EC" w14:textId="77777777" w:rsidR="00E65050" w:rsidRPr="0025601D" w:rsidRDefault="00000000">
            <w:pPr>
              <w:rPr>
                <w:rFonts w:ascii="Calibri" w:hAnsi="Calibri"/>
              </w:rPr>
            </w:pPr>
            <w:r w:rsidRPr="0025601D">
              <w:rPr>
                <w:rFonts w:ascii="Calibri" w:hAnsi="Calibri"/>
                <w:b/>
              </w:rPr>
              <w:t xml:space="preserve">Promoter: </w:t>
            </w:r>
          </w:p>
        </w:tc>
        <w:tc>
          <w:tcPr>
            <w:tcW w:w="8852" w:type="dxa"/>
          </w:tcPr>
          <w:p w14:paraId="44392A56" w14:textId="262A90EB" w:rsidR="00E65050" w:rsidRPr="0025601D" w:rsidRDefault="00FA3F45">
            <w:pPr>
              <w:rPr>
                <w:rFonts w:ascii="Calibri" w:hAnsi="Calibri"/>
              </w:rPr>
            </w:pPr>
            <w:r w:rsidRPr="0025601D">
              <w:rPr>
                <w:rFonts w:ascii="Calibri" w:hAnsi="Calibri"/>
              </w:rPr>
              <w:t>EG FUELCO (AUSTRALIA) LIMITED ABN 39 627 348 645, North Point, Floor 39, 100 Miller Street, NORTH SYDNEY, NSW 2060, Australia. Ph: 1300 655 055</w:t>
            </w:r>
          </w:p>
          <w:p w14:paraId="6019ED79" w14:textId="77777777" w:rsidR="00E65050" w:rsidRPr="0025601D" w:rsidRDefault="00E65050">
            <w:pPr>
              <w:rPr>
                <w:rFonts w:ascii="Calibri" w:hAnsi="Calibri"/>
              </w:rPr>
            </w:pPr>
          </w:p>
          <w:p w14:paraId="5DB818B1" w14:textId="7981DEA6" w:rsidR="00E65050" w:rsidRPr="0025601D" w:rsidRDefault="00000000">
            <w:pPr>
              <w:spacing w:line="276" w:lineRule="auto"/>
              <w:rPr>
                <w:rFonts w:ascii="Calibri" w:hAnsi="Calibri"/>
              </w:rPr>
            </w:pPr>
            <w:r w:rsidRPr="0025601D">
              <w:rPr>
                <w:rFonts w:ascii="Calibri" w:hAnsi="Calibri"/>
              </w:rPr>
              <w:t xml:space="preserve">For any enquiries regarding this Promotion, please contact the Promoter </w:t>
            </w:r>
            <w:r w:rsidR="00B53F26" w:rsidRPr="0025601D">
              <w:rPr>
                <w:rFonts w:ascii="Calibri" w:hAnsi="Calibri"/>
              </w:rPr>
              <w:t>on</w:t>
            </w:r>
            <w:r w:rsidRPr="0025601D">
              <w:rPr>
                <w:rFonts w:ascii="Calibri" w:hAnsi="Calibri"/>
              </w:rPr>
              <w:t xml:space="preserve"> </w:t>
            </w:r>
            <w:r w:rsidR="00FA3F45" w:rsidRPr="0025601D">
              <w:rPr>
                <w:rFonts w:ascii="Calibri" w:hAnsi="Calibri"/>
              </w:rPr>
              <w:t>1300 655 055</w:t>
            </w:r>
          </w:p>
        </w:tc>
      </w:tr>
      <w:tr w:rsidR="00E65050" w:rsidRPr="008756CC" w14:paraId="61C106E3" w14:textId="77777777" w:rsidTr="0025601D">
        <w:tc>
          <w:tcPr>
            <w:tcW w:w="1491" w:type="dxa"/>
          </w:tcPr>
          <w:p w14:paraId="3938FF5C" w14:textId="77777777" w:rsidR="00E65050" w:rsidRPr="0025601D" w:rsidRDefault="00000000">
            <w:pPr>
              <w:rPr>
                <w:rFonts w:ascii="Calibri" w:hAnsi="Calibri"/>
              </w:rPr>
            </w:pPr>
            <w:r w:rsidRPr="0025601D">
              <w:rPr>
                <w:rFonts w:ascii="Calibri" w:hAnsi="Calibri"/>
                <w:b/>
              </w:rPr>
              <w:t>Promotional Period:</w:t>
            </w:r>
          </w:p>
        </w:tc>
        <w:tc>
          <w:tcPr>
            <w:tcW w:w="8852" w:type="dxa"/>
          </w:tcPr>
          <w:p w14:paraId="5AA94E34" w14:textId="448180C3" w:rsidR="00E65050" w:rsidRPr="0025601D" w:rsidRDefault="00000000">
            <w:pPr>
              <w:rPr>
                <w:rFonts w:ascii="Calibri" w:hAnsi="Calibri"/>
              </w:rPr>
            </w:pPr>
            <w:r w:rsidRPr="0025601D">
              <w:rPr>
                <w:rFonts w:ascii="Calibri" w:hAnsi="Calibri"/>
                <w:b/>
              </w:rPr>
              <w:t>Start date:</w:t>
            </w:r>
            <w:r w:rsidR="007F035C" w:rsidRPr="0025601D">
              <w:rPr>
                <w:rFonts w:ascii="Calibri" w:hAnsi="Calibri"/>
              </w:rPr>
              <w:t xml:space="preserve"> </w:t>
            </w:r>
            <w:r w:rsidR="009E2339" w:rsidRPr="0025601D">
              <w:rPr>
                <w:rFonts w:ascii="Calibri" w:hAnsi="Calibri"/>
              </w:rPr>
              <w:t>01/07/26 at open of business</w:t>
            </w:r>
          </w:p>
          <w:p w14:paraId="2C29FC4E" w14:textId="39D2115C" w:rsidR="00E65050" w:rsidRPr="0025601D" w:rsidRDefault="00000000">
            <w:pPr>
              <w:rPr>
                <w:rFonts w:ascii="Calibri" w:hAnsi="Calibri"/>
              </w:rPr>
            </w:pPr>
            <w:r w:rsidRPr="0025601D">
              <w:rPr>
                <w:rFonts w:ascii="Calibri" w:hAnsi="Calibri"/>
                <w:b/>
              </w:rPr>
              <w:t xml:space="preserve">End date: </w:t>
            </w:r>
            <w:r w:rsidR="009E2339" w:rsidRPr="0025601D">
              <w:rPr>
                <w:rFonts w:ascii="Calibri" w:hAnsi="Calibri"/>
              </w:rPr>
              <w:t>04/08/26 at close of business</w:t>
            </w:r>
            <w:r w:rsidR="00ED75DB" w:rsidRPr="0025601D">
              <w:rPr>
                <w:rFonts w:ascii="Calibri" w:hAnsi="Calibri"/>
              </w:rPr>
              <w:t xml:space="preserve">, or whilst </w:t>
            </w:r>
            <w:r w:rsidR="00A87535" w:rsidRPr="0025601D">
              <w:rPr>
                <w:rFonts w:ascii="Calibri" w:hAnsi="Calibri"/>
              </w:rPr>
              <w:t xml:space="preserve">game card </w:t>
            </w:r>
            <w:r w:rsidR="00ED75DB" w:rsidRPr="0025601D">
              <w:rPr>
                <w:rFonts w:ascii="Calibri" w:hAnsi="Calibri"/>
              </w:rPr>
              <w:t>stocks last.</w:t>
            </w:r>
          </w:p>
        </w:tc>
      </w:tr>
      <w:tr w:rsidR="00E65050" w:rsidRPr="008756CC" w14:paraId="305CD2F8" w14:textId="77777777" w:rsidTr="0025601D">
        <w:tc>
          <w:tcPr>
            <w:tcW w:w="1491" w:type="dxa"/>
          </w:tcPr>
          <w:p w14:paraId="45322867" w14:textId="77777777" w:rsidR="00E65050" w:rsidRPr="0025601D" w:rsidRDefault="00000000">
            <w:pPr>
              <w:rPr>
                <w:rFonts w:ascii="Calibri" w:hAnsi="Calibri"/>
              </w:rPr>
            </w:pPr>
            <w:r w:rsidRPr="0025601D">
              <w:rPr>
                <w:rFonts w:ascii="Calibri" w:hAnsi="Calibri"/>
                <w:b/>
              </w:rPr>
              <w:t xml:space="preserve">Eligible entrants: </w:t>
            </w:r>
          </w:p>
        </w:tc>
        <w:tc>
          <w:tcPr>
            <w:tcW w:w="8852" w:type="dxa"/>
          </w:tcPr>
          <w:p w14:paraId="3044CD83" w14:textId="1FE3ED9D" w:rsidR="00E65050" w:rsidRPr="0025601D" w:rsidRDefault="00000000">
            <w:pPr>
              <w:rPr>
                <w:rFonts w:ascii="Calibri" w:hAnsi="Calibri"/>
              </w:rPr>
            </w:pPr>
            <w:r w:rsidRPr="0025601D">
              <w:rPr>
                <w:rFonts w:ascii="Calibri" w:hAnsi="Calibri"/>
              </w:rPr>
              <w:t xml:space="preserve">Entry is only open to </w:t>
            </w:r>
            <w:r w:rsidR="009E2339" w:rsidRPr="0025601D">
              <w:rPr>
                <w:rFonts w:ascii="Calibri" w:hAnsi="Calibri"/>
              </w:rPr>
              <w:t xml:space="preserve">Australian </w:t>
            </w:r>
            <w:r w:rsidRPr="0025601D">
              <w:rPr>
                <w:rFonts w:ascii="Calibri" w:hAnsi="Calibri"/>
              </w:rPr>
              <w:t xml:space="preserve">residents who are 18 years of age or over. </w:t>
            </w:r>
          </w:p>
          <w:p w14:paraId="6642EBCC" w14:textId="061F6B44" w:rsidR="00E65050" w:rsidRPr="0025601D" w:rsidRDefault="00E65050">
            <w:pPr>
              <w:rPr>
                <w:rFonts w:ascii="Calibri" w:hAnsi="Calibri"/>
              </w:rPr>
            </w:pPr>
          </w:p>
        </w:tc>
      </w:tr>
      <w:tr w:rsidR="007F035C" w:rsidRPr="008756CC" w14:paraId="52E3062F" w14:textId="77777777" w:rsidTr="0025601D">
        <w:tc>
          <w:tcPr>
            <w:tcW w:w="1491" w:type="dxa"/>
          </w:tcPr>
          <w:p w14:paraId="1EDBEA0E" w14:textId="655012C7" w:rsidR="007F035C" w:rsidRPr="0025601D" w:rsidRDefault="007F035C">
            <w:pPr>
              <w:rPr>
                <w:rFonts w:ascii="Calibri" w:hAnsi="Calibri"/>
                <w:b/>
              </w:rPr>
            </w:pPr>
            <w:r w:rsidRPr="0025601D">
              <w:rPr>
                <w:rFonts w:ascii="Calibri" w:hAnsi="Calibri"/>
                <w:b/>
              </w:rPr>
              <w:t>How to Enter:</w:t>
            </w:r>
          </w:p>
        </w:tc>
        <w:tc>
          <w:tcPr>
            <w:tcW w:w="8852" w:type="dxa"/>
          </w:tcPr>
          <w:p w14:paraId="38E596EB" w14:textId="77777777" w:rsidR="007F035C" w:rsidRPr="0025601D" w:rsidRDefault="007F035C" w:rsidP="007F035C">
            <w:pPr>
              <w:rPr>
                <w:rFonts w:ascii="Calibri" w:hAnsi="Calibri"/>
              </w:rPr>
            </w:pPr>
            <w:r w:rsidRPr="0025601D">
              <w:rPr>
                <w:rFonts w:ascii="Calibri" w:hAnsi="Calibri"/>
              </w:rPr>
              <w:t>To enter the Promotion, the entrant must complete the following steps during the Promotional Period:</w:t>
            </w:r>
          </w:p>
          <w:p w14:paraId="5ADB9A60" w14:textId="77777777" w:rsidR="007F035C" w:rsidRPr="0025601D" w:rsidRDefault="007F035C" w:rsidP="007F035C">
            <w:pPr>
              <w:rPr>
                <w:rFonts w:ascii="Calibri" w:hAnsi="Calibri"/>
              </w:rPr>
            </w:pPr>
          </w:p>
          <w:p w14:paraId="35BE2905" w14:textId="6AF18EB6" w:rsidR="007F035C" w:rsidRPr="0025601D" w:rsidRDefault="007F035C" w:rsidP="007F035C">
            <w:pPr>
              <w:numPr>
                <w:ilvl w:val="0"/>
                <w:numId w:val="2"/>
              </w:numPr>
              <w:pBdr>
                <w:top w:val="nil"/>
                <w:left w:val="nil"/>
                <w:bottom w:val="nil"/>
                <w:right w:val="nil"/>
                <w:between w:val="nil"/>
              </w:pBdr>
              <w:spacing w:line="276" w:lineRule="auto"/>
              <w:rPr>
                <w:rFonts w:ascii="Calibri" w:hAnsi="Calibri"/>
              </w:rPr>
            </w:pPr>
            <w:r w:rsidRPr="0025601D">
              <w:rPr>
                <w:rFonts w:ascii="Calibri" w:hAnsi="Calibri"/>
              </w:rPr>
              <w:t xml:space="preserve">purchase </w:t>
            </w:r>
            <w:r w:rsidR="009E2339" w:rsidRPr="0025601D">
              <w:rPr>
                <w:rFonts w:ascii="Calibri" w:hAnsi="Calibri"/>
              </w:rPr>
              <w:t>any Participating Bundle (outlined in Annexure A below)</w:t>
            </w:r>
            <w:r w:rsidRPr="0025601D">
              <w:rPr>
                <w:rFonts w:ascii="Calibri" w:hAnsi="Calibri"/>
              </w:rPr>
              <w:t xml:space="preserve"> from any </w:t>
            </w:r>
            <w:r w:rsidR="009E2339" w:rsidRPr="0025601D">
              <w:rPr>
                <w:rFonts w:ascii="Calibri" w:hAnsi="Calibri"/>
              </w:rPr>
              <w:t>Participating EG Fuel Store (outlined in Annexure B below)</w:t>
            </w:r>
            <w:r w:rsidRPr="0025601D">
              <w:rPr>
                <w:rFonts w:ascii="Calibri" w:hAnsi="Calibri"/>
              </w:rPr>
              <w:t xml:space="preserve"> </w:t>
            </w:r>
            <w:r w:rsidR="00DE078F" w:rsidRPr="0025601D">
              <w:rPr>
                <w:rFonts w:ascii="Calibri" w:hAnsi="Calibri"/>
              </w:rPr>
              <w:t xml:space="preserve">and collect </w:t>
            </w:r>
            <w:r w:rsidRPr="0025601D">
              <w:rPr>
                <w:rFonts w:ascii="Calibri" w:hAnsi="Calibri"/>
              </w:rPr>
              <w:t>a game card at the time of purchase, while stocks last</w:t>
            </w:r>
            <w:r w:rsidRPr="0025601D">
              <w:rPr>
                <w:rFonts w:ascii="Calibri" w:hAnsi="Calibri"/>
                <w:color w:val="000000"/>
              </w:rPr>
              <w:t>; and</w:t>
            </w:r>
          </w:p>
          <w:p w14:paraId="5B387DFB" w14:textId="77777777" w:rsidR="007F035C" w:rsidRPr="0025601D" w:rsidRDefault="007F035C" w:rsidP="007F035C">
            <w:pPr>
              <w:numPr>
                <w:ilvl w:val="0"/>
                <w:numId w:val="2"/>
              </w:numPr>
              <w:pBdr>
                <w:top w:val="nil"/>
                <w:left w:val="nil"/>
                <w:bottom w:val="nil"/>
                <w:right w:val="nil"/>
                <w:between w:val="nil"/>
              </w:pBdr>
              <w:spacing w:line="276" w:lineRule="auto"/>
              <w:rPr>
                <w:rFonts w:ascii="Calibri" w:hAnsi="Calibri"/>
              </w:rPr>
            </w:pPr>
            <w:r w:rsidRPr="0025601D">
              <w:rPr>
                <w:rFonts w:ascii="Calibri" w:hAnsi="Calibri"/>
              </w:rPr>
              <w:t xml:space="preserve">scratch the game card to reveal </w:t>
            </w:r>
            <w:proofErr w:type="gramStart"/>
            <w:r w:rsidRPr="0025601D">
              <w:rPr>
                <w:rFonts w:ascii="Calibri" w:hAnsi="Calibri"/>
              </w:rPr>
              <w:t>whether or not</w:t>
            </w:r>
            <w:proofErr w:type="gramEnd"/>
            <w:r w:rsidRPr="0025601D">
              <w:rPr>
                <w:rFonts w:ascii="Calibri" w:hAnsi="Calibri"/>
              </w:rPr>
              <w:t xml:space="preserve"> they have won a prize. Instant win prizes available to be won are listed below</w:t>
            </w:r>
            <w:r w:rsidRPr="0025601D">
              <w:rPr>
                <w:rFonts w:ascii="Calibri" w:hAnsi="Calibri"/>
                <w:color w:val="000000"/>
              </w:rPr>
              <w:t>.</w:t>
            </w:r>
          </w:p>
          <w:p w14:paraId="2145E5DF" w14:textId="77777777" w:rsidR="007F035C" w:rsidRPr="0025601D" w:rsidRDefault="007F035C" w:rsidP="007F035C">
            <w:pPr>
              <w:pBdr>
                <w:top w:val="nil"/>
                <w:left w:val="nil"/>
                <w:bottom w:val="nil"/>
                <w:right w:val="nil"/>
                <w:between w:val="nil"/>
              </w:pBdr>
              <w:spacing w:line="276" w:lineRule="auto"/>
              <w:rPr>
                <w:rFonts w:ascii="Calibri" w:hAnsi="Calibri"/>
                <w:color w:val="000000"/>
              </w:rPr>
            </w:pPr>
          </w:p>
          <w:p w14:paraId="6AB93449" w14:textId="26FF023A" w:rsidR="00E21D13" w:rsidRPr="0025601D" w:rsidRDefault="007F035C" w:rsidP="00E21D13">
            <w:pPr>
              <w:rPr>
                <w:rFonts w:ascii="Calibri" w:hAnsi="Calibri"/>
              </w:rPr>
            </w:pPr>
            <w:r w:rsidRPr="0025601D">
              <w:rPr>
                <w:rFonts w:ascii="Calibri" w:hAnsi="Calibri"/>
              </w:rPr>
              <w:t xml:space="preserve">Each </w:t>
            </w:r>
            <w:r w:rsidR="0007651B" w:rsidRPr="0025601D">
              <w:rPr>
                <w:rFonts w:ascii="Calibri" w:hAnsi="Calibri"/>
              </w:rPr>
              <w:t xml:space="preserve">Participating EG Fuel Store </w:t>
            </w:r>
            <w:r w:rsidRPr="0025601D">
              <w:rPr>
                <w:rFonts w:ascii="Calibri" w:hAnsi="Calibri"/>
              </w:rPr>
              <w:t xml:space="preserve">will be provided with one (1) or more kits. Each kit will contain </w:t>
            </w:r>
            <w:r w:rsidR="00CF3146" w:rsidRPr="0025601D">
              <w:rPr>
                <w:rFonts w:ascii="Calibri" w:hAnsi="Calibri"/>
              </w:rPr>
              <w:t>300</w:t>
            </w:r>
            <w:r w:rsidRPr="0025601D">
              <w:rPr>
                <w:rFonts w:ascii="Calibri" w:hAnsi="Calibri"/>
              </w:rPr>
              <w:t xml:space="preserve"> game cards (</w:t>
            </w:r>
            <w:proofErr w:type="gramStart"/>
            <w:r w:rsidRPr="0025601D">
              <w:rPr>
                <w:rFonts w:ascii="Calibri" w:hAnsi="Calibri"/>
              </w:rPr>
              <w:t>includes</w:t>
            </w:r>
            <w:proofErr w:type="gramEnd"/>
            <w:r w:rsidRPr="0025601D">
              <w:rPr>
                <w:rFonts w:ascii="Calibri" w:hAnsi="Calibri"/>
              </w:rPr>
              <w:t xml:space="preserve"> </w:t>
            </w:r>
            <w:r w:rsidR="00CF3146" w:rsidRPr="0025601D">
              <w:rPr>
                <w:rFonts w:ascii="Calibri" w:hAnsi="Calibri"/>
              </w:rPr>
              <w:t>50</w:t>
            </w:r>
            <w:r w:rsidRPr="0025601D">
              <w:rPr>
                <w:rFonts w:ascii="Calibri" w:hAnsi="Calibri"/>
              </w:rPr>
              <w:t xml:space="preserve"> </w:t>
            </w:r>
            <w:proofErr w:type="gramStart"/>
            <w:r w:rsidRPr="0025601D">
              <w:rPr>
                <w:rFonts w:ascii="Calibri" w:hAnsi="Calibri"/>
              </w:rPr>
              <w:t>winning game</w:t>
            </w:r>
            <w:proofErr w:type="gramEnd"/>
            <w:r w:rsidRPr="0025601D">
              <w:rPr>
                <w:rFonts w:ascii="Calibri" w:hAnsi="Calibri"/>
              </w:rPr>
              <w:t xml:space="preserve"> cards). </w:t>
            </w:r>
            <w:r w:rsidR="00E21D13" w:rsidRPr="0025601D">
              <w:rPr>
                <w:rFonts w:ascii="Calibri" w:hAnsi="Calibri"/>
                <w:b/>
              </w:rPr>
              <w:t xml:space="preserve">The total maximum prize pool and number of kits in </w:t>
            </w:r>
            <w:proofErr w:type="gramStart"/>
            <w:r w:rsidR="00E21D13" w:rsidRPr="0025601D">
              <w:rPr>
                <w:rFonts w:ascii="Calibri" w:hAnsi="Calibri"/>
                <w:b/>
              </w:rPr>
              <w:t>each of</w:t>
            </w:r>
            <w:proofErr w:type="gramEnd"/>
            <w:r w:rsidR="00E21D13" w:rsidRPr="0025601D">
              <w:rPr>
                <w:rFonts w:ascii="Calibri" w:hAnsi="Calibri"/>
                <w:b/>
              </w:rPr>
              <w:t xml:space="preserve"> SA and nationally are listed below</w:t>
            </w:r>
            <w:r w:rsidR="00E21D13" w:rsidRPr="0025601D">
              <w:rPr>
                <w:rFonts w:ascii="Calibri" w:hAnsi="Calibri"/>
              </w:rPr>
              <w:t>:</w:t>
            </w:r>
          </w:p>
          <w:p w14:paraId="5E17B5C6" w14:textId="77777777" w:rsidR="00E21D13" w:rsidRPr="0025601D" w:rsidRDefault="00E21D13" w:rsidP="00E21D13">
            <w:pPr>
              <w:rPr>
                <w:rFonts w:ascii="Calibri" w:hAnsi="Calibri"/>
              </w:rPr>
            </w:pPr>
          </w:p>
          <w:tbl>
            <w:tblPr>
              <w:tblStyle w:val="TableGrid"/>
              <w:tblW w:w="0" w:type="auto"/>
              <w:tblLook w:val="04A0" w:firstRow="1" w:lastRow="0" w:firstColumn="1" w:lastColumn="0" w:noHBand="0" w:noVBand="1"/>
            </w:tblPr>
            <w:tblGrid>
              <w:gridCol w:w="3090"/>
              <w:gridCol w:w="3090"/>
              <w:gridCol w:w="2416"/>
            </w:tblGrid>
            <w:tr w:rsidR="00E21D13" w:rsidRPr="008756CC" w14:paraId="2283F557" w14:textId="77777777" w:rsidTr="2C69C9A7">
              <w:tc>
                <w:tcPr>
                  <w:tcW w:w="3090" w:type="dxa"/>
                </w:tcPr>
                <w:p w14:paraId="4EA5644A" w14:textId="77777777" w:rsidR="00E21D13" w:rsidRPr="0025601D" w:rsidRDefault="00E21D13" w:rsidP="00E21D13">
                  <w:pPr>
                    <w:rPr>
                      <w:rFonts w:ascii="Calibri" w:hAnsi="Calibri"/>
                    </w:rPr>
                  </w:pPr>
                </w:p>
              </w:tc>
              <w:tc>
                <w:tcPr>
                  <w:tcW w:w="3090" w:type="dxa"/>
                </w:tcPr>
                <w:p w14:paraId="3A055249" w14:textId="77777777" w:rsidR="00E21D13" w:rsidRPr="0025601D" w:rsidRDefault="00E21D13" w:rsidP="00E21D13">
                  <w:pPr>
                    <w:rPr>
                      <w:rFonts w:ascii="Calibri" w:hAnsi="Calibri"/>
                      <w:b/>
                    </w:rPr>
                  </w:pPr>
                  <w:r w:rsidRPr="0025601D">
                    <w:rPr>
                      <w:rFonts w:ascii="Calibri" w:hAnsi="Calibri"/>
                      <w:b/>
                    </w:rPr>
                    <w:t>Total Maximum Number of kits</w:t>
                  </w:r>
                </w:p>
              </w:tc>
              <w:tc>
                <w:tcPr>
                  <w:tcW w:w="2416" w:type="dxa"/>
                </w:tcPr>
                <w:p w14:paraId="79328778" w14:textId="77777777" w:rsidR="00E21D13" w:rsidRPr="0025601D" w:rsidRDefault="00E21D13" w:rsidP="00E21D13">
                  <w:pPr>
                    <w:rPr>
                      <w:rFonts w:ascii="Calibri" w:hAnsi="Calibri"/>
                      <w:b/>
                    </w:rPr>
                  </w:pPr>
                  <w:r w:rsidRPr="0025601D">
                    <w:rPr>
                      <w:rFonts w:ascii="Calibri" w:hAnsi="Calibri"/>
                      <w:b/>
                    </w:rPr>
                    <w:t>Total Maximum Prize Pool</w:t>
                  </w:r>
                </w:p>
              </w:tc>
            </w:tr>
            <w:tr w:rsidR="00E21D13" w:rsidRPr="008756CC" w14:paraId="4A8E8AAD" w14:textId="77777777" w:rsidTr="2C69C9A7">
              <w:tc>
                <w:tcPr>
                  <w:tcW w:w="3090" w:type="dxa"/>
                </w:tcPr>
                <w:p w14:paraId="3B67D011" w14:textId="77777777" w:rsidR="00E21D13" w:rsidRPr="0025601D" w:rsidRDefault="00E21D13" w:rsidP="00E21D13">
                  <w:pPr>
                    <w:rPr>
                      <w:rFonts w:ascii="Calibri" w:hAnsi="Calibri"/>
                    </w:rPr>
                  </w:pPr>
                  <w:r w:rsidRPr="0025601D">
                    <w:rPr>
                      <w:rFonts w:ascii="Calibri" w:hAnsi="Calibri"/>
                    </w:rPr>
                    <w:t>SA</w:t>
                  </w:r>
                </w:p>
              </w:tc>
              <w:tc>
                <w:tcPr>
                  <w:tcW w:w="3090" w:type="dxa"/>
                </w:tcPr>
                <w:p w14:paraId="18A5DE44" w14:textId="4F4A03A3" w:rsidR="00E21D13" w:rsidRPr="0025601D" w:rsidRDefault="5F6D075E" w:rsidP="2C69C9A7">
                  <w:pPr>
                    <w:rPr>
                      <w:rFonts w:ascii="Calibri" w:hAnsi="Calibri"/>
                    </w:rPr>
                  </w:pPr>
                  <w:r w:rsidRPr="0025601D">
                    <w:rPr>
                      <w:rFonts w:ascii="Calibri" w:hAnsi="Calibri"/>
                    </w:rPr>
                    <w:t>41</w:t>
                  </w:r>
                </w:p>
              </w:tc>
              <w:tc>
                <w:tcPr>
                  <w:tcW w:w="2416" w:type="dxa"/>
                </w:tcPr>
                <w:p w14:paraId="2E4C921F" w14:textId="00BEED95" w:rsidR="00E21D13" w:rsidRPr="0025601D" w:rsidRDefault="00BB7D27" w:rsidP="00E21D13">
                  <w:pPr>
                    <w:rPr>
                      <w:rFonts w:ascii="Calibri" w:hAnsi="Calibri"/>
                    </w:rPr>
                  </w:pPr>
                  <w:r w:rsidRPr="0025601D">
                    <w:rPr>
                      <w:rFonts w:ascii="Calibri" w:hAnsi="Calibri"/>
                    </w:rPr>
                    <w:t xml:space="preserve">Up to </w:t>
                  </w:r>
                  <w:r w:rsidR="00E21D13" w:rsidRPr="0025601D">
                    <w:rPr>
                      <w:rFonts w:ascii="Calibri" w:hAnsi="Calibri"/>
                    </w:rPr>
                    <w:t>AUD$</w:t>
                  </w:r>
                  <w:r w:rsidR="00D329C4" w:rsidRPr="0025601D">
                    <w:rPr>
                      <w:rFonts w:ascii="Calibri" w:hAnsi="Calibri"/>
                    </w:rPr>
                    <w:t>11,</w:t>
                  </w:r>
                  <w:r w:rsidR="007D3FB0">
                    <w:rPr>
                      <w:rFonts w:ascii="Calibri" w:hAnsi="Calibri"/>
                    </w:rPr>
                    <w:t>371.35</w:t>
                  </w:r>
                </w:p>
              </w:tc>
            </w:tr>
            <w:tr w:rsidR="00E21D13" w:rsidRPr="008756CC" w14:paraId="034D5DC1" w14:textId="77777777" w:rsidTr="2C69C9A7">
              <w:tc>
                <w:tcPr>
                  <w:tcW w:w="3090" w:type="dxa"/>
                </w:tcPr>
                <w:p w14:paraId="596AD966" w14:textId="77777777" w:rsidR="00E21D13" w:rsidRPr="0025601D" w:rsidRDefault="00E21D13" w:rsidP="00E21D13">
                  <w:pPr>
                    <w:rPr>
                      <w:rFonts w:ascii="Calibri" w:hAnsi="Calibri"/>
                    </w:rPr>
                  </w:pPr>
                  <w:r w:rsidRPr="0025601D">
                    <w:rPr>
                      <w:rFonts w:ascii="Calibri" w:hAnsi="Calibri"/>
                    </w:rPr>
                    <w:t>Nationally</w:t>
                  </w:r>
                </w:p>
              </w:tc>
              <w:tc>
                <w:tcPr>
                  <w:tcW w:w="3090" w:type="dxa"/>
                </w:tcPr>
                <w:p w14:paraId="732313FD" w14:textId="4B7DC6F1" w:rsidR="00E21D13" w:rsidRPr="0025601D" w:rsidRDefault="00D329C4" w:rsidP="2C69C9A7">
                  <w:pPr>
                    <w:rPr>
                      <w:rFonts w:ascii="Calibri" w:hAnsi="Calibri"/>
                    </w:rPr>
                  </w:pPr>
                  <w:r w:rsidRPr="0025601D">
                    <w:rPr>
                      <w:rFonts w:ascii="Calibri" w:hAnsi="Calibri"/>
                    </w:rPr>
                    <w:t>1,168</w:t>
                  </w:r>
                </w:p>
              </w:tc>
              <w:tc>
                <w:tcPr>
                  <w:tcW w:w="2416" w:type="dxa"/>
                </w:tcPr>
                <w:p w14:paraId="23C2CD5E" w14:textId="1F1778BB" w:rsidR="00E21D13" w:rsidRPr="0025601D" w:rsidRDefault="00E21D13" w:rsidP="00E21D13">
                  <w:pPr>
                    <w:rPr>
                      <w:rFonts w:ascii="Calibri" w:hAnsi="Calibri"/>
                    </w:rPr>
                  </w:pPr>
                  <w:r w:rsidRPr="0025601D">
                    <w:rPr>
                      <w:rFonts w:ascii="Calibri" w:hAnsi="Calibri"/>
                    </w:rPr>
                    <w:t>Up to AUD$</w:t>
                  </w:r>
                  <w:r w:rsidR="00D329C4" w:rsidRPr="008756CC">
                    <w:rPr>
                      <w:rFonts w:ascii="Calibri" w:hAnsi="Calibri"/>
                    </w:rPr>
                    <w:t>3</w:t>
                  </w:r>
                  <w:r w:rsidR="00A2011A" w:rsidRPr="008756CC">
                    <w:rPr>
                      <w:rFonts w:ascii="Calibri" w:hAnsi="Calibri"/>
                    </w:rPr>
                    <w:t>2</w:t>
                  </w:r>
                  <w:r w:rsidR="007D3FB0">
                    <w:rPr>
                      <w:rFonts w:ascii="Calibri" w:hAnsi="Calibri"/>
                    </w:rPr>
                    <w:t>3,944.80</w:t>
                  </w:r>
                </w:p>
              </w:tc>
            </w:tr>
          </w:tbl>
          <w:p w14:paraId="57D34F75" w14:textId="77777777" w:rsidR="007F035C" w:rsidRPr="0025601D" w:rsidRDefault="007F035C" w:rsidP="007F035C">
            <w:pPr>
              <w:rPr>
                <w:rFonts w:ascii="Calibri" w:hAnsi="Calibri"/>
                <w:b/>
              </w:rPr>
            </w:pPr>
          </w:p>
          <w:p w14:paraId="6003C0A8" w14:textId="114C067D" w:rsidR="007F035C" w:rsidRPr="0025601D" w:rsidRDefault="007F035C" w:rsidP="007F035C">
            <w:pPr>
              <w:rPr>
                <w:rFonts w:ascii="Calibri" w:hAnsi="Calibri"/>
              </w:rPr>
            </w:pPr>
            <w:r w:rsidRPr="0025601D">
              <w:rPr>
                <w:rFonts w:ascii="Calibri" w:hAnsi="Calibri"/>
              </w:rPr>
              <w:t xml:space="preserve">Total prize pool per ‘kit’ is </w:t>
            </w:r>
            <w:r w:rsidR="002A2733" w:rsidRPr="0025601D">
              <w:rPr>
                <w:rFonts w:ascii="Calibri" w:hAnsi="Calibri"/>
              </w:rPr>
              <w:t xml:space="preserve">up to </w:t>
            </w:r>
            <w:r w:rsidRPr="0025601D">
              <w:rPr>
                <w:rFonts w:ascii="Calibri" w:hAnsi="Calibri"/>
              </w:rPr>
              <w:t>$</w:t>
            </w:r>
            <w:r w:rsidR="00ED75DB" w:rsidRPr="008756CC">
              <w:rPr>
                <w:rFonts w:ascii="Calibri" w:hAnsi="Calibri"/>
              </w:rPr>
              <w:t>27</w:t>
            </w:r>
            <w:r w:rsidR="007D3FB0">
              <w:rPr>
                <w:rFonts w:ascii="Calibri" w:hAnsi="Calibri"/>
              </w:rPr>
              <w:t>7</w:t>
            </w:r>
            <w:r w:rsidR="00ED75DB" w:rsidRPr="008756CC">
              <w:rPr>
                <w:rFonts w:ascii="Calibri" w:hAnsi="Calibri"/>
              </w:rPr>
              <w:t>.</w:t>
            </w:r>
            <w:r w:rsidR="007D3FB0">
              <w:rPr>
                <w:rFonts w:ascii="Calibri" w:hAnsi="Calibri"/>
              </w:rPr>
              <w:t>3</w:t>
            </w:r>
            <w:r w:rsidR="002D059E" w:rsidRPr="008756CC">
              <w:rPr>
                <w:rFonts w:ascii="Calibri" w:hAnsi="Calibri"/>
              </w:rPr>
              <w:t>5</w:t>
            </w:r>
            <w:r w:rsidRPr="0025601D">
              <w:rPr>
                <w:rFonts w:ascii="Calibri" w:hAnsi="Calibri"/>
              </w:rPr>
              <w:t>.</w:t>
            </w:r>
          </w:p>
          <w:p w14:paraId="0B02D09D" w14:textId="77777777" w:rsidR="007F035C" w:rsidRPr="0025601D" w:rsidRDefault="007F035C" w:rsidP="007F035C">
            <w:pPr>
              <w:rPr>
                <w:rFonts w:ascii="Calibri" w:hAnsi="Calibri"/>
              </w:rPr>
            </w:pPr>
          </w:p>
          <w:p w14:paraId="75AEEDBB" w14:textId="7623BD55" w:rsidR="007F035C" w:rsidRPr="0025601D" w:rsidRDefault="007F035C" w:rsidP="007F035C">
            <w:pPr>
              <w:rPr>
                <w:rFonts w:ascii="Calibri" w:hAnsi="Calibri"/>
                <w:highlight w:val="yellow"/>
              </w:rPr>
            </w:pPr>
            <w:r w:rsidRPr="0025601D">
              <w:rPr>
                <w:rFonts w:ascii="Calibri" w:hAnsi="Calibri"/>
                <w:b/>
              </w:rPr>
              <w:t xml:space="preserve">The total prize pool in any </w:t>
            </w:r>
            <w:r w:rsidR="0007651B" w:rsidRPr="0025601D">
              <w:rPr>
                <w:rFonts w:ascii="Calibri" w:hAnsi="Calibri"/>
                <w:b/>
              </w:rPr>
              <w:t xml:space="preserve">Participating EG Fuel Store </w:t>
            </w:r>
            <w:r w:rsidRPr="0025601D">
              <w:rPr>
                <w:rFonts w:ascii="Calibri" w:hAnsi="Calibri"/>
                <w:b/>
              </w:rPr>
              <w:t>in ACT will not exceed $3,000</w:t>
            </w:r>
            <w:r w:rsidR="00F66AD1" w:rsidRPr="0025601D">
              <w:rPr>
                <w:rFonts w:ascii="Calibri" w:hAnsi="Calibri"/>
                <w:b/>
              </w:rPr>
              <w:t>. The total prize pool</w:t>
            </w:r>
            <w:r w:rsidRPr="0025601D">
              <w:rPr>
                <w:rFonts w:ascii="Calibri" w:hAnsi="Calibri"/>
                <w:b/>
              </w:rPr>
              <w:t xml:space="preserve"> in any </w:t>
            </w:r>
            <w:r w:rsidR="0007651B" w:rsidRPr="0025601D">
              <w:rPr>
                <w:rFonts w:ascii="Calibri" w:hAnsi="Calibri"/>
                <w:b/>
              </w:rPr>
              <w:t xml:space="preserve">Participating EG Fuel Store </w:t>
            </w:r>
            <w:r w:rsidRPr="0025601D">
              <w:rPr>
                <w:rFonts w:ascii="Calibri" w:hAnsi="Calibri"/>
                <w:b/>
              </w:rPr>
              <w:t>in NSW will not exceed $10,000.</w:t>
            </w:r>
          </w:p>
        </w:tc>
      </w:tr>
      <w:tr w:rsidR="00E65050" w:rsidRPr="008756CC" w14:paraId="43A650A7" w14:textId="77777777" w:rsidTr="0025601D">
        <w:tc>
          <w:tcPr>
            <w:tcW w:w="1491" w:type="dxa"/>
          </w:tcPr>
          <w:p w14:paraId="4DF27B9E" w14:textId="77777777" w:rsidR="00E65050" w:rsidRPr="0025601D" w:rsidRDefault="00000000">
            <w:pPr>
              <w:rPr>
                <w:rFonts w:ascii="Calibri" w:hAnsi="Calibri"/>
              </w:rPr>
            </w:pPr>
            <w:r w:rsidRPr="0025601D">
              <w:rPr>
                <w:rFonts w:ascii="Calibri" w:hAnsi="Calibri"/>
                <w:b/>
              </w:rPr>
              <w:t>Entries permitted:</w:t>
            </w:r>
          </w:p>
        </w:tc>
        <w:tc>
          <w:tcPr>
            <w:tcW w:w="8852" w:type="dxa"/>
          </w:tcPr>
          <w:p w14:paraId="2ED1DA09" w14:textId="5DC58011" w:rsidR="00E65050" w:rsidRPr="0025601D" w:rsidRDefault="007F035C" w:rsidP="007F035C">
            <w:pPr>
              <w:pBdr>
                <w:top w:val="nil"/>
                <w:left w:val="nil"/>
                <w:bottom w:val="nil"/>
                <w:right w:val="nil"/>
                <w:between w:val="nil"/>
              </w:pBdr>
              <w:spacing w:line="276" w:lineRule="auto"/>
              <w:rPr>
                <w:rFonts w:ascii="Calibri" w:hAnsi="Calibri"/>
                <w:color w:val="000000"/>
                <w:highlight w:val="yellow"/>
              </w:rPr>
            </w:pPr>
            <w:r w:rsidRPr="0025601D">
              <w:rPr>
                <w:rFonts w:ascii="Calibri" w:hAnsi="Calibri"/>
              </w:rPr>
              <w:t xml:space="preserve">Maximum of one (1) game card permitted per </w:t>
            </w:r>
            <w:r w:rsidR="00B164BA" w:rsidRPr="0025601D">
              <w:rPr>
                <w:rFonts w:ascii="Calibri" w:hAnsi="Calibri"/>
              </w:rPr>
              <w:t>Participating Bundle purchased</w:t>
            </w:r>
            <w:r w:rsidRPr="0025601D">
              <w:rPr>
                <w:rFonts w:ascii="Calibri" w:hAnsi="Calibri"/>
              </w:rPr>
              <w:t xml:space="preserve">. </w:t>
            </w:r>
          </w:p>
        </w:tc>
      </w:tr>
      <w:tr w:rsidR="00E65050" w:rsidRPr="008756CC" w14:paraId="6EAAEC39" w14:textId="77777777" w:rsidTr="0025601D">
        <w:tc>
          <w:tcPr>
            <w:tcW w:w="1491" w:type="dxa"/>
          </w:tcPr>
          <w:p w14:paraId="5E70F826" w14:textId="77777777" w:rsidR="00E65050" w:rsidRPr="0025601D" w:rsidRDefault="00000000">
            <w:pPr>
              <w:rPr>
                <w:rFonts w:ascii="Calibri" w:hAnsi="Calibri"/>
                <w:b/>
              </w:rPr>
            </w:pPr>
            <w:r w:rsidRPr="0025601D">
              <w:rPr>
                <w:rFonts w:ascii="Calibri" w:hAnsi="Calibri"/>
                <w:b/>
              </w:rPr>
              <w:t xml:space="preserve">Winner Determination: </w:t>
            </w:r>
          </w:p>
        </w:tc>
        <w:tc>
          <w:tcPr>
            <w:tcW w:w="8852" w:type="dxa"/>
          </w:tcPr>
          <w:p w14:paraId="2EECAFB5" w14:textId="0FC4AEE3" w:rsidR="00E65050" w:rsidRPr="0025601D" w:rsidRDefault="00D25FD8">
            <w:pPr>
              <w:rPr>
                <w:rFonts w:ascii="Calibri" w:hAnsi="Calibri"/>
                <w:u w:val="single"/>
              </w:rPr>
            </w:pPr>
            <w:r w:rsidRPr="0025601D">
              <w:rPr>
                <w:rFonts w:ascii="Calibri" w:hAnsi="Calibri"/>
                <w:u w:val="single"/>
              </w:rPr>
              <w:t>Instant Win:</w:t>
            </w:r>
          </w:p>
          <w:p w14:paraId="0705F2FF" w14:textId="311648AC" w:rsidR="007F035C" w:rsidRPr="0025601D" w:rsidRDefault="007F035C" w:rsidP="007F035C">
            <w:pPr>
              <w:numPr>
                <w:ilvl w:val="0"/>
                <w:numId w:val="4"/>
              </w:numPr>
              <w:spacing w:line="276" w:lineRule="auto"/>
              <w:rPr>
                <w:rFonts w:ascii="Calibri" w:hAnsi="Calibri"/>
              </w:rPr>
            </w:pPr>
            <w:r w:rsidRPr="0025601D">
              <w:rPr>
                <w:rFonts w:ascii="Calibri" w:hAnsi="Calibri"/>
              </w:rPr>
              <w:t xml:space="preserve">The probability of winning a prize is 1 out of </w:t>
            </w:r>
            <w:r w:rsidR="00D329C4" w:rsidRPr="0025601D">
              <w:rPr>
                <w:rFonts w:ascii="Calibri" w:hAnsi="Calibri"/>
              </w:rPr>
              <w:t>6</w:t>
            </w:r>
            <w:r w:rsidRPr="0025601D">
              <w:rPr>
                <w:rFonts w:ascii="Calibri" w:hAnsi="Calibri"/>
              </w:rPr>
              <w:t>.</w:t>
            </w:r>
          </w:p>
          <w:p w14:paraId="0A47C248" w14:textId="675D22C8" w:rsidR="007F035C" w:rsidRPr="0025601D" w:rsidRDefault="007F035C" w:rsidP="007F035C">
            <w:pPr>
              <w:numPr>
                <w:ilvl w:val="0"/>
                <w:numId w:val="4"/>
              </w:numPr>
              <w:spacing w:line="276" w:lineRule="auto"/>
              <w:rPr>
                <w:rFonts w:ascii="Calibri" w:hAnsi="Calibri"/>
              </w:rPr>
            </w:pPr>
            <w:bookmarkStart w:id="0" w:name="_Hlk161744871"/>
            <w:r w:rsidRPr="0025601D">
              <w:rPr>
                <w:rFonts w:ascii="Calibri" w:hAnsi="Calibri"/>
              </w:rPr>
              <w:t xml:space="preserve">To redeem the prize, the winner must surrender their winning card to staff at </w:t>
            </w:r>
            <w:r w:rsidR="00535980" w:rsidRPr="0025601D">
              <w:rPr>
                <w:rFonts w:ascii="Calibri" w:hAnsi="Calibri"/>
              </w:rPr>
              <w:t>any</w:t>
            </w:r>
            <w:r w:rsidR="00936362" w:rsidRPr="0025601D">
              <w:rPr>
                <w:rFonts w:ascii="Calibri" w:hAnsi="Calibri"/>
              </w:rPr>
              <w:t xml:space="preserve"> EG Fuel Store</w:t>
            </w:r>
            <w:r w:rsidRPr="0025601D">
              <w:rPr>
                <w:rFonts w:ascii="Calibri" w:hAnsi="Calibri"/>
              </w:rPr>
              <w:t xml:space="preserve"> </w:t>
            </w:r>
            <w:r w:rsidR="00EA2528" w:rsidRPr="0025601D">
              <w:rPr>
                <w:rFonts w:ascii="Calibri" w:hAnsi="Calibri"/>
              </w:rPr>
              <w:t xml:space="preserve">within Australia </w:t>
            </w:r>
            <w:r w:rsidRPr="0025601D">
              <w:rPr>
                <w:rFonts w:ascii="Calibri" w:hAnsi="Calibri"/>
              </w:rPr>
              <w:t xml:space="preserve">by </w:t>
            </w:r>
            <w:r w:rsidR="00922F4F" w:rsidRPr="0025601D">
              <w:rPr>
                <w:rFonts w:ascii="Calibri" w:hAnsi="Calibri"/>
              </w:rPr>
              <w:t>04/08/26 at close of business</w:t>
            </w:r>
            <w:r w:rsidRPr="0025601D">
              <w:rPr>
                <w:rFonts w:ascii="Calibri" w:hAnsi="Calibri"/>
              </w:rPr>
              <w:t>.</w:t>
            </w:r>
            <w:bookmarkEnd w:id="0"/>
          </w:p>
          <w:p w14:paraId="7DF50CFC" w14:textId="4AE83257" w:rsidR="007F035C" w:rsidRPr="0025601D" w:rsidRDefault="007F035C" w:rsidP="007F035C">
            <w:pPr>
              <w:numPr>
                <w:ilvl w:val="0"/>
                <w:numId w:val="4"/>
              </w:numPr>
              <w:spacing w:line="276" w:lineRule="auto"/>
              <w:rPr>
                <w:rFonts w:ascii="Calibri" w:hAnsi="Calibri"/>
              </w:rPr>
            </w:pPr>
            <w:bookmarkStart w:id="1" w:name="_Hlk161744917"/>
            <w:r w:rsidRPr="0025601D">
              <w:rPr>
                <w:rFonts w:ascii="Calibri" w:hAnsi="Calibri"/>
              </w:rPr>
              <w:t>Printing and other quality control errors will not invalidate an otherwise valid prize claim.</w:t>
            </w:r>
            <w:bookmarkEnd w:id="1"/>
          </w:p>
          <w:p w14:paraId="3D000EAB" w14:textId="48E01F6D" w:rsidR="007F035C" w:rsidRPr="0025601D" w:rsidRDefault="007F035C" w:rsidP="007F035C">
            <w:pPr>
              <w:numPr>
                <w:ilvl w:val="0"/>
                <w:numId w:val="4"/>
              </w:numPr>
              <w:spacing w:line="276" w:lineRule="auto"/>
              <w:rPr>
                <w:rFonts w:ascii="Calibri" w:hAnsi="Calibri"/>
              </w:rPr>
            </w:pPr>
            <w:bookmarkStart w:id="2" w:name="_Hlk161744923"/>
            <w:r w:rsidRPr="0025601D">
              <w:rPr>
                <w:rFonts w:ascii="Calibri" w:hAnsi="Calibri"/>
              </w:rPr>
              <w:t xml:space="preserve">Unless otherwise due to fraud or ineligibility under these Terms and Conditions, all prize claims </w:t>
            </w:r>
            <w:proofErr w:type="gramStart"/>
            <w:r w:rsidRPr="0025601D">
              <w:rPr>
                <w:rFonts w:ascii="Calibri" w:hAnsi="Calibri"/>
              </w:rPr>
              <w:t>in excess of</w:t>
            </w:r>
            <w:proofErr w:type="gramEnd"/>
            <w:r w:rsidRPr="0025601D">
              <w:rPr>
                <w:rFonts w:ascii="Calibri" w:hAnsi="Calibri"/>
              </w:rPr>
              <w:t xml:space="preserve"> the advertised prize pool will be </w:t>
            </w:r>
            <w:proofErr w:type="spellStart"/>
            <w:r w:rsidRPr="0025601D">
              <w:rPr>
                <w:rFonts w:ascii="Calibri" w:hAnsi="Calibri"/>
              </w:rPr>
              <w:t>honoured</w:t>
            </w:r>
            <w:bookmarkEnd w:id="2"/>
            <w:proofErr w:type="spellEnd"/>
            <w:r w:rsidRPr="0025601D">
              <w:rPr>
                <w:rFonts w:ascii="Calibri" w:hAnsi="Calibri"/>
              </w:rPr>
              <w:t xml:space="preserve">. </w:t>
            </w:r>
          </w:p>
          <w:p w14:paraId="463F77FC" w14:textId="77777777" w:rsidR="007F035C" w:rsidRPr="0025601D" w:rsidRDefault="007F035C" w:rsidP="007F035C">
            <w:pPr>
              <w:numPr>
                <w:ilvl w:val="0"/>
                <w:numId w:val="4"/>
              </w:numPr>
              <w:spacing w:line="276" w:lineRule="auto"/>
              <w:rPr>
                <w:rFonts w:ascii="Calibri" w:hAnsi="Calibri"/>
              </w:rPr>
            </w:pPr>
            <w:bookmarkStart w:id="3" w:name="_Hlk161744943"/>
            <w:r w:rsidRPr="0025601D">
              <w:rPr>
                <w:rFonts w:ascii="Calibri" w:hAnsi="Calibri"/>
              </w:rPr>
              <w:t xml:space="preserve">Instant win game materials </w:t>
            </w:r>
            <w:proofErr w:type="gramStart"/>
            <w:r w:rsidRPr="0025601D">
              <w:rPr>
                <w:rFonts w:ascii="Calibri" w:hAnsi="Calibri"/>
              </w:rPr>
              <w:t>void</w:t>
            </w:r>
            <w:proofErr w:type="gramEnd"/>
            <w:r w:rsidRPr="0025601D">
              <w:rPr>
                <w:rFonts w:ascii="Calibri" w:hAnsi="Calibri"/>
              </w:rPr>
              <w:t xml:space="preserve"> if stolen, forged, mutilated or tampered with in any way</w:t>
            </w:r>
            <w:bookmarkEnd w:id="3"/>
            <w:r w:rsidRPr="0025601D">
              <w:rPr>
                <w:rFonts w:ascii="Calibri" w:hAnsi="Calibri"/>
              </w:rPr>
              <w:t>.</w:t>
            </w:r>
            <w:bookmarkStart w:id="4" w:name="_Hlk161744950"/>
          </w:p>
          <w:p w14:paraId="3E12B4B2" w14:textId="51AC69AF" w:rsidR="00E65050" w:rsidRPr="0025601D" w:rsidRDefault="2D4AD054" w:rsidP="2C69C9A7">
            <w:pPr>
              <w:numPr>
                <w:ilvl w:val="0"/>
                <w:numId w:val="4"/>
              </w:numPr>
              <w:rPr>
                <w:rFonts w:ascii="Calibri" w:hAnsi="Calibri"/>
              </w:rPr>
            </w:pPr>
            <w:r w:rsidRPr="0025601D">
              <w:rPr>
                <w:rFonts w:ascii="Calibri" w:hAnsi="Calibri"/>
              </w:rPr>
              <w:t xml:space="preserve">The maximum number of promotional game cards that will be distributed during the Promotion is </w:t>
            </w:r>
            <w:bookmarkEnd w:id="4"/>
            <w:r w:rsidR="00D329C4" w:rsidRPr="0025601D">
              <w:rPr>
                <w:rFonts w:ascii="Calibri" w:hAnsi="Calibri"/>
              </w:rPr>
              <w:t>350,400</w:t>
            </w:r>
            <w:r w:rsidR="021A34ED" w:rsidRPr="0025601D">
              <w:rPr>
                <w:rFonts w:ascii="Calibri" w:hAnsi="Calibri"/>
              </w:rPr>
              <w:t>.</w:t>
            </w:r>
          </w:p>
        </w:tc>
      </w:tr>
      <w:tr w:rsidR="00E65050" w:rsidRPr="008756CC" w14:paraId="37EDD10E" w14:textId="77777777" w:rsidTr="0025601D">
        <w:tc>
          <w:tcPr>
            <w:tcW w:w="10343" w:type="dxa"/>
            <w:gridSpan w:val="2"/>
          </w:tcPr>
          <w:p w14:paraId="6D916C64" w14:textId="77777777" w:rsidR="00E65050" w:rsidRPr="0025601D" w:rsidRDefault="00E65050">
            <w:pPr>
              <w:rPr>
                <w:rFonts w:ascii="Calibri" w:hAnsi="Calibri"/>
              </w:rPr>
            </w:pPr>
          </w:p>
          <w:tbl>
            <w:tblPr>
              <w:tblStyle w:val="a0"/>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6"/>
              <w:gridCol w:w="1701"/>
              <w:gridCol w:w="1555"/>
            </w:tblGrid>
            <w:tr w:rsidR="00E65050" w:rsidRPr="008756CC" w14:paraId="6B3B30B5" w14:textId="77777777" w:rsidTr="0025601D">
              <w:tc>
                <w:tcPr>
                  <w:tcW w:w="6686" w:type="dxa"/>
                </w:tcPr>
                <w:p w14:paraId="7EF81D7A" w14:textId="77777777" w:rsidR="00E65050" w:rsidRPr="0025601D" w:rsidRDefault="00000000">
                  <w:pPr>
                    <w:jc w:val="center"/>
                    <w:rPr>
                      <w:rFonts w:ascii="Calibri" w:hAnsi="Calibri"/>
                    </w:rPr>
                  </w:pPr>
                  <w:r w:rsidRPr="0025601D">
                    <w:rPr>
                      <w:rFonts w:ascii="Calibri" w:hAnsi="Calibri"/>
                      <w:b/>
                    </w:rPr>
                    <w:t>Prize Description</w:t>
                  </w:r>
                </w:p>
              </w:tc>
              <w:tc>
                <w:tcPr>
                  <w:tcW w:w="1701" w:type="dxa"/>
                </w:tcPr>
                <w:p w14:paraId="0F8FD9EB" w14:textId="3CF0B44F" w:rsidR="00E65050" w:rsidRPr="0025601D" w:rsidRDefault="00000000">
                  <w:pPr>
                    <w:jc w:val="center"/>
                    <w:rPr>
                      <w:rFonts w:ascii="Calibri" w:hAnsi="Calibri"/>
                    </w:rPr>
                  </w:pPr>
                  <w:r w:rsidRPr="0025601D">
                    <w:rPr>
                      <w:rFonts w:ascii="Calibri" w:hAnsi="Calibri"/>
                      <w:b/>
                    </w:rPr>
                    <w:t>Number of prize</w:t>
                  </w:r>
                  <w:r w:rsidR="00B25882" w:rsidRPr="0025601D">
                    <w:rPr>
                      <w:rFonts w:ascii="Calibri" w:hAnsi="Calibri"/>
                      <w:b/>
                    </w:rPr>
                    <w:t>s available</w:t>
                  </w:r>
                  <w:r w:rsidR="00066D4C" w:rsidRPr="0025601D">
                    <w:rPr>
                      <w:rFonts w:ascii="Calibri" w:hAnsi="Calibri"/>
                      <w:b/>
                    </w:rPr>
                    <w:t xml:space="preserve"> per kit</w:t>
                  </w:r>
                </w:p>
              </w:tc>
              <w:tc>
                <w:tcPr>
                  <w:tcW w:w="1555" w:type="dxa"/>
                </w:tcPr>
                <w:p w14:paraId="1CA7C4F2" w14:textId="77777777" w:rsidR="00E65050" w:rsidRPr="0025601D" w:rsidRDefault="00000000">
                  <w:pPr>
                    <w:jc w:val="center"/>
                    <w:rPr>
                      <w:rFonts w:ascii="Calibri" w:hAnsi="Calibri"/>
                    </w:rPr>
                  </w:pPr>
                  <w:r w:rsidRPr="0025601D">
                    <w:rPr>
                      <w:rFonts w:ascii="Calibri" w:hAnsi="Calibri"/>
                      <w:b/>
                    </w:rPr>
                    <w:t>Value (per prize)</w:t>
                  </w:r>
                </w:p>
              </w:tc>
            </w:tr>
            <w:tr w:rsidR="00E65050" w:rsidRPr="008756CC" w14:paraId="10A16F25" w14:textId="77777777" w:rsidTr="0025601D">
              <w:tc>
                <w:tcPr>
                  <w:tcW w:w="6686" w:type="dxa"/>
                </w:tcPr>
                <w:p w14:paraId="1F75D0B4" w14:textId="1D4BEFF0" w:rsidR="00E65050" w:rsidRPr="0025601D" w:rsidRDefault="00DE569F">
                  <w:pPr>
                    <w:rPr>
                      <w:rFonts w:ascii="Calibri" w:hAnsi="Calibri"/>
                    </w:rPr>
                  </w:pPr>
                  <w:r w:rsidRPr="0025601D">
                    <w:rPr>
                      <w:rFonts w:ascii="Calibri" w:hAnsi="Calibri"/>
                      <w:b/>
                    </w:rPr>
                    <w:t xml:space="preserve">Prize 1: </w:t>
                  </w:r>
                  <w:r w:rsidR="00261C8C" w:rsidRPr="0025601D">
                    <w:rPr>
                      <w:rFonts w:ascii="Calibri" w:hAnsi="Calibri"/>
                    </w:rPr>
                    <w:t xml:space="preserve">The </w:t>
                  </w:r>
                  <w:r w:rsidR="005E07F5" w:rsidRPr="0025601D">
                    <w:rPr>
                      <w:rFonts w:ascii="Calibri" w:hAnsi="Calibri"/>
                    </w:rPr>
                    <w:t xml:space="preserve">prize </w:t>
                  </w:r>
                  <w:r w:rsidR="00DB78E1" w:rsidRPr="0025601D">
                    <w:rPr>
                      <w:rFonts w:ascii="Calibri" w:hAnsi="Calibri"/>
                    </w:rPr>
                    <w:t xml:space="preserve">is </w:t>
                  </w:r>
                  <w:r w:rsidRPr="0025601D">
                    <w:rPr>
                      <w:rFonts w:ascii="Calibri" w:hAnsi="Calibri"/>
                    </w:rPr>
                    <w:t xml:space="preserve">the winner’s choice of </w:t>
                  </w:r>
                  <w:r w:rsidR="008C5612" w:rsidRPr="0025601D">
                    <w:rPr>
                      <w:rFonts w:ascii="Calibri" w:hAnsi="Calibri"/>
                    </w:rPr>
                    <w:t>one (1)</w:t>
                  </w:r>
                  <w:r w:rsidRPr="0025601D">
                    <w:rPr>
                      <w:rFonts w:ascii="Calibri" w:hAnsi="Calibri"/>
                    </w:rPr>
                    <w:t xml:space="preserve"> Allen’s product from the list of Participating Products outlined below</w:t>
                  </w:r>
                  <w:r w:rsidR="008C5612" w:rsidRPr="0025601D">
                    <w:rPr>
                      <w:rFonts w:ascii="Calibri" w:hAnsi="Calibri"/>
                    </w:rPr>
                    <w:t xml:space="preserve">, </w:t>
                  </w:r>
                  <w:r w:rsidRPr="0025601D">
                    <w:rPr>
                      <w:rFonts w:ascii="Calibri" w:hAnsi="Calibri"/>
                    </w:rPr>
                    <w:t>subject to store availability</w:t>
                  </w:r>
                  <w:r w:rsidR="008C5612" w:rsidRPr="0025601D">
                    <w:rPr>
                      <w:rFonts w:ascii="Calibri" w:hAnsi="Calibri"/>
                    </w:rPr>
                    <w:t>.</w:t>
                  </w:r>
                  <w:r w:rsidRPr="0025601D">
                    <w:rPr>
                      <w:rFonts w:ascii="Calibri" w:hAnsi="Calibri"/>
                    </w:rPr>
                    <w:t xml:space="preserve"> </w:t>
                  </w:r>
                </w:p>
              </w:tc>
              <w:tc>
                <w:tcPr>
                  <w:tcW w:w="1701" w:type="dxa"/>
                </w:tcPr>
                <w:p w14:paraId="05D452D3" w14:textId="0540951F" w:rsidR="00E65050" w:rsidRPr="0025601D" w:rsidRDefault="008C5612">
                  <w:pPr>
                    <w:rPr>
                      <w:rFonts w:ascii="Calibri" w:hAnsi="Calibri"/>
                    </w:rPr>
                  </w:pPr>
                  <w:r w:rsidRPr="0025601D">
                    <w:rPr>
                      <w:rFonts w:ascii="Calibri" w:hAnsi="Calibri"/>
                    </w:rPr>
                    <w:t>4</w:t>
                  </w:r>
                </w:p>
              </w:tc>
              <w:tc>
                <w:tcPr>
                  <w:tcW w:w="1555" w:type="dxa"/>
                </w:tcPr>
                <w:p w14:paraId="3D7A1C6E" w14:textId="3BF10A6E" w:rsidR="00E65050" w:rsidRPr="0025601D" w:rsidRDefault="00DE569F">
                  <w:pPr>
                    <w:rPr>
                      <w:rFonts w:ascii="Calibri" w:hAnsi="Calibri"/>
                    </w:rPr>
                  </w:pPr>
                  <w:r w:rsidRPr="0025601D">
                    <w:rPr>
                      <w:rFonts w:ascii="Calibri" w:hAnsi="Calibri"/>
                    </w:rPr>
                    <w:t>AUD$7.50</w:t>
                  </w:r>
                </w:p>
              </w:tc>
            </w:tr>
            <w:tr w:rsidR="00DE569F" w:rsidRPr="008756CC" w14:paraId="6E29B20A" w14:textId="77777777" w:rsidTr="0025601D">
              <w:tc>
                <w:tcPr>
                  <w:tcW w:w="6686" w:type="dxa"/>
                </w:tcPr>
                <w:p w14:paraId="58B1853D" w14:textId="37285C77" w:rsidR="00DE569F" w:rsidRPr="0025601D" w:rsidRDefault="00DE569F" w:rsidP="00DE569F">
                  <w:pPr>
                    <w:rPr>
                      <w:rFonts w:ascii="Calibri" w:hAnsi="Calibri"/>
                    </w:rPr>
                  </w:pPr>
                  <w:r w:rsidRPr="0025601D">
                    <w:rPr>
                      <w:rFonts w:ascii="Calibri" w:hAnsi="Calibri"/>
                      <w:b/>
                    </w:rPr>
                    <w:lastRenderedPageBreak/>
                    <w:t xml:space="preserve">Prize 2: </w:t>
                  </w:r>
                  <w:r w:rsidRPr="0025601D">
                    <w:rPr>
                      <w:rFonts w:ascii="Calibri" w:hAnsi="Calibri"/>
                    </w:rPr>
                    <w:t>The prize is</w:t>
                  </w:r>
                  <w:r w:rsidR="008C5612" w:rsidRPr="0025601D">
                    <w:rPr>
                      <w:rFonts w:ascii="Calibri" w:hAnsi="Calibri"/>
                    </w:rPr>
                    <w:t xml:space="preserve"> the winner’s choice of one (1) 500ml Boss Coffee product from the list of Participating Products outlined below, subject to store availability.</w:t>
                  </w:r>
                </w:p>
              </w:tc>
              <w:tc>
                <w:tcPr>
                  <w:tcW w:w="1701" w:type="dxa"/>
                </w:tcPr>
                <w:p w14:paraId="2D5168ED" w14:textId="713806A0" w:rsidR="00DE569F" w:rsidRPr="0025601D" w:rsidRDefault="008C5612" w:rsidP="00DE569F">
                  <w:pPr>
                    <w:rPr>
                      <w:rFonts w:ascii="Calibri" w:hAnsi="Calibri"/>
                    </w:rPr>
                  </w:pPr>
                  <w:r w:rsidRPr="0025601D">
                    <w:rPr>
                      <w:rFonts w:ascii="Calibri" w:hAnsi="Calibri"/>
                    </w:rPr>
                    <w:t>2</w:t>
                  </w:r>
                </w:p>
              </w:tc>
              <w:tc>
                <w:tcPr>
                  <w:tcW w:w="1555" w:type="dxa"/>
                </w:tcPr>
                <w:p w14:paraId="273317ED" w14:textId="3A329A40" w:rsidR="00DE569F" w:rsidRPr="0025601D" w:rsidRDefault="00DE569F" w:rsidP="00DE569F">
                  <w:pPr>
                    <w:rPr>
                      <w:rFonts w:ascii="Calibri" w:hAnsi="Calibri"/>
                    </w:rPr>
                  </w:pPr>
                  <w:r w:rsidRPr="0025601D">
                    <w:rPr>
                      <w:rFonts w:ascii="Calibri" w:hAnsi="Calibri"/>
                    </w:rPr>
                    <w:t>AUD$</w:t>
                  </w:r>
                  <w:r w:rsidR="008C5612" w:rsidRPr="0025601D">
                    <w:rPr>
                      <w:rFonts w:ascii="Calibri" w:hAnsi="Calibri"/>
                    </w:rPr>
                    <w:t>6.50</w:t>
                  </w:r>
                </w:p>
              </w:tc>
            </w:tr>
            <w:tr w:rsidR="00DE569F" w:rsidRPr="008756CC" w14:paraId="73B2A64B" w14:textId="77777777" w:rsidTr="0025601D">
              <w:tc>
                <w:tcPr>
                  <w:tcW w:w="6686" w:type="dxa"/>
                </w:tcPr>
                <w:p w14:paraId="58E41761" w14:textId="2D0DC47E" w:rsidR="00DE569F" w:rsidRPr="0025601D" w:rsidRDefault="00DE569F" w:rsidP="00DE569F">
                  <w:pPr>
                    <w:rPr>
                      <w:rFonts w:ascii="Calibri" w:hAnsi="Calibri"/>
                    </w:rPr>
                  </w:pPr>
                  <w:r w:rsidRPr="0025601D">
                    <w:rPr>
                      <w:rFonts w:ascii="Calibri" w:hAnsi="Calibri"/>
                      <w:b/>
                    </w:rPr>
                    <w:t xml:space="preserve">Prize 3: </w:t>
                  </w:r>
                  <w:r w:rsidRPr="0025601D">
                    <w:rPr>
                      <w:rFonts w:ascii="Calibri" w:hAnsi="Calibri"/>
                    </w:rPr>
                    <w:t xml:space="preserve">The prize is </w:t>
                  </w:r>
                  <w:r w:rsidR="008C5612" w:rsidRPr="0025601D">
                    <w:rPr>
                      <w:rFonts w:ascii="Calibri" w:hAnsi="Calibri"/>
                    </w:rPr>
                    <w:t>the winner’s choice of one (1) 1L Maximus product from the list of Participating Products outlined below, subject to store availability.</w:t>
                  </w:r>
                </w:p>
              </w:tc>
              <w:tc>
                <w:tcPr>
                  <w:tcW w:w="1701" w:type="dxa"/>
                </w:tcPr>
                <w:p w14:paraId="4161BD1B" w14:textId="793311FD" w:rsidR="00DE569F" w:rsidRPr="0025601D" w:rsidRDefault="008756CC" w:rsidP="00DE569F">
                  <w:pPr>
                    <w:rPr>
                      <w:rFonts w:ascii="Calibri" w:hAnsi="Calibri"/>
                    </w:rPr>
                  </w:pPr>
                  <w:r>
                    <w:rPr>
                      <w:rFonts w:ascii="Calibri" w:hAnsi="Calibri"/>
                    </w:rPr>
                    <w:t>6</w:t>
                  </w:r>
                </w:p>
              </w:tc>
              <w:tc>
                <w:tcPr>
                  <w:tcW w:w="1555" w:type="dxa"/>
                </w:tcPr>
                <w:p w14:paraId="5DA08F9F" w14:textId="14FFCD1D" w:rsidR="00DE569F" w:rsidRPr="0025601D" w:rsidRDefault="008C5612" w:rsidP="00DE569F">
                  <w:pPr>
                    <w:rPr>
                      <w:rFonts w:ascii="Calibri" w:hAnsi="Calibri"/>
                    </w:rPr>
                  </w:pPr>
                  <w:r w:rsidRPr="0025601D">
                    <w:rPr>
                      <w:rFonts w:ascii="Calibri" w:hAnsi="Calibri"/>
                    </w:rPr>
                    <w:t xml:space="preserve">Up to </w:t>
                  </w:r>
                  <w:r w:rsidR="00DE569F" w:rsidRPr="0025601D">
                    <w:rPr>
                      <w:rFonts w:ascii="Calibri" w:hAnsi="Calibri"/>
                    </w:rPr>
                    <w:t>AUD$</w:t>
                  </w:r>
                  <w:r w:rsidRPr="0025601D">
                    <w:rPr>
                      <w:rFonts w:ascii="Calibri" w:hAnsi="Calibri"/>
                    </w:rPr>
                    <w:t>6.50</w:t>
                  </w:r>
                </w:p>
              </w:tc>
            </w:tr>
            <w:tr w:rsidR="00DE569F" w:rsidRPr="008756CC" w14:paraId="18542641" w14:textId="77777777" w:rsidTr="0025601D">
              <w:tc>
                <w:tcPr>
                  <w:tcW w:w="6686" w:type="dxa"/>
                </w:tcPr>
                <w:p w14:paraId="27A27BCA" w14:textId="3E260F1C" w:rsidR="00DE569F" w:rsidRPr="0025601D" w:rsidRDefault="00DE569F" w:rsidP="00DE569F">
                  <w:pPr>
                    <w:rPr>
                      <w:rFonts w:ascii="Calibri" w:hAnsi="Calibri"/>
                    </w:rPr>
                  </w:pPr>
                  <w:r w:rsidRPr="0025601D">
                    <w:rPr>
                      <w:rFonts w:ascii="Calibri" w:hAnsi="Calibri"/>
                      <w:b/>
                    </w:rPr>
                    <w:t xml:space="preserve">Prize 4: </w:t>
                  </w:r>
                  <w:r w:rsidR="008C5612" w:rsidRPr="0025601D">
                    <w:rPr>
                      <w:rFonts w:ascii="Calibri" w:hAnsi="Calibri"/>
                    </w:rPr>
                    <w:t xml:space="preserve">The prize is the winner’s choice of one (1) </w:t>
                  </w:r>
                  <w:proofErr w:type="spellStart"/>
                  <w:r w:rsidR="008C5612" w:rsidRPr="0025601D">
                    <w:rPr>
                      <w:rFonts w:ascii="Calibri" w:hAnsi="Calibri"/>
                    </w:rPr>
                    <w:t>Four’N</w:t>
                  </w:r>
                  <w:proofErr w:type="spellEnd"/>
                  <w:r w:rsidR="008C5612" w:rsidRPr="0025601D">
                    <w:rPr>
                      <w:rFonts w:ascii="Calibri" w:hAnsi="Calibri"/>
                    </w:rPr>
                    <w:t xml:space="preserve"> Twenty product from the list of Participating Products outlined below, subject to store availability.</w:t>
                  </w:r>
                </w:p>
              </w:tc>
              <w:tc>
                <w:tcPr>
                  <w:tcW w:w="1701" w:type="dxa"/>
                </w:tcPr>
                <w:p w14:paraId="1F73C7A1" w14:textId="37461BC2" w:rsidR="00DE569F" w:rsidRPr="0025601D" w:rsidRDefault="008756CC" w:rsidP="00DE569F">
                  <w:pPr>
                    <w:rPr>
                      <w:rFonts w:ascii="Calibri" w:hAnsi="Calibri"/>
                    </w:rPr>
                  </w:pPr>
                  <w:r>
                    <w:rPr>
                      <w:rFonts w:ascii="Calibri" w:hAnsi="Calibri"/>
                    </w:rPr>
                    <w:t>9</w:t>
                  </w:r>
                </w:p>
              </w:tc>
              <w:tc>
                <w:tcPr>
                  <w:tcW w:w="1555" w:type="dxa"/>
                </w:tcPr>
                <w:p w14:paraId="37BE3DC3" w14:textId="723E2910" w:rsidR="00DE569F" w:rsidRPr="0025601D" w:rsidRDefault="008C5612" w:rsidP="00DE569F">
                  <w:pPr>
                    <w:rPr>
                      <w:rFonts w:ascii="Calibri" w:hAnsi="Calibri"/>
                    </w:rPr>
                  </w:pPr>
                  <w:r w:rsidRPr="0025601D">
                    <w:rPr>
                      <w:rFonts w:ascii="Calibri" w:hAnsi="Calibri"/>
                    </w:rPr>
                    <w:t>Up to AUD$6.50</w:t>
                  </w:r>
                </w:p>
              </w:tc>
            </w:tr>
            <w:tr w:rsidR="00DE569F" w:rsidRPr="008756CC" w14:paraId="0F1F079D" w14:textId="77777777" w:rsidTr="0025601D">
              <w:tc>
                <w:tcPr>
                  <w:tcW w:w="6686" w:type="dxa"/>
                </w:tcPr>
                <w:p w14:paraId="0FCE9D8E" w14:textId="04611BED" w:rsidR="00DE569F" w:rsidRPr="0025601D" w:rsidRDefault="00DE569F" w:rsidP="00DE569F">
                  <w:pPr>
                    <w:rPr>
                      <w:rFonts w:ascii="Calibri" w:hAnsi="Calibri"/>
                    </w:rPr>
                  </w:pPr>
                  <w:r w:rsidRPr="0025601D">
                    <w:rPr>
                      <w:rFonts w:ascii="Calibri" w:hAnsi="Calibri"/>
                      <w:b/>
                    </w:rPr>
                    <w:t xml:space="preserve">Prize 5: </w:t>
                  </w:r>
                  <w:r w:rsidRPr="0025601D">
                    <w:rPr>
                      <w:rFonts w:ascii="Calibri" w:hAnsi="Calibri"/>
                    </w:rPr>
                    <w:t xml:space="preserve">The prize is </w:t>
                  </w:r>
                  <w:r w:rsidR="008C5612" w:rsidRPr="0025601D">
                    <w:rPr>
                      <w:rFonts w:ascii="Calibri" w:hAnsi="Calibri"/>
                    </w:rPr>
                    <w:t>the winner’s choice of one (1) 500ml Solo Energy product from the list of Participating Products outlined below, subject to store availability.</w:t>
                  </w:r>
                </w:p>
              </w:tc>
              <w:tc>
                <w:tcPr>
                  <w:tcW w:w="1701" w:type="dxa"/>
                </w:tcPr>
                <w:p w14:paraId="047F06B0" w14:textId="05191BD2" w:rsidR="00DE569F" w:rsidRPr="0025601D" w:rsidRDefault="008C5612" w:rsidP="00DE569F">
                  <w:pPr>
                    <w:rPr>
                      <w:rFonts w:ascii="Calibri" w:hAnsi="Calibri"/>
                    </w:rPr>
                  </w:pPr>
                  <w:r w:rsidRPr="0025601D">
                    <w:rPr>
                      <w:rFonts w:ascii="Calibri" w:hAnsi="Calibri"/>
                    </w:rPr>
                    <w:t>2</w:t>
                  </w:r>
                </w:p>
              </w:tc>
              <w:tc>
                <w:tcPr>
                  <w:tcW w:w="1555" w:type="dxa"/>
                </w:tcPr>
                <w:p w14:paraId="183046F6" w14:textId="60FE0BAA" w:rsidR="00DE569F" w:rsidRPr="0025601D" w:rsidRDefault="00DE569F" w:rsidP="00DE569F">
                  <w:pPr>
                    <w:rPr>
                      <w:rFonts w:ascii="Calibri" w:hAnsi="Calibri"/>
                    </w:rPr>
                  </w:pPr>
                  <w:r w:rsidRPr="0025601D">
                    <w:rPr>
                      <w:rFonts w:ascii="Calibri" w:hAnsi="Calibri"/>
                    </w:rPr>
                    <w:t>AUD$</w:t>
                  </w:r>
                  <w:r w:rsidR="008C5612" w:rsidRPr="0025601D">
                    <w:rPr>
                      <w:rFonts w:ascii="Calibri" w:hAnsi="Calibri"/>
                    </w:rPr>
                    <w:t>6.10</w:t>
                  </w:r>
                </w:p>
              </w:tc>
            </w:tr>
            <w:tr w:rsidR="00DE569F" w:rsidRPr="008756CC" w14:paraId="7FADB336" w14:textId="77777777" w:rsidTr="0025601D">
              <w:tc>
                <w:tcPr>
                  <w:tcW w:w="6686" w:type="dxa"/>
                </w:tcPr>
                <w:p w14:paraId="3473C703" w14:textId="07899503" w:rsidR="00DE569F" w:rsidRPr="0025601D" w:rsidRDefault="00DE569F" w:rsidP="00DE569F">
                  <w:pPr>
                    <w:rPr>
                      <w:rFonts w:ascii="Calibri" w:hAnsi="Calibri"/>
                    </w:rPr>
                  </w:pPr>
                  <w:r w:rsidRPr="0025601D">
                    <w:rPr>
                      <w:rFonts w:ascii="Calibri" w:hAnsi="Calibri"/>
                      <w:b/>
                    </w:rPr>
                    <w:t xml:space="preserve">Prize 6: </w:t>
                  </w:r>
                  <w:r w:rsidR="008C5612" w:rsidRPr="0025601D">
                    <w:rPr>
                      <w:rFonts w:ascii="Calibri" w:hAnsi="Calibri"/>
                    </w:rPr>
                    <w:t>The prize is the winner’s choice of one (1) Mars Grab-N-Go product from the list of Participating Products outlined below, subject to store availability.</w:t>
                  </w:r>
                </w:p>
              </w:tc>
              <w:tc>
                <w:tcPr>
                  <w:tcW w:w="1701" w:type="dxa"/>
                </w:tcPr>
                <w:p w14:paraId="58A681AD" w14:textId="53DDF5C5" w:rsidR="00DE569F" w:rsidRPr="0025601D" w:rsidRDefault="008C5612" w:rsidP="00DE569F">
                  <w:pPr>
                    <w:rPr>
                      <w:rFonts w:ascii="Calibri" w:hAnsi="Calibri"/>
                    </w:rPr>
                  </w:pPr>
                  <w:r w:rsidRPr="0025601D">
                    <w:rPr>
                      <w:rFonts w:ascii="Calibri" w:hAnsi="Calibri"/>
                    </w:rPr>
                    <w:t>1</w:t>
                  </w:r>
                </w:p>
              </w:tc>
              <w:tc>
                <w:tcPr>
                  <w:tcW w:w="1555" w:type="dxa"/>
                </w:tcPr>
                <w:p w14:paraId="06C99D8C" w14:textId="0D087455" w:rsidR="00DE569F" w:rsidRPr="0025601D" w:rsidRDefault="00DE569F" w:rsidP="00DE569F">
                  <w:pPr>
                    <w:rPr>
                      <w:rFonts w:ascii="Calibri" w:hAnsi="Calibri"/>
                    </w:rPr>
                  </w:pPr>
                  <w:r w:rsidRPr="0025601D">
                    <w:rPr>
                      <w:rFonts w:ascii="Calibri" w:hAnsi="Calibri"/>
                    </w:rPr>
                    <w:t>AUD$</w:t>
                  </w:r>
                  <w:r w:rsidR="008C5612" w:rsidRPr="0025601D">
                    <w:rPr>
                      <w:rFonts w:ascii="Calibri" w:hAnsi="Calibri"/>
                    </w:rPr>
                    <w:t>6.00</w:t>
                  </w:r>
                </w:p>
              </w:tc>
            </w:tr>
            <w:tr w:rsidR="00DE569F" w:rsidRPr="008756CC" w14:paraId="08A237E9" w14:textId="77777777" w:rsidTr="0025601D">
              <w:tc>
                <w:tcPr>
                  <w:tcW w:w="6686" w:type="dxa"/>
                </w:tcPr>
                <w:p w14:paraId="44A449DD" w14:textId="17A3BD44" w:rsidR="00DE569F" w:rsidRPr="0025601D" w:rsidRDefault="00DE569F" w:rsidP="00DE569F">
                  <w:pPr>
                    <w:rPr>
                      <w:rFonts w:ascii="Calibri" w:hAnsi="Calibri"/>
                    </w:rPr>
                  </w:pPr>
                  <w:r w:rsidRPr="0025601D">
                    <w:rPr>
                      <w:rFonts w:ascii="Calibri" w:hAnsi="Calibri"/>
                      <w:b/>
                    </w:rPr>
                    <w:t xml:space="preserve">Prize </w:t>
                  </w:r>
                  <w:r w:rsidR="008756CC">
                    <w:rPr>
                      <w:rFonts w:ascii="Calibri" w:hAnsi="Calibri"/>
                      <w:b/>
                      <w:bCs/>
                    </w:rPr>
                    <w:t>7</w:t>
                  </w:r>
                  <w:r w:rsidRPr="0025601D">
                    <w:rPr>
                      <w:rFonts w:ascii="Calibri" w:hAnsi="Calibri"/>
                      <w:b/>
                    </w:rPr>
                    <w:t xml:space="preserve">: </w:t>
                  </w:r>
                  <w:r w:rsidR="0022548D" w:rsidRPr="0025601D">
                    <w:rPr>
                      <w:rFonts w:ascii="Calibri" w:hAnsi="Calibri"/>
                    </w:rPr>
                    <w:t>The prize is the winner’s choice of one (1) product from the list of Participating Products listed along with ‘Smith's &amp; Doritos 80-90g Bundle’ outlined below, subject to store availability.</w:t>
                  </w:r>
                </w:p>
              </w:tc>
              <w:tc>
                <w:tcPr>
                  <w:tcW w:w="1701" w:type="dxa"/>
                </w:tcPr>
                <w:p w14:paraId="6DB28A4F" w14:textId="6730E511" w:rsidR="00DE569F" w:rsidRPr="0025601D" w:rsidRDefault="00144E5D" w:rsidP="00DE569F">
                  <w:pPr>
                    <w:rPr>
                      <w:rFonts w:ascii="Calibri" w:hAnsi="Calibri"/>
                    </w:rPr>
                  </w:pPr>
                  <w:r w:rsidRPr="0025601D">
                    <w:rPr>
                      <w:rFonts w:ascii="Calibri" w:hAnsi="Calibri"/>
                    </w:rPr>
                    <w:t>3</w:t>
                  </w:r>
                </w:p>
              </w:tc>
              <w:tc>
                <w:tcPr>
                  <w:tcW w:w="1555" w:type="dxa"/>
                </w:tcPr>
                <w:p w14:paraId="7570EF88" w14:textId="3C5D26A0" w:rsidR="00DE569F" w:rsidRPr="0025601D" w:rsidRDefault="00DE569F" w:rsidP="00DE569F">
                  <w:pPr>
                    <w:rPr>
                      <w:rFonts w:ascii="Calibri" w:hAnsi="Calibri"/>
                    </w:rPr>
                  </w:pPr>
                  <w:r w:rsidRPr="0025601D">
                    <w:rPr>
                      <w:rFonts w:ascii="Calibri" w:hAnsi="Calibri"/>
                    </w:rPr>
                    <w:t>AUD$</w:t>
                  </w:r>
                  <w:r w:rsidR="0022548D" w:rsidRPr="0025601D">
                    <w:rPr>
                      <w:rFonts w:ascii="Calibri" w:hAnsi="Calibri"/>
                    </w:rPr>
                    <w:t>4.95</w:t>
                  </w:r>
                </w:p>
              </w:tc>
            </w:tr>
            <w:tr w:rsidR="00DE569F" w:rsidRPr="008756CC" w14:paraId="185D5A80" w14:textId="77777777" w:rsidTr="0025601D">
              <w:tc>
                <w:tcPr>
                  <w:tcW w:w="6686" w:type="dxa"/>
                </w:tcPr>
                <w:p w14:paraId="524790BA" w14:textId="7FA0A0BB" w:rsidR="00DE569F" w:rsidRPr="0025601D" w:rsidRDefault="00DE569F" w:rsidP="00DE569F">
                  <w:pPr>
                    <w:rPr>
                      <w:rFonts w:ascii="Calibri" w:hAnsi="Calibri"/>
                    </w:rPr>
                  </w:pPr>
                  <w:r w:rsidRPr="0025601D">
                    <w:rPr>
                      <w:rFonts w:ascii="Calibri" w:hAnsi="Calibri"/>
                      <w:b/>
                    </w:rPr>
                    <w:t xml:space="preserve">Prize </w:t>
                  </w:r>
                  <w:r w:rsidR="008756CC">
                    <w:rPr>
                      <w:rFonts w:ascii="Calibri" w:hAnsi="Calibri"/>
                      <w:b/>
                      <w:bCs/>
                    </w:rPr>
                    <w:t>8</w:t>
                  </w:r>
                  <w:r w:rsidRPr="0025601D">
                    <w:rPr>
                      <w:rFonts w:ascii="Calibri" w:hAnsi="Calibri"/>
                      <w:b/>
                    </w:rPr>
                    <w:t xml:space="preserve">: </w:t>
                  </w:r>
                  <w:r w:rsidRPr="0025601D">
                    <w:rPr>
                      <w:rFonts w:ascii="Calibri" w:hAnsi="Calibri"/>
                    </w:rPr>
                    <w:t xml:space="preserve">The prize </w:t>
                  </w:r>
                  <w:r w:rsidR="00144E5D" w:rsidRPr="0025601D">
                    <w:rPr>
                      <w:rFonts w:ascii="Calibri" w:hAnsi="Calibri"/>
                    </w:rPr>
                    <w:t>is the winner’s choice of one (1) product from the list of Participating Products listed along with ‘Nestle Share Bars 60-80g Bundle’ outlined below, subject to store availability.</w:t>
                  </w:r>
                </w:p>
              </w:tc>
              <w:tc>
                <w:tcPr>
                  <w:tcW w:w="1701" w:type="dxa"/>
                </w:tcPr>
                <w:p w14:paraId="1E881A6C" w14:textId="48FF8A28" w:rsidR="00DE569F" w:rsidRPr="0025601D" w:rsidRDefault="00144E5D" w:rsidP="00DE569F">
                  <w:pPr>
                    <w:rPr>
                      <w:rFonts w:ascii="Calibri" w:hAnsi="Calibri"/>
                    </w:rPr>
                  </w:pPr>
                  <w:r w:rsidRPr="0025601D">
                    <w:rPr>
                      <w:rFonts w:ascii="Calibri" w:hAnsi="Calibri"/>
                    </w:rPr>
                    <w:t>3</w:t>
                  </w:r>
                </w:p>
              </w:tc>
              <w:tc>
                <w:tcPr>
                  <w:tcW w:w="1555" w:type="dxa"/>
                </w:tcPr>
                <w:p w14:paraId="666A5575" w14:textId="688978CA" w:rsidR="00DE569F" w:rsidRPr="0025601D" w:rsidRDefault="004A7C3E" w:rsidP="00DE569F">
                  <w:pPr>
                    <w:rPr>
                      <w:rFonts w:ascii="Calibri" w:hAnsi="Calibri"/>
                    </w:rPr>
                  </w:pPr>
                  <w:r w:rsidRPr="0025601D">
                    <w:rPr>
                      <w:rFonts w:ascii="Calibri" w:hAnsi="Calibri"/>
                    </w:rPr>
                    <w:t xml:space="preserve">Up to </w:t>
                  </w:r>
                  <w:r w:rsidR="00DE569F" w:rsidRPr="0025601D">
                    <w:rPr>
                      <w:rFonts w:ascii="Calibri" w:hAnsi="Calibri"/>
                    </w:rPr>
                    <w:t>AUD$</w:t>
                  </w:r>
                  <w:r w:rsidR="00144E5D" w:rsidRPr="0025601D">
                    <w:rPr>
                      <w:rFonts w:ascii="Calibri" w:hAnsi="Calibri"/>
                    </w:rPr>
                    <w:t>4.80</w:t>
                  </w:r>
                </w:p>
              </w:tc>
            </w:tr>
            <w:tr w:rsidR="00DE569F" w:rsidRPr="008756CC" w14:paraId="61B4A68F" w14:textId="77777777" w:rsidTr="0025601D">
              <w:tc>
                <w:tcPr>
                  <w:tcW w:w="6686" w:type="dxa"/>
                </w:tcPr>
                <w:p w14:paraId="506590AE" w14:textId="50432DA1" w:rsidR="00DE569F" w:rsidRPr="0025601D" w:rsidRDefault="00DE569F" w:rsidP="00DE569F">
                  <w:pPr>
                    <w:rPr>
                      <w:rFonts w:ascii="Calibri" w:hAnsi="Calibri"/>
                    </w:rPr>
                  </w:pPr>
                  <w:r w:rsidRPr="0025601D">
                    <w:rPr>
                      <w:rFonts w:ascii="Calibri" w:hAnsi="Calibri"/>
                      <w:b/>
                    </w:rPr>
                    <w:t xml:space="preserve">Prize </w:t>
                  </w:r>
                  <w:r w:rsidR="008756CC">
                    <w:rPr>
                      <w:rFonts w:ascii="Calibri" w:hAnsi="Calibri"/>
                      <w:b/>
                      <w:bCs/>
                    </w:rPr>
                    <w:t>9</w:t>
                  </w:r>
                  <w:r w:rsidRPr="0025601D">
                    <w:rPr>
                      <w:rFonts w:ascii="Calibri" w:hAnsi="Calibri"/>
                      <w:b/>
                    </w:rPr>
                    <w:t xml:space="preserve">: </w:t>
                  </w:r>
                  <w:r w:rsidR="00144E5D" w:rsidRPr="0025601D">
                    <w:rPr>
                      <w:rFonts w:ascii="Calibri" w:hAnsi="Calibri"/>
                    </w:rPr>
                    <w:t>The prize is the winner’s choice of one (1) 250ml Red Bull product from the list of Participating Products outlined below, subject to store availability.</w:t>
                  </w:r>
                </w:p>
              </w:tc>
              <w:tc>
                <w:tcPr>
                  <w:tcW w:w="1701" w:type="dxa"/>
                </w:tcPr>
                <w:p w14:paraId="636C352E" w14:textId="12E146DF" w:rsidR="00DE569F" w:rsidRPr="0025601D" w:rsidRDefault="00144E5D" w:rsidP="00DE569F">
                  <w:pPr>
                    <w:rPr>
                      <w:rFonts w:ascii="Calibri" w:hAnsi="Calibri"/>
                    </w:rPr>
                  </w:pPr>
                  <w:r w:rsidRPr="0025601D">
                    <w:rPr>
                      <w:rFonts w:ascii="Calibri" w:hAnsi="Calibri"/>
                    </w:rPr>
                    <w:t>10</w:t>
                  </w:r>
                </w:p>
              </w:tc>
              <w:tc>
                <w:tcPr>
                  <w:tcW w:w="1555" w:type="dxa"/>
                </w:tcPr>
                <w:p w14:paraId="49411AF9" w14:textId="1C995957" w:rsidR="00DE569F" w:rsidRPr="0025601D" w:rsidRDefault="004A7C3E" w:rsidP="00DE569F">
                  <w:pPr>
                    <w:rPr>
                      <w:rFonts w:ascii="Calibri" w:hAnsi="Calibri"/>
                    </w:rPr>
                  </w:pPr>
                  <w:r w:rsidRPr="0025601D">
                    <w:rPr>
                      <w:rFonts w:ascii="Calibri" w:hAnsi="Calibri"/>
                    </w:rPr>
                    <w:t xml:space="preserve">Up to </w:t>
                  </w:r>
                  <w:r w:rsidR="00DE569F" w:rsidRPr="0025601D">
                    <w:rPr>
                      <w:rFonts w:ascii="Calibri" w:hAnsi="Calibri"/>
                    </w:rPr>
                    <w:t>AUD$</w:t>
                  </w:r>
                  <w:r w:rsidR="00144E5D" w:rsidRPr="0025601D">
                    <w:rPr>
                      <w:rFonts w:ascii="Calibri" w:hAnsi="Calibri"/>
                    </w:rPr>
                    <w:t>4.75</w:t>
                  </w:r>
                </w:p>
              </w:tc>
            </w:tr>
            <w:tr w:rsidR="00DE569F" w:rsidRPr="008756CC" w14:paraId="2C5E2323" w14:textId="77777777" w:rsidTr="0025601D">
              <w:tc>
                <w:tcPr>
                  <w:tcW w:w="6686" w:type="dxa"/>
                </w:tcPr>
                <w:p w14:paraId="16778EE0" w14:textId="2456924B" w:rsidR="00DE569F" w:rsidRPr="0025601D" w:rsidRDefault="00DE569F" w:rsidP="00DE569F">
                  <w:pPr>
                    <w:rPr>
                      <w:rFonts w:ascii="Calibri" w:hAnsi="Calibri"/>
                    </w:rPr>
                  </w:pPr>
                  <w:r w:rsidRPr="0025601D">
                    <w:rPr>
                      <w:rFonts w:ascii="Calibri" w:hAnsi="Calibri"/>
                      <w:b/>
                    </w:rPr>
                    <w:t xml:space="preserve">Prize </w:t>
                  </w:r>
                  <w:r w:rsidRPr="008756CC">
                    <w:rPr>
                      <w:rFonts w:ascii="Calibri" w:hAnsi="Calibri"/>
                      <w:b/>
                      <w:bCs/>
                    </w:rPr>
                    <w:t>1</w:t>
                  </w:r>
                  <w:r w:rsidR="008756CC">
                    <w:rPr>
                      <w:rFonts w:ascii="Calibri" w:hAnsi="Calibri"/>
                      <w:b/>
                      <w:bCs/>
                    </w:rPr>
                    <w:t>0</w:t>
                  </w:r>
                  <w:r w:rsidRPr="0025601D">
                    <w:rPr>
                      <w:rFonts w:ascii="Calibri" w:hAnsi="Calibri"/>
                      <w:b/>
                    </w:rPr>
                    <w:t xml:space="preserve">: </w:t>
                  </w:r>
                  <w:r w:rsidRPr="0025601D">
                    <w:rPr>
                      <w:rFonts w:ascii="Calibri" w:hAnsi="Calibri"/>
                    </w:rPr>
                    <w:t xml:space="preserve">The prize </w:t>
                  </w:r>
                  <w:r w:rsidR="004A7C3E" w:rsidRPr="0025601D">
                    <w:rPr>
                      <w:rFonts w:ascii="Calibri" w:hAnsi="Calibri"/>
                    </w:rPr>
                    <w:t>is the winner’s choice of one (1) 240ml Dare Charged product from the list of Participating Products outlined below, subject to store availability.</w:t>
                  </w:r>
                </w:p>
              </w:tc>
              <w:tc>
                <w:tcPr>
                  <w:tcW w:w="1701" w:type="dxa"/>
                </w:tcPr>
                <w:p w14:paraId="03B0E3B2" w14:textId="28371074" w:rsidR="00DE569F" w:rsidRPr="0025601D" w:rsidRDefault="007D3FB0" w:rsidP="00DE569F">
                  <w:pPr>
                    <w:rPr>
                      <w:rFonts w:ascii="Calibri" w:hAnsi="Calibri"/>
                    </w:rPr>
                  </w:pPr>
                  <w:r>
                    <w:rPr>
                      <w:rFonts w:ascii="Calibri" w:hAnsi="Calibri"/>
                    </w:rPr>
                    <w:t>3</w:t>
                  </w:r>
                </w:p>
              </w:tc>
              <w:tc>
                <w:tcPr>
                  <w:tcW w:w="1555" w:type="dxa"/>
                </w:tcPr>
                <w:p w14:paraId="341BDF9C" w14:textId="0745ABFD" w:rsidR="00DE569F" w:rsidRPr="0025601D" w:rsidRDefault="00DE569F" w:rsidP="00DE569F">
                  <w:pPr>
                    <w:rPr>
                      <w:rFonts w:ascii="Calibri" w:hAnsi="Calibri"/>
                    </w:rPr>
                  </w:pPr>
                  <w:r w:rsidRPr="0025601D">
                    <w:rPr>
                      <w:rFonts w:ascii="Calibri" w:hAnsi="Calibri"/>
                    </w:rPr>
                    <w:t>AUD$</w:t>
                  </w:r>
                  <w:r w:rsidR="004A7C3E" w:rsidRPr="0025601D">
                    <w:rPr>
                      <w:rFonts w:ascii="Calibri" w:hAnsi="Calibri"/>
                    </w:rPr>
                    <w:t>4.50</w:t>
                  </w:r>
                </w:p>
              </w:tc>
            </w:tr>
            <w:tr w:rsidR="00DE569F" w:rsidRPr="008756CC" w14:paraId="60BC19C2" w14:textId="77777777" w:rsidTr="0025601D">
              <w:tc>
                <w:tcPr>
                  <w:tcW w:w="6686" w:type="dxa"/>
                </w:tcPr>
                <w:p w14:paraId="3276C9C9" w14:textId="18E4F16C" w:rsidR="00DE569F" w:rsidRPr="0025601D" w:rsidRDefault="00DE569F" w:rsidP="00DE569F">
                  <w:pPr>
                    <w:rPr>
                      <w:rFonts w:ascii="Calibri" w:hAnsi="Calibri"/>
                    </w:rPr>
                  </w:pPr>
                  <w:r w:rsidRPr="0025601D">
                    <w:rPr>
                      <w:rFonts w:ascii="Calibri" w:hAnsi="Calibri"/>
                      <w:b/>
                    </w:rPr>
                    <w:t xml:space="preserve">Prize </w:t>
                  </w:r>
                  <w:r w:rsidRPr="008756CC">
                    <w:rPr>
                      <w:rFonts w:ascii="Calibri" w:hAnsi="Calibri"/>
                      <w:b/>
                      <w:bCs/>
                    </w:rPr>
                    <w:t>1</w:t>
                  </w:r>
                  <w:r w:rsidR="008756CC">
                    <w:rPr>
                      <w:rFonts w:ascii="Calibri" w:hAnsi="Calibri"/>
                      <w:b/>
                      <w:bCs/>
                    </w:rPr>
                    <w:t>1</w:t>
                  </w:r>
                  <w:r w:rsidRPr="0025601D">
                    <w:rPr>
                      <w:rFonts w:ascii="Calibri" w:hAnsi="Calibri"/>
                      <w:b/>
                    </w:rPr>
                    <w:t xml:space="preserve">: </w:t>
                  </w:r>
                  <w:r w:rsidR="004A7C3E" w:rsidRPr="0025601D">
                    <w:rPr>
                      <w:rFonts w:ascii="Calibri" w:hAnsi="Calibri"/>
                    </w:rPr>
                    <w:t>The prize is the winner’s choice of one (1) 375ml Coca-Cola product from the list of Participating Products outlined below, subject to store availability.</w:t>
                  </w:r>
                </w:p>
              </w:tc>
              <w:tc>
                <w:tcPr>
                  <w:tcW w:w="1701" w:type="dxa"/>
                </w:tcPr>
                <w:p w14:paraId="1227F638" w14:textId="0DCEF5BE" w:rsidR="00DE569F" w:rsidRPr="0025601D" w:rsidRDefault="004A7C3E" w:rsidP="00DE569F">
                  <w:pPr>
                    <w:rPr>
                      <w:rFonts w:ascii="Calibri" w:hAnsi="Calibri"/>
                    </w:rPr>
                  </w:pPr>
                  <w:r w:rsidRPr="0025601D">
                    <w:rPr>
                      <w:rFonts w:ascii="Calibri" w:hAnsi="Calibri"/>
                    </w:rPr>
                    <w:t>4</w:t>
                  </w:r>
                </w:p>
              </w:tc>
              <w:tc>
                <w:tcPr>
                  <w:tcW w:w="1555" w:type="dxa"/>
                </w:tcPr>
                <w:p w14:paraId="221D7FC9" w14:textId="1F56424C" w:rsidR="00DE569F" w:rsidRPr="0025601D" w:rsidRDefault="00DE569F" w:rsidP="00DE569F">
                  <w:pPr>
                    <w:rPr>
                      <w:rFonts w:ascii="Calibri" w:hAnsi="Calibri"/>
                    </w:rPr>
                  </w:pPr>
                  <w:r w:rsidRPr="0025601D">
                    <w:rPr>
                      <w:rFonts w:ascii="Calibri" w:hAnsi="Calibri"/>
                    </w:rPr>
                    <w:t>AUD$</w:t>
                  </w:r>
                  <w:r w:rsidR="004A7C3E" w:rsidRPr="0025601D">
                    <w:rPr>
                      <w:rFonts w:ascii="Calibri" w:hAnsi="Calibri"/>
                    </w:rPr>
                    <w:t>4.10</w:t>
                  </w:r>
                </w:p>
              </w:tc>
            </w:tr>
            <w:tr w:rsidR="00DE569F" w:rsidRPr="008756CC" w14:paraId="190502FA" w14:textId="77777777" w:rsidTr="0025601D">
              <w:tc>
                <w:tcPr>
                  <w:tcW w:w="6686" w:type="dxa"/>
                </w:tcPr>
                <w:p w14:paraId="2B351C37" w14:textId="21EB67BE" w:rsidR="00DE569F" w:rsidRPr="0025601D" w:rsidRDefault="00DE569F" w:rsidP="00DE569F">
                  <w:pPr>
                    <w:rPr>
                      <w:rFonts w:ascii="Calibri" w:hAnsi="Calibri"/>
                    </w:rPr>
                  </w:pPr>
                  <w:r w:rsidRPr="0025601D">
                    <w:rPr>
                      <w:rFonts w:ascii="Calibri" w:hAnsi="Calibri"/>
                      <w:b/>
                    </w:rPr>
                    <w:t xml:space="preserve">Prize </w:t>
                  </w:r>
                  <w:r w:rsidRPr="008756CC">
                    <w:rPr>
                      <w:rFonts w:ascii="Calibri" w:hAnsi="Calibri"/>
                      <w:b/>
                      <w:bCs/>
                    </w:rPr>
                    <w:t>1</w:t>
                  </w:r>
                  <w:r w:rsidR="008756CC">
                    <w:rPr>
                      <w:rFonts w:ascii="Calibri" w:hAnsi="Calibri"/>
                      <w:b/>
                      <w:bCs/>
                    </w:rPr>
                    <w:t>2</w:t>
                  </w:r>
                  <w:r w:rsidRPr="0025601D">
                    <w:rPr>
                      <w:rFonts w:ascii="Calibri" w:hAnsi="Calibri"/>
                      <w:b/>
                    </w:rPr>
                    <w:t xml:space="preserve">: </w:t>
                  </w:r>
                  <w:r w:rsidR="004A7C3E" w:rsidRPr="0025601D">
                    <w:rPr>
                      <w:rFonts w:ascii="Calibri" w:hAnsi="Calibri"/>
                    </w:rPr>
                    <w:t>The prize is the winner’s choice of one (1) Cadbury Medium Bar product from the list of Participating Products outlined below, subject to store availability.</w:t>
                  </w:r>
                </w:p>
              </w:tc>
              <w:tc>
                <w:tcPr>
                  <w:tcW w:w="1701" w:type="dxa"/>
                </w:tcPr>
                <w:p w14:paraId="2F8843AC" w14:textId="2FDEB159" w:rsidR="00DE569F" w:rsidRPr="0025601D" w:rsidRDefault="005948FF" w:rsidP="00DE569F">
                  <w:pPr>
                    <w:rPr>
                      <w:rFonts w:ascii="Calibri" w:hAnsi="Calibri"/>
                    </w:rPr>
                  </w:pPr>
                  <w:r w:rsidRPr="0025601D">
                    <w:rPr>
                      <w:rFonts w:ascii="Calibri" w:hAnsi="Calibri"/>
                    </w:rPr>
                    <w:t>3</w:t>
                  </w:r>
                </w:p>
              </w:tc>
              <w:tc>
                <w:tcPr>
                  <w:tcW w:w="1555" w:type="dxa"/>
                </w:tcPr>
                <w:p w14:paraId="1998E139" w14:textId="59CC97F0" w:rsidR="00DE569F" w:rsidRPr="0025601D" w:rsidRDefault="004A7C3E" w:rsidP="00DE569F">
                  <w:pPr>
                    <w:rPr>
                      <w:rFonts w:ascii="Calibri" w:hAnsi="Calibri"/>
                    </w:rPr>
                  </w:pPr>
                  <w:r w:rsidRPr="0025601D">
                    <w:rPr>
                      <w:rFonts w:ascii="Calibri" w:hAnsi="Calibri"/>
                    </w:rPr>
                    <w:t xml:space="preserve">Up to </w:t>
                  </w:r>
                  <w:r w:rsidR="00DE569F" w:rsidRPr="0025601D">
                    <w:rPr>
                      <w:rFonts w:ascii="Calibri" w:hAnsi="Calibri"/>
                    </w:rPr>
                    <w:t>AUD$</w:t>
                  </w:r>
                  <w:r w:rsidRPr="0025601D">
                    <w:rPr>
                      <w:rFonts w:ascii="Calibri" w:hAnsi="Calibri"/>
                    </w:rPr>
                    <w:t>4.00</w:t>
                  </w:r>
                </w:p>
              </w:tc>
            </w:tr>
          </w:tbl>
          <w:p w14:paraId="1C31A759" w14:textId="77777777" w:rsidR="00E65050" w:rsidRPr="0025601D" w:rsidRDefault="00E65050">
            <w:pPr>
              <w:rPr>
                <w:rFonts w:ascii="Calibri" w:hAnsi="Calibri"/>
              </w:rPr>
            </w:pPr>
          </w:p>
        </w:tc>
      </w:tr>
    </w:tbl>
    <w:tbl>
      <w:tblPr>
        <w:tblStyle w:val="TableGrid"/>
        <w:tblW w:w="0" w:type="auto"/>
        <w:tblInd w:w="-5" w:type="dxa"/>
        <w:tblLook w:val="04A0" w:firstRow="1" w:lastRow="0" w:firstColumn="1" w:lastColumn="0" w:noHBand="0" w:noVBand="1"/>
      </w:tblPr>
      <w:tblGrid>
        <w:gridCol w:w="1560"/>
        <w:gridCol w:w="8788"/>
      </w:tblGrid>
      <w:tr w:rsidR="00DD1618" w:rsidRPr="008756CC" w14:paraId="48BFF879" w14:textId="77777777" w:rsidTr="00405038">
        <w:tc>
          <w:tcPr>
            <w:tcW w:w="1560" w:type="dxa"/>
          </w:tcPr>
          <w:p w14:paraId="7AC97ED4" w14:textId="7933AE35" w:rsidR="00DD1618" w:rsidRPr="0025601D" w:rsidRDefault="00DD1618">
            <w:pPr>
              <w:rPr>
                <w:rFonts w:ascii="Calibri" w:hAnsi="Calibri"/>
                <w:b/>
                <w:color w:val="FF0000"/>
              </w:rPr>
            </w:pPr>
            <w:r w:rsidRPr="0025601D">
              <w:rPr>
                <w:rFonts w:ascii="Calibri" w:hAnsi="Calibri"/>
                <w:b/>
              </w:rPr>
              <w:lastRenderedPageBreak/>
              <w:t>Further Prize Details</w:t>
            </w:r>
          </w:p>
        </w:tc>
        <w:tc>
          <w:tcPr>
            <w:tcW w:w="8788" w:type="dxa"/>
          </w:tcPr>
          <w:p w14:paraId="1F1376C4" w14:textId="2BAE2034" w:rsidR="00DD1618" w:rsidRPr="0025601D" w:rsidRDefault="00DD1618">
            <w:pPr>
              <w:rPr>
                <w:rFonts w:ascii="Calibri" w:hAnsi="Calibri"/>
                <w:color w:val="FF0000"/>
              </w:rPr>
            </w:pPr>
            <w:r w:rsidRPr="0025601D">
              <w:rPr>
                <w:rFonts w:ascii="Calibri" w:hAnsi="Calibri"/>
              </w:rPr>
              <w:t>The winner must redeem their prize by surrendering their winning scratch card to staff at any EG Fuel Store within Australia by 04/08/26 at close of business (subject to store availability). If the prize specified on the winning scratch card is unavailable at the time of redemption, the winner may select an alternative prize from the prizes listed above, subject to availability at that store.</w:t>
            </w:r>
          </w:p>
        </w:tc>
      </w:tr>
    </w:tbl>
    <w:p w14:paraId="18566622" w14:textId="77777777" w:rsidR="00DD1618" w:rsidRPr="0025601D" w:rsidRDefault="00DD1618">
      <w:pPr>
        <w:pBdr>
          <w:top w:val="nil"/>
          <w:left w:val="nil"/>
          <w:bottom w:val="nil"/>
          <w:right w:val="nil"/>
          <w:between w:val="nil"/>
        </w:pBdr>
        <w:ind w:left="360" w:hanging="360"/>
        <w:rPr>
          <w:rFonts w:ascii="Calibri" w:hAnsi="Calibri"/>
          <w:i/>
          <w:color w:val="FF0000"/>
        </w:rPr>
      </w:pPr>
    </w:p>
    <w:p w14:paraId="3CB813B3" w14:textId="77777777" w:rsidR="001A611A" w:rsidRPr="0025601D" w:rsidRDefault="001A611A" w:rsidP="0025601D">
      <w:pPr>
        <w:numPr>
          <w:ilvl w:val="0"/>
          <w:numId w:val="11"/>
        </w:numPr>
        <w:ind w:left="426" w:right="423"/>
        <w:jc w:val="both"/>
        <w:rPr>
          <w:rFonts w:ascii="Calibri" w:hAnsi="Calibri"/>
        </w:rPr>
      </w:pPr>
      <w:bookmarkStart w:id="5" w:name="_Hlk198282986"/>
      <w:r w:rsidRPr="0025601D">
        <w:rPr>
          <w:rFonts w:ascii="Calibri" w:hAnsi="Calibri"/>
        </w:rPr>
        <w:t xml:space="preserve">The entrant agrees and acknowledges that they have read these Conditions of Entry (and the Schedule) and that entry into the Promotion is deemed to be acceptance of these Conditions of Entry (and the Schedule). Any </w:t>
      </w:r>
      <w:proofErr w:type="spellStart"/>
      <w:r w:rsidRPr="0025601D">
        <w:rPr>
          <w:rFonts w:ascii="Calibri" w:hAnsi="Calibri"/>
        </w:rPr>
        <w:t>capitalised</w:t>
      </w:r>
      <w:proofErr w:type="spellEnd"/>
      <w:r w:rsidRPr="0025601D">
        <w:rPr>
          <w:rFonts w:ascii="Calibri" w:hAnsi="Calibri"/>
        </w:rPr>
        <w:t xml:space="preserve"> terms used in these Conditions of Entry have the meaning given in the Schedule, unless stated otherwise.</w:t>
      </w:r>
    </w:p>
    <w:p w14:paraId="7CD88B19"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The Promotion commences on the Start Date and ends on the End Date ("</w:t>
      </w:r>
      <w:r w:rsidRPr="0025601D">
        <w:rPr>
          <w:rFonts w:ascii="Calibri" w:hAnsi="Calibri"/>
          <w:b/>
        </w:rPr>
        <w:t>Promotional Period</w:t>
      </w:r>
      <w:r w:rsidRPr="0025601D">
        <w:rPr>
          <w:rFonts w:ascii="Calibri" w:hAnsi="Calibri"/>
        </w:rPr>
        <w:t>"). Where applicable, entries are deemed to be received at the time of receipt by the Promoter and not at the time of transmission or deposit by the entrant. Records of the Promoter and its agencies are final and conclusive as to the time of receipt.</w:t>
      </w:r>
    </w:p>
    <w:p w14:paraId="1A5D2C74"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Valid and eligible entries will be accepted during the Promotional Period.</w:t>
      </w:r>
    </w:p>
    <w:p w14:paraId="037F270D" w14:textId="5516306E"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Employees (and their immediate family members) of the </w:t>
      </w:r>
      <w:r w:rsidR="00A3041A" w:rsidRPr="0025601D">
        <w:rPr>
          <w:rFonts w:ascii="Calibri" w:hAnsi="Calibri"/>
        </w:rPr>
        <w:t>Participating EG Fuel Stores</w:t>
      </w:r>
      <w:r w:rsidRPr="0025601D">
        <w:rPr>
          <w:rFonts w:ascii="Calibri" w:hAnsi="Calibri"/>
        </w:rPr>
        <w:t xml:space="preserve">, agencies/companies directly associated with the conduct of this Promotion, the Promoter, businesses involved in determination of winner/s for the Promotion, businesses involved in the management of the Promotion, any </w:t>
      </w:r>
      <w:proofErr w:type="spellStart"/>
      <w:r w:rsidRPr="0025601D">
        <w:rPr>
          <w:rFonts w:ascii="Calibri" w:hAnsi="Calibri"/>
        </w:rPr>
        <w:t>organisation</w:t>
      </w:r>
      <w:proofErr w:type="spellEnd"/>
      <w:r w:rsidRPr="0025601D">
        <w:rPr>
          <w:rFonts w:ascii="Calibri" w:hAnsi="Calibri"/>
        </w:rPr>
        <w:t xml:space="preserve"> benefiting from the Promotion, the Promoter’s distributors, suppliers, subsidiary companies/businesses and associated companies and agencies are not eligible to enter. "</w:t>
      </w:r>
      <w:r w:rsidRPr="0025601D">
        <w:rPr>
          <w:rFonts w:ascii="Calibri" w:hAnsi="Calibri"/>
          <w:b/>
        </w:rPr>
        <w:t>Immediate family member</w:t>
      </w:r>
      <w:r w:rsidRPr="0025601D">
        <w:rPr>
          <w:rFonts w:ascii="Calibri" w:hAnsi="Calibri"/>
        </w:rPr>
        <w:t xml:space="preserve">" means any of the following: spouse, ex-spouse, de-facto spouse, child or </w:t>
      </w:r>
      <w:proofErr w:type="gramStart"/>
      <w:r w:rsidRPr="0025601D">
        <w:rPr>
          <w:rFonts w:ascii="Calibri" w:hAnsi="Calibri"/>
        </w:rPr>
        <w:t>step-child</w:t>
      </w:r>
      <w:proofErr w:type="gramEnd"/>
      <w:r w:rsidRPr="0025601D">
        <w:rPr>
          <w:rFonts w:ascii="Calibri" w:hAnsi="Calibri"/>
        </w:rPr>
        <w:t xml:space="preserve"> (whether natural or by adoption), parent, </w:t>
      </w:r>
      <w:proofErr w:type="gramStart"/>
      <w:r w:rsidRPr="0025601D">
        <w:rPr>
          <w:rFonts w:ascii="Calibri" w:hAnsi="Calibri"/>
        </w:rPr>
        <w:t>step-parent</w:t>
      </w:r>
      <w:proofErr w:type="gramEnd"/>
      <w:r w:rsidRPr="0025601D">
        <w:rPr>
          <w:rFonts w:ascii="Calibri" w:hAnsi="Calibri"/>
        </w:rPr>
        <w:t xml:space="preserve">, grandparent, step-grandparent, uncle, aunt, niece, nephew, brother, sister, </w:t>
      </w:r>
      <w:proofErr w:type="gramStart"/>
      <w:r w:rsidRPr="0025601D">
        <w:rPr>
          <w:rFonts w:ascii="Calibri" w:hAnsi="Calibri"/>
        </w:rPr>
        <w:t>step-brother</w:t>
      </w:r>
      <w:proofErr w:type="gramEnd"/>
      <w:r w:rsidRPr="0025601D">
        <w:rPr>
          <w:rFonts w:ascii="Calibri" w:hAnsi="Calibri"/>
        </w:rPr>
        <w:t xml:space="preserve">, </w:t>
      </w:r>
      <w:proofErr w:type="gramStart"/>
      <w:r w:rsidRPr="0025601D">
        <w:rPr>
          <w:rFonts w:ascii="Calibri" w:hAnsi="Calibri"/>
        </w:rPr>
        <w:t>step-sister</w:t>
      </w:r>
      <w:proofErr w:type="gramEnd"/>
      <w:r w:rsidRPr="0025601D">
        <w:rPr>
          <w:rFonts w:ascii="Calibri" w:hAnsi="Calibri"/>
        </w:rPr>
        <w:t xml:space="preserve"> or 1st cousin.</w:t>
      </w:r>
    </w:p>
    <w:p w14:paraId="49E79DAD" w14:textId="0128B4EA" w:rsidR="001A611A" w:rsidRPr="0025601D" w:rsidRDefault="001A611A" w:rsidP="0025601D">
      <w:pPr>
        <w:numPr>
          <w:ilvl w:val="0"/>
          <w:numId w:val="11"/>
        </w:numPr>
        <w:ind w:left="426" w:right="423"/>
        <w:jc w:val="both"/>
        <w:rPr>
          <w:rFonts w:ascii="Calibri" w:hAnsi="Calibri"/>
        </w:rPr>
      </w:pPr>
      <w:r w:rsidRPr="0025601D">
        <w:rPr>
          <w:rFonts w:ascii="Calibri" w:hAnsi="Calibri"/>
        </w:rPr>
        <w:t>If any winner chooses not to take their prize (or is unable to</w:t>
      </w:r>
      <w:proofErr w:type="gramStart"/>
      <w:r w:rsidRPr="0025601D">
        <w:rPr>
          <w:rFonts w:ascii="Calibri" w:hAnsi="Calibri"/>
        </w:rPr>
        <w:t>), or</w:t>
      </w:r>
      <w:proofErr w:type="gramEnd"/>
      <w:r w:rsidRPr="0025601D">
        <w:rPr>
          <w:rFonts w:ascii="Calibri" w:hAnsi="Calibri"/>
        </w:rPr>
        <w:t xml:space="preserve"> does not take or claim a prize within a reasonable time, as specified by the Promoter, they will forfeit the </w:t>
      </w:r>
      <w:proofErr w:type="gramStart"/>
      <w:r w:rsidRPr="0025601D">
        <w:rPr>
          <w:rFonts w:ascii="Calibri" w:hAnsi="Calibri"/>
        </w:rPr>
        <w:t>prize</w:t>
      </w:r>
      <w:proofErr w:type="gramEnd"/>
      <w:r w:rsidRPr="0025601D">
        <w:rPr>
          <w:rFonts w:ascii="Calibri" w:hAnsi="Calibri"/>
        </w:rPr>
        <w:t xml:space="preserve"> and the Promoter is not obliged to offer a substitute prize.</w:t>
      </w:r>
    </w:p>
    <w:p w14:paraId="5598DE39" w14:textId="11B138D2" w:rsidR="001A611A" w:rsidRPr="0025601D" w:rsidRDefault="001A611A" w:rsidP="0025601D">
      <w:pPr>
        <w:numPr>
          <w:ilvl w:val="0"/>
          <w:numId w:val="11"/>
        </w:numPr>
        <w:ind w:left="426" w:right="423"/>
        <w:jc w:val="both"/>
        <w:rPr>
          <w:rFonts w:ascii="Calibri" w:hAnsi="Calibri"/>
        </w:rPr>
      </w:pPr>
      <w:r w:rsidRPr="0025601D">
        <w:rPr>
          <w:rFonts w:ascii="Calibri" w:hAnsi="Calibri"/>
        </w:rPr>
        <w:lastRenderedPageBreak/>
        <w:t>Where entry is allowed by purchase or subscription, the cost of the product or service is no greater than the cost would be without the opportunity to participate in the Promotion.</w:t>
      </w:r>
    </w:p>
    <w:p w14:paraId="0B782ECC" w14:textId="7F96390F"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The value of the prizes is accurate and based upon the recommended retail value of the </w:t>
      </w:r>
      <w:proofErr w:type="gramStart"/>
      <w:r w:rsidRPr="0025601D">
        <w:rPr>
          <w:rFonts w:ascii="Calibri" w:hAnsi="Calibri"/>
        </w:rPr>
        <w:t>prizes</w:t>
      </w:r>
      <w:proofErr w:type="gramEnd"/>
      <w:r w:rsidRPr="0025601D">
        <w:rPr>
          <w:rFonts w:ascii="Calibri" w:hAnsi="Calibri"/>
        </w:rPr>
        <w:t xml:space="preserve"> where applicable (inclusive of GST) </w:t>
      </w:r>
      <w:proofErr w:type="gramStart"/>
      <w:r w:rsidRPr="0025601D">
        <w:rPr>
          <w:rFonts w:ascii="Calibri" w:hAnsi="Calibri"/>
        </w:rPr>
        <w:t>at</w:t>
      </w:r>
      <w:proofErr w:type="gramEnd"/>
      <w:r w:rsidRPr="0025601D">
        <w:rPr>
          <w:rFonts w:ascii="Calibri" w:hAnsi="Calibri"/>
        </w:rPr>
        <w:t xml:space="preserve"> the date of publication. The Promoter accepts no responsibility for any variation in the value of the prizes after that date.</w:t>
      </w:r>
    </w:p>
    <w:p w14:paraId="2CF806E4"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No part of a prize is </w:t>
      </w:r>
      <w:proofErr w:type="gramStart"/>
      <w:r w:rsidRPr="0025601D">
        <w:rPr>
          <w:rFonts w:ascii="Calibri" w:hAnsi="Calibri"/>
        </w:rPr>
        <w:t>exchangeable</w:t>
      </w:r>
      <w:proofErr w:type="gramEnd"/>
      <w:r w:rsidRPr="0025601D">
        <w:rPr>
          <w:rFonts w:ascii="Calibri" w:hAnsi="Calibri"/>
        </w:rPr>
        <w:t>, redeemable for cash or any other prize or transferable, unless otherwise specified in writing by the Promoter.</w:t>
      </w:r>
    </w:p>
    <w:p w14:paraId="422D31EB" w14:textId="4117E60A"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If a prize (or portion of a prize) is unavailable the Promoter reserves the right to substitute the prize (or that portion of the prize) </w:t>
      </w:r>
      <w:proofErr w:type="gramStart"/>
      <w:r w:rsidRPr="0025601D">
        <w:rPr>
          <w:rFonts w:ascii="Calibri" w:hAnsi="Calibri"/>
        </w:rPr>
        <w:t>to</w:t>
      </w:r>
      <w:proofErr w:type="gramEnd"/>
      <w:r w:rsidRPr="0025601D">
        <w:rPr>
          <w:rFonts w:ascii="Calibri" w:hAnsi="Calibri"/>
        </w:rPr>
        <w:t xml:space="preserve"> a prize of equal or greater value and specification</w:t>
      </w:r>
      <w:bookmarkStart w:id="6" w:name="_Hlk204592244"/>
      <w:r w:rsidRPr="0025601D">
        <w:rPr>
          <w:rFonts w:ascii="Calibri" w:hAnsi="Calibri"/>
        </w:rPr>
        <w:t xml:space="preserve">, subject to any written directions of a regulatory authority. </w:t>
      </w:r>
      <w:bookmarkEnd w:id="6"/>
    </w:p>
    <w:p w14:paraId="5AE0DD16" w14:textId="22C69077"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No entry fee is charged by the Promoter to enter the Promotion. </w:t>
      </w:r>
    </w:p>
    <w:p w14:paraId="7F8E713A" w14:textId="36A0D8B5" w:rsidR="001A611A" w:rsidRPr="0025601D" w:rsidRDefault="001A611A" w:rsidP="0025601D">
      <w:pPr>
        <w:numPr>
          <w:ilvl w:val="0"/>
          <w:numId w:val="11"/>
        </w:numPr>
        <w:ind w:left="426" w:right="423"/>
        <w:jc w:val="both"/>
        <w:rPr>
          <w:rFonts w:ascii="Calibri" w:hAnsi="Calibri"/>
        </w:rPr>
      </w:pPr>
      <w:bookmarkStart w:id="7" w:name="_Hlk204592279"/>
      <w:r w:rsidRPr="0025601D">
        <w:rPr>
          <w:rFonts w:ascii="Calibri" w:hAnsi="Calibri"/>
        </w:rPr>
        <w:t>If there is a dispute as to the identity of an entrant or winner, the Promoter reserves the right, in its sole discretion, to determine the identity of the entrant or winner</w:t>
      </w:r>
      <w:bookmarkEnd w:id="7"/>
      <w:r w:rsidRPr="0025601D">
        <w:rPr>
          <w:rFonts w:ascii="Calibri" w:hAnsi="Calibri"/>
        </w:rPr>
        <w:t>.</w:t>
      </w:r>
    </w:p>
    <w:p w14:paraId="0AC3F99C"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If a prize is provided to the Promoter by a third party, the prize is subject to the terms and conditions of the </w:t>
      </w:r>
      <w:proofErr w:type="gramStart"/>
      <w:r w:rsidRPr="0025601D">
        <w:rPr>
          <w:rFonts w:ascii="Calibri" w:hAnsi="Calibri"/>
        </w:rPr>
        <w:t>third party</w:t>
      </w:r>
      <w:proofErr w:type="gramEnd"/>
      <w:r w:rsidRPr="0025601D">
        <w:rPr>
          <w:rFonts w:ascii="Calibri" w:hAnsi="Calibri"/>
        </w:rPr>
        <w:t xml:space="preserve"> prize supplier. The terms and conditions which apply to the prize at the time it is issued to the winner will prevail over these </w:t>
      </w:r>
      <w:proofErr w:type="gramStart"/>
      <w:r w:rsidRPr="0025601D">
        <w:rPr>
          <w:rFonts w:ascii="Calibri" w:hAnsi="Calibri"/>
        </w:rPr>
        <w:t>Conditions of Entry</w:t>
      </w:r>
      <w:proofErr w:type="gramEnd"/>
      <w:r w:rsidRPr="0025601D">
        <w:rPr>
          <w:rFonts w:ascii="Calibri" w:hAnsi="Calibri"/>
        </w:rPr>
        <w:t xml:space="preserve">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1B4B9EBB" w14:textId="601DC2C8" w:rsidR="001A611A" w:rsidRPr="0025601D" w:rsidRDefault="001A611A" w:rsidP="0025601D">
      <w:pPr>
        <w:numPr>
          <w:ilvl w:val="0"/>
          <w:numId w:val="11"/>
        </w:numPr>
        <w:ind w:left="426" w:right="423"/>
        <w:jc w:val="both"/>
        <w:rPr>
          <w:rFonts w:ascii="Calibri" w:hAnsi="Calibri"/>
        </w:rPr>
      </w:pPr>
      <w:r w:rsidRPr="0025601D">
        <w:rPr>
          <w:rFonts w:ascii="Calibri" w:hAnsi="Calibri"/>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 Competition and Consumer Act 2010 (</w:t>
      </w:r>
      <w:proofErr w:type="spellStart"/>
      <w:r w:rsidRPr="0025601D">
        <w:rPr>
          <w:rFonts w:ascii="Calibri" w:hAnsi="Calibri"/>
        </w:rPr>
        <w:t>Cth</w:t>
      </w:r>
      <w:proofErr w:type="spellEnd"/>
      <w:r w:rsidRPr="0025601D">
        <w:rPr>
          <w:rFonts w:ascii="Calibri" w:hAnsi="Calibri"/>
        </w:rPr>
        <w:t>)</w:t>
      </w:r>
      <w:r w:rsidR="00D65C93" w:rsidRPr="0025601D">
        <w:rPr>
          <w:rFonts w:ascii="Calibri" w:hAnsi="Calibri"/>
        </w:rPr>
        <w:t>.</w:t>
      </w:r>
    </w:p>
    <w:p w14:paraId="3F15233B"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If for any reason any aspect of this Promotion is not capable of running as planned, including by reason of computer virus, communications network failure, bugs, tampering, </w:t>
      </w:r>
      <w:proofErr w:type="spellStart"/>
      <w:r w:rsidRPr="0025601D">
        <w:rPr>
          <w:rFonts w:ascii="Calibri" w:hAnsi="Calibri"/>
        </w:rPr>
        <w:t>unauthorised</w:t>
      </w:r>
      <w:proofErr w:type="spellEnd"/>
      <w:r w:rsidRPr="0025601D">
        <w:rPr>
          <w:rFonts w:ascii="Calibri" w:hAnsi="Calibri"/>
        </w:rPr>
        <w:t xml:space="preserve"> intervention, fraud, technical failure or any cause beyond the control of the Promoter, the Promoter may, in its sole discretion, cancel, terminate, modify or suspend the Promotion and invalidate any affected entries, or suspend or modify a prize, subject to State or Territory regulation.</w:t>
      </w:r>
    </w:p>
    <w:p w14:paraId="69F8D3BD" w14:textId="70C66EF6"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The Promoter reserves the right, at any time, to validate and check the authenticity of entries and entrant's details (including an entrant's identity, age and place of residence). If a winner cannot provide suitable proof as required by the Promoter to validate their entry, the winner will forfeit the prize in </w:t>
      </w:r>
      <w:proofErr w:type="gramStart"/>
      <w:r w:rsidRPr="0025601D">
        <w:rPr>
          <w:rFonts w:ascii="Calibri" w:hAnsi="Calibri"/>
        </w:rPr>
        <w:t>whole</w:t>
      </w:r>
      <w:proofErr w:type="gramEnd"/>
      <w:r w:rsidRPr="0025601D">
        <w:rPr>
          <w:rFonts w:ascii="Calibri" w:hAnsi="Calibri"/>
        </w:rPr>
        <w:t xml:space="preserve"> and no substitute will be offered. </w:t>
      </w:r>
    </w:p>
    <w:p w14:paraId="09DFDAFF"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The Promoter reserves the right to disqualify entries in the event of non-compliance with these Conditions of Entry. If there is a dispute concerning the conduct of the Promotion or claiming a prize, the Promoter will resolve the dispute in direct consultation with the entrant. If the dispute cannot be resolved the Promoter’s decision, acting reasonably, will be final.</w:t>
      </w:r>
    </w:p>
    <w:p w14:paraId="6BE11A3D"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allowable by law).</w:t>
      </w:r>
    </w:p>
    <w:p w14:paraId="0117B175"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The winner(s) will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04FF7AF9"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 xml:space="preserve">The Promoter accepts no responsibility for any tax implications and the entrant must seek their own independent financial advice </w:t>
      </w:r>
      <w:proofErr w:type="gramStart"/>
      <w:r w:rsidRPr="0025601D">
        <w:rPr>
          <w:rFonts w:ascii="Calibri" w:hAnsi="Calibri"/>
        </w:rPr>
        <w:t>in regards to</w:t>
      </w:r>
      <w:proofErr w:type="gramEnd"/>
      <w:r w:rsidRPr="0025601D">
        <w:rPr>
          <w:rFonts w:ascii="Calibri" w:hAnsi="Calibri"/>
        </w:rPr>
        <w:t xml:space="preserve"> the tax implications relating to the prize or acceptance of the prize.</w:t>
      </w:r>
    </w:p>
    <w:p w14:paraId="581D4F0A" w14:textId="77777777" w:rsidR="001A611A" w:rsidRPr="0025601D" w:rsidRDefault="001A611A" w:rsidP="0025601D">
      <w:pPr>
        <w:numPr>
          <w:ilvl w:val="0"/>
          <w:numId w:val="11"/>
        </w:numPr>
        <w:ind w:left="426" w:right="423"/>
        <w:jc w:val="both"/>
        <w:rPr>
          <w:rFonts w:ascii="Calibri" w:hAnsi="Calibri"/>
        </w:rPr>
      </w:pPr>
      <w:r w:rsidRPr="0025601D">
        <w:rPr>
          <w:rFonts w:ascii="Calibri" w:hAnsi="Calibri"/>
        </w:rPr>
        <w:t>Failure by the Promoter to enforce any of its rights at any stage does not constitute a waiver of these rights.</w:t>
      </w:r>
    </w:p>
    <w:p w14:paraId="6AC7CC3F" w14:textId="192730E7" w:rsidR="001A611A" w:rsidRPr="009913D3" w:rsidRDefault="001A611A" w:rsidP="0025601D">
      <w:pPr>
        <w:numPr>
          <w:ilvl w:val="0"/>
          <w:numId w:val="11"/>
        </w:numPr>
        <w:ind w:left="426" w:right="423"/>
        <w:jc w:val="both"/>
        <w:rPr>
          <w:rFonts w:ascii="Calibri" w:hAnsi="Calibri"/>
        </w:rPr>
      </w:pPr>
      <w:proofErr w:type="spellStart"/>
      <w:r w:rsidRPr="009913D3">
        <w:rPr>
          <w:rFonts w:ascii="Calibri" w:hAnsi="Calibri"/>
        </w:rPr>
        <w:t>Authorised</w:t>
      </w:r>
      <w:proofErr w:type="spellEnd"/>
      <w:r w:rsidRPr="009913D3">
        <w:rPr>
          <w:rFonts w:ascii="Calibri" w:hAnsi="Calibri"/>
        </w:rPr>
        <w:t xml:space="preserve"> under: SA Permit No. </w:t>
      </w:r>
      <w:bookmarkEnd w:id="5"/>
      <w:r w:rsidR="007F34B2" w:rsidRPr="009913D3">
        <w:rPr>
          <w:rFonts w:ascii="Calibri" w:hAnsi="Calibri"/>
        </w:rPr>
        <w:t>T26/602</w:t>
      </w:r>
    </w:p>
    <w:p w14:paraId="1EDDC415" w14:textId="77777777" w:rsidR="001A611A" w:rsidRPr="0025601D" w:rsidRDefault="001A611A">
      <w:pPr>
        <w:pBdr>
          <w:top w:val="nil"/>
          <w:left w:val="nil"/>
          <w:bottom w:val="nil"/>
          <w:right w:val="nil"/>
          <w:between w:val="nil"/>
        </w:pBdr>
        <w:ind w:left="360" w:hanging="360"/>
        <w:rPr>
          <w:rFonts w:ascii="Calibri" w:hAnsi="Calibri"/>
          <w:i/>
          <w:color w:val="FF0000"/>
        </w:rPr>
      </w:pPr>
    </w:p>
    <w:p w14:paraId="4221D871" w14:textId="57B50212" w:rsidR="00B25882" w:rsidRPr="0025601D" w:rsidRDefault="00CF3146" w:rsidP="008756CC">
      <w:pPr>
        <w:pBdr>
          <w:top w:val="nil"/>
          <w:left w:val="nil"/>
          <w:bottom w:val="nil"/>
          <w:right w:val="nil"/>
          <w:between w:val="nil"/>
        </w:pBdr>
        <w:ind w:left="360" w:hanging="360"/>
        <w:rPr>
          <w:rFonts w:ascii="Calibri" w:hAnsi="Calibri"/>
          <w:b/>
        </w:rPr>
      </w:pPr>
      <w:r w:rsidRPr="0025601D">
        <w:rPr>
          <w:rFonts w:ascii="Calibri" w:hAnsi="Calibri"/>
          <w:b/>
        </w:rPr>
        <w:lastRenderedPageBreak/>
        <w:t xml:space="preserve">Annexure A: </w:t>
      </w:r>
      <w:proofErr w:type="gramStart"/>
      <w:r w:rsidRPr="0025601D">
        <w:rPr>
          <w:rFonts w:ascii="Calibri" w:hAnsi="Calibri"/>
          <w:b/>
        </w:rPr>
        <w:t>Participating</w:t>
      </w:r>
      <w:proofErr w:type="gramEnd"/>
      <w:r w:rsidRPr="0025601D">
        <w:rPr>
          <w:rFonts w:ascii="Calibri" w:hAnsi="Calibri"/>
          <w:b/>
        </w:rPr>
        <w:t xml:space="preserve"> Bundles</w:t>
      </w:r>
    </w:p>
    <w:tbl>
      <w:tblPr>
        <w:tblW w:w="9634" w:type="dxa"/>
        <w:tblLayout w:type="fixed"/>
        <w:tblLook w:val="04A0" w:firstRow="1" w:lastRow="0" w:firstColumn="1" w:lastColumn="0" w:noHBand="0" w:noVBand="1"/>
      </w:tblPr>
      <w:tblGrid>
        <w:gridCol w:w="3256"/>
        <w:gridCol w:w="6378"/>
      </w:tblGrid>
      <w:tr w:rsidR="008756CC" w:rsidRPr="008756CC" w14:paraId="570317C7" w14:textId="77777777" w:rsidTr="0025601D">
        <w:trPr>
          <w:trHeight w:val="323"/>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2AFF509E" w14:textId="77777777" w:rsidR="008756CC" w:rsidRPr="0025601D" w:rsidRDefault="008756CC" w:rsidP="0025601D">
            <w:pPr>
              <w:rPr>
                <w:rFonts w:ascii="Calibri" w:hAnsi="Calibri"/>
                <w:b/>
                <w:color w:val="000000"/>
              </w:rPr>
            </w:pPr>
            <w:r w:rsidRPr="0025601D">
              <w:rPr>
                <w:rFonts w:ascii="Calibri" w:hAnsi="Calibri"/>
                <w:b/>
                <w:color w:val="000000"/>
              </w:rPr>
              <w:t>Participating Bundles</w:t>
            </w:r>
          </w:p>
        </w:tc>
        <w:tc>
          <w:tcPr>
            <w:tcW w:w="6378" w:type="dxa"/>
            <w:tcBorders>
              <w:top w:val="single" w:sz="4" w:space="0" w:color="auto"/>
              <w:left w:val="nil"/>
              <w:bottom w:val="single" w:sz="4" w:space="0" w:color="auto"/>
              <w:right w:val="single" w:sz="4" w:space="0" w:color="auto"/>
            </w:tcBorders>
            <w:noWrap/>
            <w:vAlign w:val="bottom"/>
            <w:hideMark/>
          </w:tcPr>
          <w:p w14:paraId="1FC47AB1" w14:textId="77777777" w:rsidR="008756CC" w:rsidRPr="0025601D" w:rsidRDefault="008756CC" w:rsidP="0025601D">
            <w:pPr>
              <w:rPr>
                <w:rFonts w:ascii="Calibri" w:hAnsi="Calibri"/>
                <w:b/>
                <w:color w:val="000000"/>
              </w:rPr>
            </w:pPr>
            <w:r w:rsidRPr="0025601D">
              <w:rPr>
                <w:rFonts w:ascii="Calibri" w:hAnsi="Calibri"/>
                <w:b/>
                <w:color w:val="000000"/>
              </w:rPr>
              <w:t>Participating Products for Bundles and Prizes</w:t>
            </w:r>
          </w:p>
        </w:tc>
      </w:tr>
      <w:tr w:rsidR="008756CC" w:rsidRPr="008756CC" w14:paraId="7A46D08D"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538EBC6D" w14:textId="31FDD919"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Solo Energy 500mL Varieties </w:t>
            </w:r>
          </w:p>
          <w:p w14:paraId="25DF7A8A" w14:textId="77777777" w:rsidR="008756CC" w:rsidRPr="0025601D" w:rsidRDefault="008756CC" w:rsidP="0025601D">
            <w:pPr>
              <w:rPr>
                <w:rFonts w:ascii="Calibri" w:hAnsi="Calibri"/>
                <w:color w:val="000000"/>
              </w:rPr>
            </w:pPr>
            <w:r w:rsidRPr="0025601D">
              <w:rPr>
                <w:rFonts w:ascii="Calibri" w:hAnsi="Calibri"/>
                <w:color w:val="000000"/>
              </w:rPr>
              <w:t>2 for $8</w:t>
            </w:r>
          </w:p>
        </w:tc>
        <w:tc>
          <w:tcPr>
            <w:tcW w:w="6378" w:type="dxa"/>
            <w:tcBorders>
              <w:top w:val="nil"/>
              <w:left w:val="nil"/>
              <w:bottom w:val="single" w:sz="4" w:space="0" w:color="auto"/>
              <w:right w:val="single" w:sz="4" w:space="0" w:color="auto"/>
            </w:tcBorders>
            <w:noWrap/>
            <w:vAlign w:val="bottom"/>
            <w:hideMark/>
          </w:tcPr>
          <w:p w14:paraId="096CCAEA" w14:textId="74972D30" w:rsidR="008756CC" w:rsidRPr="0025601D" w:rsidRDefault="008756CC" w:rsidP="0025601D">
            <w:pPr>
              <w:rPr>
                <w:rFonts w:ascii="Calibri" w:hAnsi="Calibri"/>
                <w:color w:val="000000"/>
              </w:rPr>
            </w:pPr>
            <w:r w:rsidRPr="0025601D">
              <w:rPr>
                <w:rFonts w:ascii="Calibri" w:hAnsi="Calibri"/>
                <w:color w:val="000000"/>
              </w:rPr>
              <w:t>SOLO ENERGY 500ML</w:t>
            </w:r>
          </w:p>
        </w:tc>
      </w:tr>
      <w:tr w:rsidR="008756CC" w:rsidRPr="008756CC" w14:paraId="6BF9EC2B"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1B6625C"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CE80CB5" w14:textId="2AB806CF" w:rsidR="008756CC" w:rsidRPr="0025601D" w:rsidRDefault="008756CC" w:rsidP="0025601D">
            <w:pPr>
              <w:rPr>
                <w:rFonts w:ascii="Calibri" w:hAnsi="Calibri"/>
                <w:color w:val="000000"/>
              </w:rPr>
            </w:pPr>
            <w:r w:rsidRPr="0025601D">
              <w:rPr>
                <w:rFonts w:ascii="Calibri" w:hAnsi="Calibri"/>
                <w:color w:val="000000"/>
              </w:rPr>
              <w:t>SOLO ENERGY ZERO SUGAR 500ML</w:t>
            </w:r>
          </w:p>
        </w:tc>
      </w:tr>
      <w:tr w:rsidR="008756CC" w:rsidRPr="008756CC" w14:paraId="4307D504"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F282B5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3133AD1" w14:textId="5C84BB81" w:rsidR="008756CC" w:rsidRPr="0025601D" w:rsidRDefault="008756CC" w:rsidP="0025601D">
            <w:pPr>
              <w:rPr>
                <w:rFonts w:ascii="Calibri" w:hAnsi="Calibri"/>
                <w:color w:val="000000"/>
              </w:rPr>
            </w:pPr>
            <w:r w:rsidRPr="0025601D">
              <w:rPr>
                <w:rFonts w:ascii="Calibri" w:hAnsi="Calibri"/>
                <w:color w:val="000000"/>
              </w:rPr>
              <w:t>SOLO ENERGY GRAPE 500ML</w:t>
            </w:r>
          </w:p>
        </w:tc>
      </w:tr>
      <w:tr w:rsidR="008756CC" w:rsidRPr="008756CC" w14:paraId="2EF522E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58EB2E8"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E7255FB" w14:textId="658A81B2" w:rsidR="008756CC" w:rsidRPr="0025601D" w:rsidRDefault="008756CC" w:rsidP="0025601D">
            <w:pPr>
              <w:rPr>
                <w:rFonts w:ascii="Calibri" w:hAnsi="Calibri"/>
                <w:color w:val="000000"/>
              </w:rPr>
            </w:pPr>
            <w:r w:rsidRPr="0025601D">
              <w:rPr>
                <w:rFonts w:ascii="Calibri" w:hAnsi="Calibri"/>
                <w:color w:val="000000"/>
              </w:rPr>
              <w:t>SOLO ENERGY ORANGE 500ML</w:t>
            </w:r>
          </w:p>
        </w:tc>
      </w:tr>
      <w:tr w:rsidR="008756CC" w:rsidRPr="008756CC" w14:paraId="6172072F"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17D19610" w14:textId="727E6560"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Coca Cola 375mL Varieties </w:t>
            </w:r>
          </w:p>
          <w:p w14:paraId="5E76B196" w14:textId="77777777" w:rsidR="008756CC" w:rsidRPr="0025601D" w:rsidRDefault="008756CC" w:rsidP="0025601D">
            <w:pPr>
              <w:rPr>
                <w:rFonts w:ascii="Calibri" w:hAnsi="Calibri"/>
                <w:color w:val="000000"/>
              </w:rPr>
            </w:pPr>
            <w:r w:rsidRPr="0025601D">
              <w:rPr>
                <w:rFonts w:ascii="Calibri" w:hAnsi="Calibri"/>
                <w:color w:val="000000"/>
              </w:rPr>
              <w:t>2 for $5.50</w:t>
            </w:r>
          </w:p>
        </w:tc>
        <w:tc>
          <w:tcPr>
            <w:tcW w:w="6378" w:type="dxa"/>
            <w:tcBorders>
              <w:top w:val="nil"/>
              <w:left w:val="nil"/>
              <w:bottom w:val="single" w:sz="4" w:space="0" w:color="auto"/>
              <w:right w:val="single" w:sz="4" w:space="0" w:color="auto"/>
            </w:tcBorders>
            <w:noWrap/>
            <w:vAlign w:val="bottom"/>
            <w:hideMark/>
          </w:tcPr>
          <w:p w14:paraId="0A87B62A" w14:textId="1494ECE9" w:rsidR="008756CC" w:rsidRPr="0025601D" w:rsidRDefault="008756CC" w:rsidP="0025601D">
            <w:pPr>
              <w:rPr>
                <w:rFonts w:ascii="Calibri" w:hAnsi="Calibri"/>
                <w:color w:val="000000"/>
              </w:rPr>
            </w:pPr>
            <w:r w:rsidRPr="0025601D">
              <w:rPr>
                <w:rFonts w:ascii="Calibri" w:hAnsi="Calibri"/>
                <w:color w:val="000000"/>
              </w:rPr>
              <w:t>COCA COLA NO SUGAR 375ML</w:t>
            </w:r>
          </w:p>
        </w:tc>
      </w:tr>
      <w:tr w:rsidR="008756CC" w:rsidRPr="008756CC" w14:paraId="2F0CF5A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44FF738"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ACBE2A2" w14:textId="3F6AC15C" w:rsidR="008756CC" w:rsidRPr="0025601D" w:rsidRDefault="008756CC" w:rsidP="0025601D">
            <w:pPr>
              <w:rPr>
                <w:rFonts w:ascii="Calibri" w:hAnsi="Calibri"/>
                <w:color w:val="000000"/>
              </w:rPr>
            </w:pPr>
            <w:r w:rsidRPr="0025601D">
              <w:rPr>
                <w:rFonts w:ascii="Calibri" w:hAnsi="Calibri"/>
                <w:color w:val="000000"/>
              </w:rPr>
              <w:t>COCA COLA 375ML</w:t>
            </w:r>
          </w:p>
        </w:tc>
      </w:tr>
      <w:tr w:rsidR="008756CC" w:rsidRPr="008756CC" w14:paraId="6D65B95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33964B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BD8847D" w14:textId="02F11442" w:rsidR="008756CC" w:rsidRPr="0025601D" w:rsidRDefault="008756CC" w:rsidP="0025601D">
            <w:pPr>
              <w:rPr>
                <w:rFonts w:ascii="Calibri" w:hAnsi="Calibri"/>
                <w:color w:val="000000"/>
              </w:rPr>
            </w:pPr>
            <w:r w:rsidRPr="0025601D">
              <w:rPr>
                <w:rFonts w:ascii="Calibri" w:hAnsi="Calibri"/>
                <w:color w:val="000000"/>
              </w:rPr>
              <w:t>COCA COLA DIET  375ML</w:t>
            </w:r>
          </w:p>
        </w:tc>
      </w:tr>
      <w:tr w:rsidR="008756CC" w:rsidRPr="008756CC" w14:paraId="07B66E85"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53E57EAD" w14:textId="76041725"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Maximus 1L Varieties </w:t>
            </w:r>
          </w:p>
          <w:p w14:paraId="26399F59" w14:textId="77777777" w:rsidR="008756CC" w:rsidRPr="0025601D" w:rsidRDefault="008756CC" w:rsidP="0025601D">
            <w:pPr>
              <w:rPr>
                <w:rFonts w:ascii="Calibri" w:hAnsi="Calibri"/>
                <w:color w:val="000000"/>
              </w:rPr>
            </w:pPr>
            <w:r w:rsidRPr="0025601D">
              <w:rPr>
                <w:rFonts w:ascii="Calibri" w:hAnsi="Calibri"/>
                <w:color w:val="000000"/>
              </w:rPr>
              <w:t>2 for $7.50</w:t>
            </w:r>
          </w:p>
        </w:tc>
        <w:tc>
          <w:tcPr>
            <w:tcW w:w="6378" w:type="dxa"/>
            <w:tcBorders>
              <w:top w:val="nil"/>
              <w:left w:val="nil"/>
              <w:bottom w:val="single" w:sz="4" w:space="0" w:color="auto"/>
              <w:right w:val="single" w:sz="4" w:space="0" w:color="auto"/>
            </w:tcBorders>
            <w:noWrap/>
            <w:vAlign w:val="bottom"/>
            <w:hideMark/>
          </w:tcPr>
          <w:p w14:paraId="0BA2CD69" w14:textId="01292115" w:rsidR="008756CC" w:rsidRPr="0025601D" w:rsidRDefault="008756CC" w:rsidP="0025601D">
            <w:pPr>
              <w:rPr>
                <w:rFonts w:ascii="Calibri" w:hAnsi="Calibri"/>
                <w:color w:val="000000"/>
              </w:rPr>
            </w:pPr>
            <w:r w:rsidRPr="0025601D">
              <w:rPr>
                <w:rFonts w:ascii="Calibri" w:hAnsi="Calibri"/>
                <w:color w:val="000000"/>
              </w:rPr>
              <w:t>MAXIMUS BLUE 1L</w:t>
            </w:r>
          </w:p>
        </w:tc>
      </w:tr>
      <w:tr w:rsidR="008756CC" w:rsidRPr="008756CC" w14:paraId="3826EE12"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5807D8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D5C7557" w14:textId="2E186DD9" w:rsidR="008756CC" w:rsidRPr="0025601D" w:rsidRDefault="008756CC" w:rsidP="0025601D">
            <w:pPr>
              <w:rPr>
                <w:rFonts w:ascii="Calibri" w:hAnsi="Calibri"/>
                <w:color w:val="000000"/>
              </w:rPr>
            </w:pPr>
            <w:r w:rsidRPr="0025601D">
              <w:rPr>
                <w:rFonts w:ascii="Calibri" w:hAnsi="Calibri"/>
                <w:color w:val="000000"/>
              </w:rPr>
              <w:t>MAXIMUS GRAPE 1L</w:t>
            </w:r>
          </w:p>
        </w:tc>
      </w:tr>
      <w:tr w:rsidR="008756CC" w:rsidRPr="008756CC" w14:paraId="0969560C"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6A8F5A8"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AE4F3CA" w14:textId="409A417C" w:rsidR="008756CC" w:rsidRPr="0025601D" w:rsidRDefault="008756CC" w:rsidP="0025601D">
            <w:pPr>
              <w:rPr>
                <w:rFonts w:ascii="Calibri" w:hAnsi="Calibri"/>
                <w:color w:val="000000"/>
              </w:rPr>
            </w:pPr>
            <w:r w:rsidRPr="0025601D">
              <w:rPr>
                <w:rFonts w:ascii="Calibri" w:hAnsi="Calibri"/>
                <w:color w:val="000000"/>
              </w:rPr>
              <w:t>MAXIMUS GRAPE ZERO SUGAR 1L</w:t>
            </w:r>
          </w:p>
        </w:tc>
      </w:tr>
      <w:tr w:rsidR="008756CC" w:rsidRPr="008756CC" w14:paraId="62D990E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321834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7B5A4B0" w14:textId="38306A59" w:rsidR="008756CC" w:rsidRPr="0025601D" w:rsidRDefault="008756CC" w:rsidP="0025601D">
            <w:pPr>
              <w:rPr>
                <w:rFonts w:ascii="Calibri" w:hAnsi="Calibri"/>
                <w:color w:val="000000"/>
              </w:rPr>
            </w:pPr>
            <w:r w:rsidRPr="0025601D">
              <w:rPr>
                <w:rFonts w:ascii="Calibri" w:hAnsi="Calibri"/>
                <w:color w:val="000000"/>
              </w:rPr>
              <w:t>MAXIMUS LEMONADE ICE BLOCK 1L</w:t>
            </w:r>
          </w:p>
        </w:tc>
      </w:tr>
      <w:tr w:rsidR="008756CC" w:rsidRPr="008756CC" w14:paraId="75E6D66C"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0F9414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54A8DB8" w14:textId="46B76DC8" w:rsidR="008756CC" w:rsidRPr="0025601D" w:rsidRDefault="008756CC" w:rsidP="0025601D">
            <w:pPr>
              <w:rPr>
                <w:rFonts w:ascii="Calibri" w:hAnsi="Calibri"/>
                <w:color w:val="000000"/>
              </w:rPr>
            </w:pPr>
            <w:r w:rsidRPr="0025601D">
              <w:rPr>
                <w:rFonts w:ascii="Calibri" w:hAnsi="Calibri"/>
                <w:color w:val="000000"/>
              </w:rPr>
              <w:t>MAXIMUS LIME 1L</w:t>
            </w:r>
          </w:p>
        </w:tc>
      </w:tr>
      <w:tr w:rsidR="008756CC" w:rsidRPr="008756CC" w14:paraId="7E3C4D2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206682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AD5884B" w14:textId="178BCD81" w:rsidR="008756CC" w:rsidRPr="0025601D" w:rsidRDefault="008756CC" w:rsidP="0025601D">
            <w:pPr>
              <w:rPr>
                <w:rFonts w:ascii="Calibri" w:hAnsi="Calibri"/>
                <w:color w:val="000000"/>
              </w:rPr>
            </w:pPr>
            <w:r w:rsidRPr="0025601D">
              <w:rPr>
                <w:rFonts w:ascii="Calibri" w:hAnsi="Calibri"/>
                <w:color w:val="000000"/>
              </w:rPr>
              <w:t>MAXIMUS MANGO PASSIONFRUIT 1L</w:t>
            </w:r>
          </w:p>
        </w:tc>
      </w:tr>
      <w:tr w:rsidR="008756CC" w:rsidRPr="008756CC" w14:paraId="4D9D5FE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E796F2B"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3AA7F84" w14:textId="5E0C6CA3" w:rsidR="008756CC" w:rsidRPr="0025601D" w:rsidRDefault="008756CC" w:rsidP="0025601D">
            <w:pPr>
              <w:rPr>
                <w:rFonts w:ascii="Calibri" w:hAnsi="Calibri"/>
                <w:color w:val="000000"/>
              </w:rPr>
            </w:pPr>
            <w:r w:rsidRPr="0025601D">
              <w:rPr>
                <w:rFonts w:ascii="Calibri" w:hAnsi="Calibri"/>
                <w:color w:val="000000"/>
              </w:rPr>
              <w:t>MAXIMUS RED 1L</w:t>
            </w:r>
          </w:p>
        </w:tc>
      </w:tr>
      <w:tr w:rsidR="008756CC" w:rsidRPr="008756CC" w14:paraId="423662A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E3940A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shd w:val="clear" w:color="000000" w:fill="FFFFFF"/>
            <w:noWrap/>
            <w:vAlign w:val="bottom"/>
            <w:hideMark/>
          </w:tcPr>
          <w:p w14:paraId="75732029" w14:textId="1977EC8D" w:rsidR="008756CC" w:rsidRPr="0025601D" w:rsidRDefault="008756CC" w:rsidP="0025601D">
            <w:pPr>
              <w:rPr>
                <w:rFonts w:ascii="Calibri" w:hAnsi="Calibri"/>
                <w:color w:val="000000"/>
              </w:rPr>
            </w:pPr>
            <w:r w:rsidRPr="0025601D">
              <w:rPr>
                <w:rFonts w:ascii="Calibri" w:hAnsi="Calibri"/>
                <w:color w:val="000000"/>
              </w:rPr>
              <w:t>Z- MAXIMUS GAME ON BLACKCURRANT 1L</w:t>
            </w:r>
          </w:p>
        </w:tc>
      </w:tr>
      <w:tr w:rsidR="008756CC" w:rsidRPr="008756CC" w14:paraId="56CFFDD4"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5BEC3FD5" w14:textId="15F8EFA3"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Red Bull 250mL Varieties  </w:t>
            </w:r>
          </w:p>
          <w:p w14:paraId="1159ABBE" w14:textId="77777777" w:rsidR="008756CC" w:rsidRPr="0025601D" w:rsidRDefault="008756CC" w:rsidP="0025601D">
            <w:pPr>
              <w:rPr>
                <w:rFonts w:ascii="Calibri" w:hAnsi="Calibri"/>
                <w:color w:val="000000"/>
              </w:rPr>
            </w:pPr>
            <w:r w:rsidRPr="0025601D">
              <w:rPr>
                <w:rFonts w:ascii="Calibri" w:hAnsi="Calibri"/>
                <w:color w:val="000000"/>
              </w:rPr>
              <w:t>2 for $6</w:t>
            </w:r>
          </w:p>
        </w:tc>
        <w:tc>
          <w:tcPr>
            <w:tcW w:w="6378" w:type="dxa"/>
            <w:tcBorders>
              <w:top w:val="nil"/>
              <w:left w:val="nil"/>
              <w:bottom w:val="single" w:sz="4" w:space="0" w:color="auto"/>
              <w:right w:val="single" w:sz="4" w:space="0" w:color="auto"/>
            </w:tcBorders>
            <w:noWrap/>
            <w:vAlign w:val="bottom"/>
            <w:hideMark/>
          </w:tcPr>
          <w:p w14:paraId="381E57F0" w14:textId="7D0A6D9E" w:rsidR="008756CC" w:rsidRPr="0025601D" w:rsidRDefault="008756CC" w:rsidP="0025601D">
            <w:pPr>
              <w:rPr>
                <w:rFonts w:ascii="Calibri" w:hAnsi="Calibri"/>
                <w:color w:val="000000"/>
              </w:rPr>
            </w:pPr>
            <w:r w:rsidRPr="0025601D">
              <w:rPr>
                <w:rFonts w:ascii="Calibri" w:hAnsi="Calibri"/>
                <w:color w:val="000000"/>
              </w:rPr>
              <w:t>RED BULL BERRY SF EDITION 250ML</w:t>
            </w:r>
          </w:p>
        </w:tc>
      </w:tr>
      <w:tr w:rsidR="008756CC" w:rsidRPr="008756CC" w14:paraId="0A3E1429"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983FE3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7BCB6D5" w14:textId="1CE70705" w:rsidR="008756CC" w:rsidRPr="0025601D" w:rsidRDefault="008756CC" w:rsidP="0025601D">
            <w:pPr>
              <w:rPr>
                <w:rFonts w:ascii="Calibri" w:hAnsi="Calibri"/>
                <w:color w:val="000000"/>
              </w:rPr>
            </w:pPr>
            <w:r w:rsidRPr="0025601D">
              <w:rPr>
                <w:rFonts w:ascii="Calibri" w:hAnsi="Calibri"/>
                <w:color w:val="000000"/>
              </w:rPr>
              <w:t>RED BULL BLUE EDITION 250ML</w:t>
            </w:r>
          </w:p>
        </w:tc>
      </w:tr>
      <w:tr w:rsidR="008756CC" w:rsidRPr="008756CC" w14:paraId="3A8CF412"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26FA6D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0615196" w14:textId="6C4E0A5E" w:rsidR="008756CC" w:rsidRPr="0025601D" w:rsidRDefault="008756CC" w:rsidP="0025601D">
            <w:pPr>
              <w:rPr>
                <w:rFonts w:ascii="Calibri" w:hAnsi="Calibri"/>
                <w:color w:val="000000"/>
              </w:rPr>
            </w:pPr>
            <w:r w:rsidRPr="0025601D">
              <w:rPr>
                <w:rFonts w:ascii="Calibri" w:hAnsi="Calibri"/>
                <w:color w:val="000000"/>
              </w:rPr>
              <w:t>RED BULL SF COCONUT 250ML</w:t>
            </w:r>
          </w:p>
        </w:tc>
      </w:tr>
      <w:tr w:rsidR="008756CC" w:rsidRPr="008756CC" w14:paraId="67A2A4F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CEF854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BD88940" w14:textId="13D4DDC7" w:rsidR="008756CC" w:rsidRPr="0025601D" w:rsidRDefault="008756CC" w:rsidP="0025601D">
            <w:pPr>
              <w:rPr>
                <w:rFonts w:ascii="Calibri" w:hAnsi="Calibri"/>
                <w:color w:val="000000"/>
              </w:rPr>
            </w:pPr>
            <w:r w:rsidRPr="0025601D">
              <w:rPr>
                <w:rFonts w:ascii="Calibri" w:hAnsi="Calibri"/>
                <w:color w:val="000000"/>
              </w:rPr>
              <w:t>RED BULL SUGAR FREE 250ML</w:t>
            </w:r>
          </w:p>
        </w:tc>
      </w:tr>
      <w:tr w:rsidR="008756CC" w:rsidRPr="008756CC" w14:paraId="02ED2745"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5C75D5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C53B902" w14:textId="682070A8" w:rsidR="008756CC" w:rsidRPr="0025601D" w:rsidRDefault="008756CC" w:rsidP="0025601D">
            <w:pPr>
              <w:rPr>
                <w:rFonts w:ascii="Calibri" w:hAnsi="Calibri"/>
                <w:color w:val="000000"/>
              </w:rPr>
            </w:pPr>
            <w:r w:rsidRPr="0025601D">
              <w:rPr>
                <w:rFonts w:ascii="Calibri" w:hAnsi="Calibri"/>
                <w:color w:val="000000"/>
              </w:rPr>
              <w:t>RED BULL SUM WHITE PEACH 250ML</w:t>
            </w:r>
          </w:p>
        </w:tc>
      </w:tr>
      <w:tr w:rsidR="008756CC" w:rsidRPr="008756CC" w14:paraId="1AC9B6E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F08359E"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8FDC70A" w14:textId="62776A42" w:rsidR="008756CC" w:rsidRPr="0025601D" w:rsidRDefault="008756CC" w:rsidP="0025601D">
            <w:pPr>
              <w:rPr>
                <w:rFonts w:ascii="Calibri" w:hAnsi="Calibri"/>
                <w:color w:val="000000"/>
              </w:rPr>
            </w:pPr>
            <w:r w:rsidRPr="0025601D">
              <w:rPr>
                <w:rFonts w:ascii="Calibri" w:hAnsi="Calibri"/>
                <w:color w:val="000000"/>
              </w:rPr>
              <w:t>RED BULL TAUR/CAF 250 ML</w:t>
            </w:r>
          </w:p>
        </w:tc>
      </w:tr>
      <w:tr w:rsidR="008756CC" w:rsidRPr="008756CC" w14:paraId="4BAC0BD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77AA7D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784C5FB" w14:textId="637DCFB5" w:rsidR="008756CC" w:rsidRPr="0025601D" w:rsidRDefault="008756CC" w:rsidP="0025601D">
            <w:pPr>
              <w:rPr>
                <w:rFonts w:ascii="Calibri" w:hAnsi="Calibri"/>
                <w:color w:val="000000"/>
              </w:rPr>
            </w:pPr>
            <w:r w:rsidRPr="0025601D">
              <w:rPr>
                <w:rFonts w:ascii="Calibri" w:hAnsi="Calibri"/>
                <w:color w:val="000000"/>
              </w:rPr>
              <w:t>RED BULL THE RED EDITION 250ML</w:t>
            </w:r>
          </w:p>
        </w:tc>
      </w:tr>
      <w:tr w:rsidR="008756CC" w:rsidRPr="008756CC" w14:paraId="43F40E0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24F3942"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4546002" w14:textId="58143692" w:rsidR="008756CC" w:rsidRPr="0025601D" w:rsidRDefault="008756CC" w:rsidP="0025601D">
            <w:pPr>
              <w:rPr>
                <w:rFonts w:ascii="Calibri" w:hAnsi="Calibri"/>
                <w:color w:val="000000"/>
              </w:rPr>
            </w:pPr>
            <w:r w:rsidRPr="0025601D">
              <w:rPr>
                <w:rFonts w:ascii="Calibri" w:hAnsi="Calibri"/>
                <w:color w:val="000000"/>
              </w:rPr>
              <w:t>RED BULL TROPICAL EDITION 250ML</w:t>
            </w:r>
          </w:p>
        </w:tc>
      </w:tr>
      <w:tr w:rsidR="008756CC" w:rsidRPr="008756CC" w14:paraId="4E64F8B5"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4CC2D6B"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7F71ECA" w14:textId="7E5DA7CD" w:rsidR="008756CC" w:rsidRPr="0025601D" w:rsidRDefault="008756CC" w:rsidP="0025601D">
            <w:pPr>
              <w:rPr>
                <w:rFonts w:ascii="Calibri" w:hAnsi="Calibri"/>
                <w:color w:val="000000"/>
              </w:rPr>
            </w:pPr>
            <w:r w:rsidRPr="0025601D">
              <w:rPr>
                <w:rFonts w:ascii="Calibri" w:hAnsi="Calibri"/>
                <w:color w:val="000000"/>
              </w:rPr>
              <w:t>RED BULL ZERO 250ML</w:t>
            </w:r>
          </w:p>
        </w:tc>
      </w:tr>
      <w:tr w:rsidR="008756CC" w:rsidRPr="008756CC" w14:paraId="1D6D8BDB"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2A622FB"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A98A7E4" w14:textId="6A8DC837" w:rsidR="008756CC" w:rsidRPr="0025601D" w:rsidRDefault="008756CC" w:rsidP="0025601D">
            <w:pPr>
              <w:rPr>
                <w:rFonts w:ascii="Calibri" w:hAnsi="Calibri"/>
                <w:color w:val="000000"/>
              </w:rPr>
            </w:pPr>
            <w:r w:rsidRPr="0025601D">
              <w:rPr>
                <w:rFonts w:ascii="Calibri" w:hAnsi="Calibri"/>
                <w:color w:val="000000"/>
              </w:rPr>
              <w:t>RED BULL GRAPEFRUIT &amp; BLOSSOM LILAC EDITION 250ML</w:t>
            </w:r>
          </w:p>
        </w:tc>
      </w:tr>
      <w:tr w:rsidR="008756CC" w:rsidRPr="008756CC" w14:paraId="40028105"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E9B029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BC00165" w14:textId="24E5A2AC" w:rsidR="008756CC" w:rsidRPr="0025601D" w:rsidRDefault="008756CC" w:rsidP="0025601D">
            <w:pPr>
              <w:rPr>
                <w:rFonts w:ascii="Calibri" w:hAnsi="Calibri"/>
                <w:color w:val="000000"/>
              </w:rPr>
            </w:pPr>
            <w:r w:rsidRPr="0025601D">
              <w:rPr>
                <w:rFonts w:ascii="Calibri" w:hAnsi="Calibri"/>
                <w:color w:val="000000"/>
              </w:rPr>
              <w:t>RED BULL EXOTIC PASSIONFRUIT WINTER EDITION 250ML</w:t>
            </w:r>
          </w:p>
        </w:tc>
      </w:tr>
      <w:tr w:rsidR="008756CC" w:rsidRPr="008756CC" w14:paraId="615C561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B1C63E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B323D09" w14:textId="11FB7D02" w:rsidR="008756CC" w:rsidRPr="0025601D" w:rsidRDefault="008756CC" w:rsidP="0025601D">
            <w:pPr>
              <w:rPr>
                <w:rFonts w:ascii="Calibri" w:hAnsi="Calibri"/>
                <w:color w:val="000000"/>
              </w:rPr>
            </w:pPr>
            <w:r w:rsidRPr="0025601D">
              <w:rPr>
                <w:rFonts w:ascii="Calibri" w:hAnsi="Calibri"/>
                <w:color w:val="000000"/>
              </w:rPr>
              <w:t>Z- RED BULL APRICOT SF 250ML</w:t>
            </w:r>
          </w:p>
        </w:tc>
      </w:tr>
      <w:tr w:rsidR="008756CC" w:rsidRPr="008756CC" w14:paraId="182BD7E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E607A3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63C739B" w14:textId="6D1538D3" w:rsidR="008756CC" w:rsidRPr="0025601D" w:rsidRDefault="008756CC" w:rsidP="0025601D">
            <w:pPr>
              <w:rPr>
                <w:rFonts w:ascii="Calibri" w:hAnsi="Calibri"/>
                <w:color w:val="000000"/>
              </w:rPr>
            </w:pPr>
            <w:r w:rsidRPr="0025601D">
              <w:rPr>
                <w:rFonts w:ascii="Calibri" w:hAnsi="Calibri"/>
                <w:color w:val="000000"/>
              </w:rPr>
              <w:t>Z- RED BULL GREEN EDITION 250ML</w:t>
            </w:r>
          </w:p>
        </w:tc>
      </w:tr>
      <w:tr w:rsidR="008756CC" w:rsidRPr="008756CC" w14:paraId="6CBEBA9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5077809"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A94E269" w14:textId="2CF8796F" w:rsidR="008756CC" w:rsidRPr="0025601D" w:rsidRDefault="008756CC" w:rsidP="0025601D">
            <w:pPr>
              <w:rPr>
                <w:rFonts w:ascii="Calibri" w:hAnsi="Calibri"/>
                <w:color w:val="000000"/>
              </w:rPr>
            </w:pPr>
            <w:r w:rsidRPr="0025601D">
              <w:rPr>
                <w:rFonts w:ascii="Calibri" w:hAnsi="Calibri"/>
                <w:color w:val="000000"/>
              </w:rPr>
              <w:t>Z- RED BULL ICED VAN BERR 250ML</w:t>
            </w:r>
          </w:p>
        </w:tc>
      </w:tr>
      <w:tr w:rsidR="008756CC" w:rsidRPr="008756CC" w14:paraId="206C0864"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C0A55D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38C8235" w14:textId="5B6997C4" w:rsidR="008756CC" w:rsidRPr="0025601D" w:rsidRDefault="008756CC" w:rsidP="0025601D">
            <w:pPr>
              <w:rPr>
                <w:rFonts w:ascii="Calibri" w:hAnsi="Calibri"/>
                <w:color w:val="000000"/>
              </w:rPr>
            </w:pPr>
            <w:r w:rsidRPr="0025601D">
              <w:rPr>
                <w:rFonts w:ascii="Calibri" w:hAnsi="Calibri"/>
                <w:color w:val="000000"/>
              </w:rPr>
              <w:t>Z- RED BULL JADE EDITION 250ML</w:t>
            </w:r>
          </w:p>
        </w:tc>
      </w:tr>
      <w:tr w:rsidR="008756CC" w:rsidRPr="008756CC" w14:paraId="4029DE1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B8AB5B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36977E8" w14:textId="2403BBBA" w:rsidR="008756CC" w:rsidRPr="0025601D" w:rsidRDefault="008756CC" w:rsidP="0025601D">
            <w:pPr>
              <w:rPr>
                <w:rFonts w:ascii="Calibri" w:hAnsi="Calibri"/>
                <w:color w:val="000000"/>
              </w:rPr>
            </w:pPr>
            <w:r w:rsidRPr="0025601D">
              <w:rPr>
                <w:rFonts w:ascii="Calibri" w:hAnsi="Calibri"/>
                <w:color w:val="000000"/>
              </w:rPr>
              <w:t>Z- RED BULL JUNEBERRY 250ML</w:t>
            </w:r>
          </w:p>
        </w:tc>
      </w:tr>
      <w:tr w:rsidR="008756CC" w:rsidRPr="008756CC" w14:paraId="0AD85E97"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139036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3443600" w14:textId="0E3B79C6" w:rsidR="008756CC" w:rsidRPr="0025601D" w:rsidRDefault="008756CC" w:rsidP="0025601D">
            <w:pPr>
              <w:rPr>
                <w:rFonts w:ascii="Calibri" w:hAnsi="Calibri"/>
                <w:color w:val="000000"/>
              </w:rPr>
            </w:pPr>
            <w:r w:rsidRPr="0025601D">
              <w:rPr>
                <w:rFonts w:ascii="Calibri" w:hAnsi="Calibri"/>
                <w:color w:val="000000"/>
              </w:rPr>
              <w:t>Z- RED BULL PURPLE ED SF 250ML</w:t>
            </w:r>
          </w:p>
        </w:tc>
      </w:tr>
      <w:tr w:rsidR="008756CC" w:rsidRPr="008756CC" w14:paraId="2CC6F67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9B1905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BFBFA88" w14:textId="1EC77549" w:rsidR="008756CC" w:rsidRPr="0025601D" w:rsidRDefault="008756CC" w:rsidP="0025601D">
            <w:pPr>
              <w:rPr>
                <w:rFonts w:ascii="Calibri" w:hAnsi="Calibri"/>
                <w:color w:val="000000"/>
              </w:rPr>
            </w:pPr>
            <w:r w:rsidRPr="0025601D">
              <w:rPr>
                <w:rFonts w:ascii="Calibri" w:hAnsi="Calibri"/>
                <w:color w:val="000000"/>
              </w:rPr>
              <w:t>Z- RED BULL SUM APR SBERRY 250ML</w:t>
            </w:r>
          </w:p>
        </w:tc>
      </w:tr>
      <w:tr w:rsidR="008756CC" w:rsidRPr="008756CC" w14:paraId="2CB7783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7EA22DF"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C48B794" w14:textId="2CD75239" w:rsidR="008756CC" w:rsidRPr="0025601D" w:rsidRDefault="008756CC" w:rsidP="0025601D">
            <w:pPr>
              <w:rPr>
                <w:rFonts w:ascii="Calibri" w:hAnsi="Calibri"/>
                <w:color w:val="000000"/>
              </w:rPr>
            </w:pPr>
            <w:r w:rsidRPr="0025601D">
              <w:rPr>
                <w:rFonts w:ascii="Calibri" w:hAnsi="Calibri"/>
                <w:color w:val="000000"/>
              </w:rPr>
              <w:t>Z- RED BULL SUMM ED BLBERRY 250ML</w:t>
            </w:r>
          </w:p>
        </w:tc>
      </w:tr>
      <w:tr w:rsidR="008756CC" w:rsidRPr="008756CC" w14:paraId="331D5472"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58AB7F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5C008C6" w14:textId="77199C65" w:rsidR="008756CC" w:rsidRPr="0025601D" w:rsidRDefault="008756CC" w:rsidP="0025601D">
            <w:pPr>
              <w:rPr>
                <w:rFonts w:ascii="Calibri" w:hAnsi="Calibri"/>
                <w:color w:val="000000"/>
              </w:rPr>
            </w:pPr>
            <w:r w:rsidRPr="0025601D">
              <w:rPr>
                <w:rFonts w:ascii="Calibri" w:hAnsi="Calibri"/>
                <w:color w:val="000000"/>
              </w:rPr>
              <w:t>Z- RED BULL WINTER PEAR CIN 250ML</w:t>
            </w:r>
          </w:p>
        </w:tc>
      </w:tr>
      <w:tr w:rsidR="008756CC" w:rsidRPr="008756CC" w14:paraId="0548D4D0" w14:textId="77777777" w:rsidTr="0025601D">
        <w:trPr>
          <w:trHeight w:val="300"/>
        </w:trPr>
        <w:tc>
          <w:tcPr>
            <w:tcW w:w="3256" w:type="dxa"/>
            <w:vMerge w:val="restart"/>
            <w:tcBorders>
              <w:top w:val="nil"/>
              <w:left w:val="single" w:sz="4" w:space="0" w:color="auto"/>
              <w:bottom w:val="single" w:sz="4" w:space="0" w:color="auto"/>
              <w:right w:val="single" w:sz="4" w:space="0" w:color="auto"/>
            </w:tcBorders>
            <w:vAlign w:val="center"/>
            <w:hideMark/>
          </w:tcPr>
          <w:p w14:paraId="073D5BF4" w14:textId="0A0E0A2C" w:rsidR="008756CC" w:rsidRPr="008756CC" w:rsidRDefault="008756CC" w:rsidP="004904C1">
            <w:pPr>
              <w:rPr>
                <w:rFonts w:ascii="Calibri" w:eastAsia="Times New Roman" w:hAnsi="Calibri"/>
                <w:color w:val="000000"/>
                <w:lang w:eastAsia="en-GB"/>
              </w:rPr>
            </w:pPr>
            <w:proofErr w:type="spellStart"/>
            <w:r w:rsidRPr="0025601D">
              <w:rPr>
                <w:rFonts w:ascii="Calibri" w:hAnsi="Calibri"/>
                <w:color w:val="000000"/>
              </w:rPr>
              <w:t>Four’N</w:t>
            </w:r>
            <w:proofErr w:type="spellEnd"/>
            <w:r w:rsidRPr="0025601D">
              <w:rPr>
                <w:rFonts w:ascii="Calibri" w:hAnsi="Calibri"/>
                <w:color w:val="000000"/>
              </w:rPr>
              <w:t xml:space="preserve"> Twenty Pies 160-175g</w:t>
            </w:r>
            <w:r w:rsidRPr="0025601D">
              <w:rPr>
                <w:rFonts w:ascii="Calibri" w:hAnsi="Calibri"/>
                <w:color w:val="000000"/>
              </w:rPr>
              <w:br/>
              <w:t xml:space="preserve">or Rolls 160-180g </w:t>
            </w:r>
          </w:p>
          <w:p w14:paraId="57FD5E81" w14:textId="77777777" w:rsidR="008756CC" w:rsidRPr="0025601D" w:rsidRDefault="008756CC" w:rsidP="0025601D">
            <w:pPr>
              <w:rPr>
                <w:rFonts w:ascii="Calibri" w:hAnsi="Calibri"/>
                <w:color w:val="000000"/>
              </w:rPr>
            </w:pPr>
            <w:r w:rsidRPr="0025601D">
              <w:rPr>
                <w:rFonts w:ascii="Calibri" w:hAnsi="Calibri"/>
                <w:color w:val="000000"/>
              </w:rPr>
              <w:t>2 for $8</w:t>
            </w:r>
          </w:p>
        </w:tc>
        <w:tc>
          <w:tcPr>
            <w:tcW w:w="6378" w:type="dxa"/>
            <w:tcBorders>
              <w:top w:val="nil"/>
              <w:left w:val="nil"/>
              <w:bottom w:val="single" w:sz="4" w:space="0" w:color="auto"/>
              <w:right w:val="single" w:sz="4" w:space="0" w:color="auto"/>
            </w:tcBorders>
            <w:noWrap/>
            <w:vAlign w:val="bottom"/>
            <w:hideMark/>
          </w:tcPr>
          <w:p w14:paraId="2E1F63EA" w14:textId="6DB2DBDB" w:rsidR="008756CC" w:rsidRPr="0025601D" w:rsidRDefault="008756CC" w:rsidP="0025601D">
            <w:pPr>
              <w:rPr>
                <w:rFonts w:ascii="Calibri" w:hAnsi="Calibri"/>
                <w:color w:val="000000"/>
              </w:rPr>
            </w:pPr>
            <w:r w:rsidRPr="0025601D">
              <w:rPr>
                <w:rFonts w:ascii="Calibri" w:hAnsi="Calibri"/>
                <w:color w:val="000000"/>
              </w:rPr>
              <w:t>FOUR N TWENTY CHEESE KRANSKY 170G</w:t>
            </w:r>
          </w:p>
        </w:tc>
      </w:tr>
      <w:tr w:rsidR="008756CC" w:rsidRPr="008756CC" w14:paraId="7507A98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618EA0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4D61C48" w14:textId="55320137" w:rsidR="008756CC" w:rsidRPr="0025601D" w:rsidRDefault="008756CC" w:rsidP="0025601D">
            <w:pPr>
              <w:rPr>
                <w:rFonts w:ascii="Calibri" w:hAnsi="Calibri"/>
                <w:color w:val="000000"/>
              </w:rPr>
            </w:pPr>
            <w:r w:rsidRPr="0025601D">
              <w:rPr>
                <w:rFonts w:ascii="Calibri" w:hAnsi="Calibri"/>
                <w:color w:val="000000"/>
              </w:rPr>
              <w:t>FOUR N TWENTY CHILLI &amp; CHEESE SAUSAGE ROLL 180G</w:t>
            </w:r>
          </w:p>
        </w:tc>
      </w:tr>
      <w:tr w:rsidR="008756CC" w:rsidRPr="008756CC" w14:paraId="0116AB7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2009DA7"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CACED41" w14:textId="23B4FD1B" w:rsidR="008756CC" w:rsidRPr="0025601D" w:rsidRDefault="008756CC" w:rsidP="0025601D">
            <w:pPr>
              <w:rPr>
                <w:rFonts w:ascii="Calibri" w:hAnsi="Calibri"/>
                <w:color w:val="000000"/>
              </w:rPr>
            </w:pPr>
            <w:r w:rsidRPr="0025601D">
              <w:rPr>
                <w:rFonts w:ascii="Calibri" w:hAnsi="Calibri"/>
                <w:color w:val="000000"/>
              </w:rPr>
              <w:t>FOUR N TWENTY EGG &amp; BACON TRAVELLER 160G</w:t>
            </w:r>
          </w:p>
        </w:tc>
      </w:tr>
      <w:tr w:rsidR="008756CC" w:rsidRPr="008756CC" w14:paraId="181C5BB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DBB8C7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F090546" w14:textId="57A8F82C" w:rsidR="008756CC" w:rsidRPr="0025601D" w:rsidRDefault="008756CC" w:rsidP="0025601D">
            <w:pPr>
              <w:rPr>
                <w:rFonts w:ascii="Calibri" w:hAnsi="Calibri"/>
                <w:color w:val="000000"/>
              </w:rPr>
            </w:pPr>
            <w:r w:rsidRPr="0025601D">
              <w:rPr>
                <w:rFonts w:ascii="Calibri" w:hAnsi="Calibri"/>
                <w:color w:val="000000"/>
              </w:rPr>
              <w:t xml:space="preserve">FOUR N TWENTY CHEESE &amp; BACON SAUSAGE ROLL </w:t>
            </w:r>
            <w:r w:rsidRPr="008756CC">
              <w:rPr>
                <w:rFonts w:ascii="Calibri" w:eastAsia="Times New Roman" w:hAnsi="Calibri"/>
                <w:color w:val="000000"/>
                <w:lang w:eastAsia="en-GB"/>
              </w:rPr>
              <w:t>180G</w:t>
            </w:r>
          </w:p>
        </w:tc>
      </w:tr>
      <w:tr w:rsidR="008756CC" w:rsidRPr="008756CC" w14:paraId="14DA284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2F877E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11C46EF" w14:textId="4D6B4763" w:rsidR="008756CC" w:rsidRPr="0025601D" w:rsidRDefault="008756CC" w:rsidP="0025601D">
            <w:pPr>
              <w:rPr>
                <w:rFonts w:ascii="Calibri" w:hAnsi="Calibri"/>
                <w:color w:val="000000"/>
              </w:rPr>
            </w:pPr>
            <w:r w:rsidRPr="0025601D">
              <w:rPr>
                <w:rFonts w:ascii="Calibri" w:hAnsi="Calibri"/>
                <w:color w:val="000000"/>
              </w:rPr>
              <w:t>FOUR N TWENTY CHUNKY ANGUS SLOW COOKED BEEF CHEESE BACON PIE</w:t>
            </w:r>
          </w:p>
        </w:tc>
      </w:tr>
      <w:tr w:rsidR="008756CC" w:rsidRPr="008756CC" w14:paraId="1BD3B119"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046E888"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B53759D" w14:textId="041F566E" w:rsidR="008756CC" w:rsidRPr="0025601D" w:rsidRDefault="008756CC" w:rsidP="0025601D">
            <w:pPr>
              <w:rPr>
                <w:rFonts w:ascii="Calibri" w:hAnsi="Calibri"/>
                <w:color w:val="000000"/>
              </w:rPr>
            </w:pPr>
            <w:r w:rsidRPr="0025601D">
              <w:rPr>
                <w:rFonts w:ascii="Calibri" w:hAnsi="Calibri"/>
                <w:color w:val="000000"/>
              </w:rPr>
              <w:t>FOUR N TWENTY CLASSIC MEAT PIE 175G</w:t>
            </w:r>
          </w:p>
        </w:tc>
      </w:tr>
      <w:tr w:rsidR="008756CC" w:rsidRPr="008756CC" w14:paraId="3257B0F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33DD43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603FEEE" w14:textId="50185266" w:rsidR="008756CC" w:rsidRPr="0025601D" w:rsidRDefault="008756CC" w:rsidP="0025601D">
            <w:pPr>
              <w:rPr>
                <w:rFonts w:ascii="Calibri" w:hAnsi="Calibri"/>
                <w:color w:val="000000"/>
              </w:rPr>
            </w:pPr>
            <w:r w:rsidRPr="0025601D">
              <w:rPr>
                <w:rFonts w:ascii="Calibri" w:hAnsi="Calibri"/>
                <w:color w:val="000000"/>
              </w:rPr>
              <w:t>FOUR N TWENTY HALAL SAUSAGE ROLL 180G</w:t>
            </w:r>
          </w:p>
        </w:tc>
      </w:tr>
      <w:tr w:rsidR="008756CC" w:rsidRPr="008756CC" w14:paraId="66A5729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92D295B"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4986D4A" w14:textId="25C2AE20" w:rsidR="008756CC" w:rsidRPr="0025601D" w:rsidRDefault="008756CC" w:rsidP="0025601D">
            <w:pPr>
              <w:rPr>
                <w:rFonts w:ascii="Calibri" w:hAnsi="Calibri"/>
                <w:color w:val="000000"/>
              </w:rPr>
            </w:pPr>
            <w:r w:rsidRPr="0025601D">
              <w:rPr>
                <w:rFonts w:ascii="Calibri" w:hAnsi="Calibri"/>
                <w:color w:val="000000"/>
              </w:rPr>
              <w:t>FOUR N TWENTY KING SIZE SAUSAGE ROLL</w:t>
            </w:r>
          </w:p>
        </w:tc>
      </w:tr>
      <w:tr w:rsidR="008756CC" w:rsidRPr="008756CC" w14:paraId="5F5FA58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42917D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78473E9" w14:textId="3F67CC26" w:rsidR="008756CC" w:rsidRPr="0025601D" w:rsidRDefault="008756CC" w:rsidP="0025601D">
            <w:pPr>
              <w:rPr>
                <w:rFonts w:ascii="Calibri" w:hAnsi="Calibri"/>
                <w:color w:val="000000"/>
              </w:rPr>
            </w:pPr>
            <w:r w:rsidRPr="0025601D">
              <w:rPr>
                <w:rFonts w:ascii="Calibri" w:hAnsi="Calibri"/>
                <w:color w:val="000000"/>
              </w:rPr>
              <w:t>FNT BEEF BACON CHEESE TRAVELLER PIE 160G</w:t>
            </w:r>
          </w:p>
        </w:tc>
      </w:tr>
      <w:tr w:rsidR="008756CC" w:rsidRPr="008756CC" w14:paraId="1AF4DBA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35F38B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70F8F30" w14:textId="4C8B9A0C" w:rsidR="008756CC" w:rsidRPr="0025601D" w:rsidRDefault="008756CC" w:rsidP="0025601D">
            <w:pPr>
              <w:rPr>
                <w:rFonts w:ascii="Calibri" w:hAnsi="Calibri"/>
                <w:color w:val="000000"/>
              </w:rPr>
            </w:pPr>
            <w:r w:rsidRPr="0025601D">
              <w:rPr>
                <w:rFonts w:ascii="Calibri" w:hAnsi="Calibri"/>
                <w:color w:val="000000"/>
              </w:rPr>
              <w:t>FNT HALAL TRAVELLER BEEF PIE 160G</w:t>
            </w:r>
          </w:p>
        </w:tc>
      </w:tr>
      <w:tr w:rsidR="008756CC" w:rsidRPr="008756CC" w14:paraId="3869ED4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E9BB737"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6D08421" w14:textId="2EC59244" w:rsidR="008756CC" w:rsidRPr="0025601D" w:rsidRDefault="008756CC" w:rsidP="0025601D">
            <w:pPr>
              <w:rPr>
                <w:rFonts w:ascii="Calibri" w:hAnsi="Calibri"/>
                <w:color w:val="000000"/>
              </w:rPr>
            </w:pPr>
            <w:r w:rsidRPr="0025601D">
              <w:rPr>
                <w:rFonts w:ascii="Calibri" w:hAnsi="Calibri"/>
                <w:color w:val="000000"/>
              </w:rPr>
              <w:t>FOUR N TWENTY BEEF TRAVELLER PIE 160G</w:t>
            </w:r>
          </w:p>
        </w:tc>
      </w:tr>
      <w:tr w:rsidR="008756CC" w:rsidRPr="008756CC" w14:paraId="6BC9C5D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2C1CB30"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F9CC1F5" w14:textId="60A9B864" w:rsidR="008756CC" w:rsidRPr="0025601D" w:rsidRDefault="008756CC" w:rsidP="0025601D">
            <w:pPr>
              <w:rPr>
                <w:rFonts w:ascii="Calibri" w:hAnsi="Calibri"/>
                <w:color w:val="000000"/>
              </w:rPr>
            </w:pPr>
            <w:r w:rsidRPr="0025601D">
              <w:rPr>
                <w:rFonts w:ascii="Calibri" w:hAnsi="Calibri"/>
                <w:color w:val="000000"/>
              </w:rPr>
              <w:t>FOUR N TWENTY CC NACHO CHEESE PIE 175G</w:t>
            </w:r>
          </w:p>
        </w:tc>
      </w:tr>
      <w:tr w:rsidR="008756CC" w:rsidRPr="008756CC" w14:paraId="77A3EB76"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6B6DFD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0B5C06D" w14:textId="14ADC403" w:rsidR="008756CC" w:rsidRPr="0025601D" w:rsidRDefault="008756CC" w:rsidP="0025601D">
            <w:pPr>
              <w:rPr>
                <w:rFonts w:ascii="Calibri" w:hAnsi="Calibri"/>
                <w:color w:val="000000"/>
              </w:rPr>
            </w:pPr>
            <w:r w:rsidRPr="0025601D">
              <w:rPr>
                <w:rFonts w:ascii="Calibri" w:hAnsi="Calibri"/>
                <w:color w:val="000000"/>
              </w:rPr>
              <w:t>FOUR N TWENTY PEPPER STEAK TRAVELLER PIE 160G</w:t>
            </w:r>
          </w:p>
        </w:tc>
      </w:tr>
      <w:tr w:rsidR="008756CC" w:rsidRPr="008756CC" w14:paraId="29F6ADE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68D143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D4D4FAE" w14:textId="28E34DFB" w:rsidR="008756CC" w:rsidRPr="0025601D" w:rsidRDefault="008756CC" w:rsidP="0025601D">
            <w:pPr>
              <w:rPr>
                <w:rFonts w:ascii="Calibri" w:hAnsi="Calibri"/>
                <w:color w:val="000000"/>
              </w:rPr>
            </w:pPr>
            <w:r w:rsidRPr="0025601D">
              <w:rPr>
                <w:rFonts w:ascii="Calibri" w:hAnsi="Calibri"/>
                <w:color w:val="000000"/>
              </w:rPr>
              <w:t>FOUR N TWENTY PHILLY CHEESE &amp; STEAK TRAVELLER PIE 160G</w:t>
            </w:r>
          </w:p>
        </w:tc>
      </w:tr>
      <w:tr w:rsidR="008756CC" w:rsidRPr="008756CC" w14:paraId="276DD794"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777AAC77" w14:textId="0845A70D"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Mars Grab N Go bags 85-100g Varieties </w:t>
            </w:r>
          </w:p>
          <w:p w14:paraId="383755DB" w14:textId="77777777" w:rsidR="008756CC" w:rsidRPr="0025601D" w:rsidRDefault="008756CC" w:rsidP="0025601D">
            <w:pPr>
              <w:rPr>
                <w:rFonts w:ascii="Calibri" w:hAnsi="Calibri"/>
                <w:color w:val="000000"/>
              </w:rPr>
            </w:pPr>
            <w:r w:rsidRPr="0025601D">
              <w:rPr>
                <w:rFonts w:ascii="Calibri" w:hAnsi="Calibri"/>
                <w:color w:val="000000"/>
              </w:rPr>
              <w:t>2 for $7</w:t>
            </w:r>
          </w:p>
        </w:tc>
        <w:tc>
          <w:tcPr>
            <w:tcW w:w="6378" w:type="dxa"/>
            <w:tcBorders>
              <w:top w:val="nil"/>
              <w:left w:val="nil"/>
              <w:bottom w:val="single" w:sz="4" w:space="0" w:color="auto"/>
              <w:right w:val="single" w:sz="4" w:space="0" w:color="auto"/>
            </w:tcBorders>
            <w:noWrap/>
            <w:vAlign w:val="bottom"/>
            <w:hideMark/>
          </w:tcPr>
          <w:p w14:paraId="3DE5795E" w14:textId="56497444" w:rsidR="008756CC" w:rsidRPr="0025601D" w:rsidRDefault="008756CC" w:rsidP="0025601D">
            <w:pPr>
              <w:rPr>
                <w:rFonts w:ascii="Calibri" w:hAnsi="Calibri"/>
                <w:color w:val="000000"/>
              </w:rPr>
            </w:pPr>
            <w:r w:rsidRPr="0025601D">
              <w:rPr>
                <w:rFonts w:ascii="Calibri" w:hAnsi="Calibri"/>
                <w:color w:val="000000"/>
              </w:rPr>
              <w:t>M&amp;MS MILK CHOC GRAB N GO 100G</w:t>
            </w:r>
          </w:p>
        </w:tc>
      </w:tr>
      <w:tr w:rsidR="008756CC" w:rsidRPr="008756CC" w14:paraId="4063483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BF406BB"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BB31618" w14:textId="66070840" w:rsidR="008756CC" w:rsidRPr="0025601D" w:rsidRDefault="008756CC" w:rsidP="0025601D">
            <w:pPr>
              <w:rPr>
                <w:rFonts w:ascii="Calibri" w:hAnsi="Calibri"/>
                <w:color w:val="000000"/>
              </w:rPr>
            </w:pPr>
            <w:r w:rsidRPr="0025601D">
              <w:rPr>
                <w:rFonts w:ascii="Calibri" w:hAnsi="Calibri"/>
                <w:color w:val="000000"/>
              </w:rPr>
              <w:t>M&amp;MS MILK PEANUT GRAB N GO 90G</w:t>
            </w:r>
          </w:p>
        </w:tc>
      </w:tr>
      <w:tr w:rsidR="008756CC" w:rsidRPr="008756CC" w14:paraId="538A994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BD7753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3B7F6F9" w14:textId="0DF9FB8B" w:rsidR="008756CC" w:rsidRPr="0025601D" w:rsidRDefault="008756CC" w:rsidP="0025601D">
            <w:pPr>
              <w:rPr>
                <w:rFonts w:ascii="Calibri" w:hAnsi="Calibri"/>
                <w:color w:val="000000"/>
              </w:rPr>
            </w:pPr>
            <w:r w:rsidRPr="0025601D">
              <w:rPr>
                <w:rFonts w:ascii="Calibri" w:hAnsi="Calibri"/>
                <w:color w:val="000000"/>
              </w:rPr>
              <w:t>MALTESERS GRAB N GO 85G</w:t>
            </w:r>
          </w:p>
        </w:tc>
      </w:tr>
      <w:tr w:rsidR="008756CC" w:rsidRPr="008756CC" w14:paraId="41632182"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07281FEE" w14:textId="732642E2"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Nestle Share Bars 60-80g Varieties </w:t>
            </w:r>
          </w:p>
          <w:p w14:paraId="295D91BA" w14:textId="77777777" w:rsidR="008756CC" w:rsidRPr="0025601D" w:rsidRDefault="008756CC" w:rsidP="0025601D">
            <w:pPr>
              <w:rPr>
                <w:rFonts w:ascii="Calibri" w:hAnsi="Calibri"/>
                <w:color w:val="000000"/>
              </w:rPr>
            </w:pPr>
            <w:r w:rsidRPr="0025601D">
              <w:rPr>
                <w:rFonts w:ascii="Calibri" w:hAnsi="Calibri"/>
                <w:color w:val="000000"/>
              </w:rPr>
              <w:t>2 for $7.50</w:t>
            </w:r>
          </w:p>
        </w:tc>
        <w:tc>
          <w:tcPr>
            <w:tcW w:w="6378" w:type="dxa"/>
            <w:tcBorders>
              <w:top w:val="nil"/>
              <w:left w:val="nil"/>
              <w:bottom w:val="single" w:sz="4" w:space="0" w:color="auto"/>
              <w:right w:val="single" w:sz="4" w:space="0" w:color="auto"/>
            </w:tcBorders>
            <w:noWrap/>
            <w:vAlign w:val="bottom"/>
            <w:hideMark/>
          </w:tcPr>
          <w:p w14:paraId="05AC631E" w14:textId="3FD95F48" w:rsidR="008756CC" w:rsidRPr="0025601D" w:rsidRDefault="008756CC" w:rsidP="0025601D">
            <w:pPr>
              <w:rPr>
                <w:rFonts w:ascii="Calibri" w:hAnsi="Calibri"/>
                <w:color w:val="000000"/>
              </w:rPr>
            </w:pPr>
            <w:r w:rsidRPr="0025601D">
              <w:rPr>
                <w:rFonts w:ascii="Calibri" w:hAnsi="Calibri"/>
                <w:color w:val="000000"/>
              </w:rPr>
              <w:t>AERO STRAWBERRY 60G</w:t>
            </w:r>
          </w:p>
        </w:tc>
      </w:tr>
      <w:tr w:rsidR="008756CC" w:rsidRPr="008756CC" w14:paraId="5543252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309472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5FA7ABA" w14:textId="7114E9F7" w:rsidR="008756CC" w:rsidRPr="0025601D" w:rsidRDefault="008756CC" w:rsidP="0025601D">
            <w:pPr>
              <w:rPr>
                <w:rFonts w:ascii="Calibri" w:hAnsi="Calibri"/>
                <w:color w:val="000000"/>
              </w:rPr>
            </w:pPr>
            <w:r w:rsidRPr="0025601D">
              <w:rPr>
                <w:rFonts w:ascii="Calibri" w:hAnsi="Calibri"/>
                <w:color w:val="000000"/>
              </w:rPr>
              <w:t>KITKAT MINT CRUSH 65G</w:t>
            </w:r>
          </w:p>
        </w:tc>
      </w:tr>
      <w:tr w:rsidR="008756CC" w:rsidRPr="008756CC" w14:paraId="237D426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BF6605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5DA51B5" w14:textId="754F97D5" w:rsidR="008756CC" w:rsidRPr="0025601D" w:rsidRDefault="008756CC" w:rsidP="0025601D">
            <w:pPr>
              <w:rPr>
                <w:rFonts w:ascii="Calibri" w:hAnsi="Calibri"/>
                <w:color w:val="000000"/>
              </w:rPr>
            </w:pPr>
            <w:r w:rsidRPr="0025601D">
              <w:rPr>
                <w:rFonts w:ascii="Calibri" w:hAnsi="Calibri"/>
                <w:color w:val="000000"/>
              </w:rPr>
              <w:t>NESTLE AERO BAR 60G</w:t>
            </w:r>
          </w:p>
        </w:tc>
      </w:tr>
      <w:tr w:rsidR="008756CC" w:rsidRPr="008756CC" w14:paraId="7613AAA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769455C"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C968907" w14:textId="2AF90331" w:rsidR="008756CC" w:rsidRPr="0025601D" w:rsidRDefault="008756CC" w:rsidP="0025601D">
            <w:pPr>
              <w:rPr>
                <w:rFonts w:ascii="Calibri" w:hAnsi="Calibri"/>
                <w:color w:val="000000"/>
              </w:rPr>
            </w:pPr>
            <w:r w:rsidRPr="0025601D">
              <w:rPr>
                <w:rFonts w:ascii="Calibri" w:hAnsi="Calibri"/>
                <w:color w:val="000000"/>
              </w:rPr>
              <w:t>NESTLE KIT KAT CHUNKY KING SIZE 70G</w:t>
            </w:r>
          </w:p>
        </w:tc>
      </w:tr>
      <w:tr w:rsidR="008756CC" w:rsidRPr="008756CC" w14:paraId="3B3F029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B85E190"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A2B53EB" w14:textId="412B3C62" w:rsidR="008756CC" w:rsidRPr="0025601D" w:rsidRDefault="008756CC" w:rsidP="0025601D">
            <w:pPr>
              <w:rPr>
                <w:rFonts w:ascii="Calibri" w:hAnsi="Calibri"/>
                <w:color w:val="000000"/>
              </w:rPr>
            </w:pPr>
            <w:r w:rsidRPr="0025601D">
              <w:rPr>
                <w:rFonts w:ascii="Calibri" w:hAnsi="Calibri"/>
                <w:color w:val="000000"/>
              </w:rPr>
              <w:t>NESTLE KIT KAT KING SIZE 65G</w:t>
            </w:r>
          </w:p>
        </w:tc>
      </w:tr>
      <w:tr w:rsidR="008756CC" w:rsidRPr="008756CC" w14:paraId="0565338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B521DE2"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851638F" w14:textId="62261F14" w:rsidR="008756CC" w:rsidRPr="0025601D" w:rsidRDefault="008756CC" w:rsidP="0025601D">
            <w:pPr>
              <w:rPr>
                <w:rFonts w:ascii="Calibri" w:hAnsi="Calibri"/>
                <w:color w:val="000000"/>
              </w:rPr>
            </w:pPr>
            <w:r w:rsidRPr="0025601D">
              <w:rPr>
                <w:rFonts w:ascii="Calibri" w:hAnsi="Calibri"/>
                <w:color w:val="000000"/>
              </w:rPr>
              <w:t>NESTLE MILK AND COOKIES KING 80G</w:t>
            </w:r>
          </w:p>
        </w:tc>
      </w:tr>
      <w:tr w:rsidR="008756CC" w:rsidRPr="008756CC" w14:paraId="53FC472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677707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F21EFDF" w14:textId="21FF10C8" w:rsidR="008756CC" w:rsidRPr="0025601D" w:rsidRDefault="008756CC" w:rsidP="0025601D">
            <w:pPr>
              <w:rPr>
                <w:rFonts w:ascii="Calibri" w:hAnsi="Calibri"/>
                <w:color w:val="000000"/>
              </w:rPr>
            </w:pPr>
            <w:r w:rsidRPr="0025601D">
              <w:rPr>
                <w:rFonts w:ascii="Calibri" w:hAnsi="Calibri"/>
                <w:color w:val="000000"/>
              </w:rPr>
              <w:t>NESTLE MILKYBAR 75G</w:t>
            </w:r>
          </w:p>
        </w:tc>
      </w:tr>
      <w:tr w:rsidR="008756CC" w:rsidRPr="008756CC" w14:paraId="6E83B2C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041A644"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1943A0C" w14:textId="41E596BA" w:rsidR="008756CC" w:rsidRPr="0025601D" w:rsidRDefault="008756CC" w:rsidP="0025601D">
            <w:pPr>
              <w:rPr>
                <w:rFonts w:ascii="Calibri" w:hAnsi="Calibri"/>
                <w:color w:val="000000"/>
              </w:rPr>
            </w:pPr>
            <w:r w:rsidRPr="0025601D">
              <w:rPr>
                <w:rFonts w:ascii="Calibri" w:hAnsi="Calibri"/>
                <w:color w:val="000000"/>
              </w:rPr>
              <w:t>Z- KIT KAT TRIPLE CHOC   65G</w:t>
            </w:r>
          </w:p>
        </w:tc>
      </w:tr>
      <w:tr w:rsidR="008756CC" w:rsidRPr="008756CC" w14:paraId="2F3A1E0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D6F578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37D0BCA" w14:textId="2B530956" w:rsidR="008756CC" w:rsidRPr="0025601D" w:rsidRDefault="008756CC" w:rsidP="0025601D">
            <w:pPr>
              <w:rPr>
                <w:rFonts w:ascii="Calibri" w:hAnsi="Calibri"/>
                <w:color w:val="000000"/>
              </w:rPr>
            </w:pPr>
            <w:r w:rsidRPr="0025601D">
              <w:rPr>
                <w:rFonts w:ascii="Calibri" w:hAnsi="Calibri"/>
                <w:color w:val="000000"/>
              </w:rPr>
              <w:t xml:space="preserve">KITKAT </w:t>
            </w:r>
            <w:proofErr w:type="gramStart"/>
            <w:r w:rsidRPr="0025601D">
              <w:rPr>
                <w:rFonts w:ascii="Calibri" w:hAnsi="Calibri"/>
                <w:color w:val="000000"/>
              </w:rPr>
              <w:t>COOKIE&amp;</w:t>
            </w:r>
            <w:proofErr w:type="gramEnd"/>
            <w:r w:rsidRPr="0025601D">
              <w:rPr>
                <w:rFonts w:ascii="Calibri" w:hAnsi="Calibri"/>
                <w:color w:val="000000"/>
              </w:rPr>
              <w:t>CRM CRUSH 65G</w:t>
            </w:r>
          </w:p>
        </w:tc>
      </w:tr>
      <w:tr w:rsidR="008756CC" w:rsidRPr="008756CC" w14:paraId="38AD6420"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639DA2C4" w14:textId="1DE0DBE7"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Allens Bags 130-200g </w:t>
            </w:r>
            <w:r w:rsidRPr="00D13422">
              <w:rPr>
                <w:rFonts w:ascii="Calibri" w:eastAsia="Times New Roman" w:hAnsi="Calibri"/>
                <w:color w:val="000000"/>
                <w:lang w:eastAsia="en-GB"/>
              </w:rPr>
              <w:t xml:space="preserve">varieties </w:t>
            </w:r>
          </w:p>
          <w:p w14:paraId="317A1EF5" w14:textId="77777777" w:rsidR="008756CC" w:rsidRPr="0025601D" w:rsidRDefault="008756CC" w:rsidP="0025601D">
            <w:pPr>
              <w:rPr>
                <w:rFonts w:ascii="Calibri" w:hAnsi="Calibri"/>
                <w:color w:val="000000"/>
              </w:rPr>
            </w:pPr>
            <w:r w:rsidRPr="0025601D">
              <w:rPr>
                <w:rFonts w:ascii="Calibri" w:hAnsi="Calibri"/>
                <w:color w:val="000000"/>
              </w:rPr>
              <w:t>2 for $8</w:t>
            </w:r>
          </w:p>
        </w:tc>
        <w:tc>
          <w:tcPr>
            <w:tcW w:w="6378" w:type="dxa"/>
            <w:tcBorders>
              <w:top w:val="nil"/>
              <w:left w:val="nil"/>
              <w:bottom w:val="single" w:sz="4" w:space="0" w:color="auto"/>
              <w:right w:val="single" w:sz="4" w:space="0" w:color="auto"/>
            </w:tcBorders>
            <w:noWrap/>
            <w:vAlign w:val="bottom"/>
            <w:hideMark/>
          </w:tcPr>
          <w:p w14:paraId="35026A1B" w14:textId="4AF617D7" w:rsidR="008756CC" w:rsidRPr="0025601D" w:rsidRDefault="008756CC" w:rsidP="0025601D">
            <w:pPr>
              <w:rPr>
                <w:rFonts w:ascii="Calibri" w:hAnsi="Calibri"/>
                <w:color w:val="000000"/>
              </w:rPr>
            </w:pPr>
            <w:r w:rsidRPr="0025601D">
              <w:rPr>
                <w:rFonts w:ascii="Calibri" w:hAnsi="Calibri"/>
                <w:color w:val="000000"/>
              </w:rPr>
              <w:t>ALLENS BERRY BUNCH 160G</w:t>
            </w:r>
          </w:p>
        </w:tc>
      </w:tr>
      <w:tr w:rsidR="008756CC" w:rsidRPr="008756CC" w14:paraId="0559385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EE7030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F6D0B5A" w14:textId="5E495196" w:rsidR="008756CC" w:rsidRPr="0025601D" w:rsidRDefault="008756CC" w:rsidP="0025601D">
            <w:pPr>
              <w:rPr>
                <w:rFonts w:ascii="Calibri" w:hAnsi="Calibri"/>
                <w:color w:val="000000"/>
              </w:rPr>
            </w:pPr>
            <w:r w:rsidRPr="0025601D">
              <w:rPr>
                <w:rFonts w:ascii="Calibri" w:hAnsi="Calibri"/>
                <w:color w:val="000000"/>
              </w:rPr>
              <w:t>ALLENS FROGS ALIVE 190G</w:t>
            </w:r>
          </w:p>
        </w:tc>
      </w:tr>
      <w:tr w:rsidR="008756CC" w:rsidRPr="008756CC" w14:paraId="2167C033"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AD22CE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C108914" w14:textId="4CB36C54" w:rsidR="008756CC" w:rsidRPr="0025601D" w:rsidRDefault="008756CC" w:rsidP="0025601D">
            <w:pPr>
              <w:rPr>
                <w:rFonts w:ascii="Calibri" w:hAnsi="Calibri"/>
                <w:color w:val="000000"/>
              </w:rPr>
            </w:pPr>
            <w:r w:rsidRPr="0025601D">
              <w:rPr>
                <w:rFonts w:ascii="Calibri" w:hAnsi="Calibri"/>
                <w:color w:val="000000"/>
              </w:rPr>
              <w:t>ALLENS KILLER PYTHON 192G</w:t>
            </w:r>
          </w:p>
        </w:tc>
      </w:tr>
      <w:tr w:rsidR="008756CC" w:rsidRPr="008756CC" w14:paraId="619BF662"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44528A4"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C34D354" w14:textId="7B77890A" w:rsidR="008756CC" w:rsidRPr="0025601D" w:rsidRDefault="008756CC" w:rsidP="0025601D">
            <w:pPr>
              <w:rPr>
                <w:rFonts w:ascii="Calibri" w:hAnsi="Calibri"/>
                <w:color w:val="000000"/>
              </w:rPr>
            </w:pPr>
            <w:r w:rsidRPr="0025601D">
              <w:rPr>
                <w:rFonts w:ascii="Calibri" w:hAnsi="Calibri"/>
                <w:color w:val="000000"/>
              </w:rPr>
              <w:t>ALLENS KILLER PYTHONS SWEET &amp; SOUR 192G</w:t>
            </w:r>
          </w:p>
        </w:tc>
      </w:tr>
      <w:tr w:rsidR="008756CC" w:rsidRPr="008756CC" w14:paraId="094FEF2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74808A2"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180126E" w14:textId="7F58CB54" w:rsidR="008756CC" w:rsidRPr="0025601D" w:rsidRDefault="008756CC" w:rsidP="0025601D">
            <w:pPr>
              <w:rPr>
                <w:rFonts w:ascii="Calibri" w:hAnsi="Calibri"/>
                <w:color w:val="000000"/>
              </w:rPr>
            </w:pPr>
            <w:r w:rsidRPr="0025601D">
              <w:rPr>
                <w:rFonts w:ascii="Calibri" w:hAnsi="Calibri"/>
                <w:color w:val="000000"/>
              </w:rPr>
              <w:t>ALLENS MINTIES 150G</w:t>
            </w:r>
          </w:p>
        </w:tc>
      </w:tr>
      <w:tr w:rsidR="008756CC" w:rsidRPr="008756CC" w14:paraId="21A7FC2C"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A96D2A2"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71B696A" w14:textId="3FB8A0BB" w:rsidR="008756CC" w:rsidRPr="0025601D" w:rsidRDefault="008756CC" w:rsidP="0025601D">
            <w:pPr>
              <w:rPr>
                <w:rFonts w:ascii="Calibri" w:hAnsi="Calibri"/>
                <w:color w:val="000000"/>
              </w:rPr>
            </w:pPr>
            <w:r w:rsidRPr="0025601D">
              <w:rPr>
                <w:rFonts w:ascii="Calibri" w:hAnsi="Calibri"/>
                <w:color w:val="000000"/>
              </w:rPr>
              <w:t>ALLENS PARTY MIX 190G</w:t>
            </w:r>
          </w:p>
        </w:tc>
      </w:tr>
      <w:tr w:rsidR="008756CC" w:rsidRPr="008756CC" w14:paraId="2B9552E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481F6B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8E2459C" w14:textId="40473FB2" w:rsidR="008756CC" w:rsidRPr="0025601D" w:rsidRDefault="008756CC" w:rsidP="0025601D">
            <w:pPr>
              <w:rPr>
                <w:rFonts w:ascii="Calibri" w:hAnsi="Calibri"/>
                <w:color w:val="000000"/>
              </w:rPr>
            </w:pPr>
            <w:r w:rsidRPr="0025601D">
              <w:rPr>
                <w:rFonts w:ascii="Calibri" w:hAnsi="Calibri"/>
                <w:color w:val="000000"/>
              </w:rPr>
              <w:t>ALLENS PEACH &amp; CREAM 170G</w:t>
            </w:r>
          </w:p>
        </w:tc>
      </w:tr>
      <w:tr w:rsidR="008756CC" w:rsidRPr="008756CC" w14:paraId="7A92113B"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A9B457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1C480E7" w14:textId="6A2F1BE2" w:rsidR="008756CC" w:rsidRPr="0025601D" w:rsidRDefault="008756CC" w:rsidP="0025601D">
            <w:pPr>
              <w:rPr>
                <w:rFonts w:ascii="Calibri" w:hAnsi="Calibri"/>
                <w:color w:val="000000"/>
              </w:rPr>
            </w:pPr>
            <w:r w:rsidRPr="0025601D">
              <w:rPr>
                <w:rFonts w:ascii="Calibri" w:hAnsi="Calibri"/>
                <w:color w:val="000000"/>
              </w:rPr>
              <w:t>ALLENS RETRO PARTY MIX 190G</w:t>
            </w:r>
          </w:p>
        </w:tc>
      </w:tr>
      <w:tr w:rsidR="008756CC" w:rsidRPr="008756CC" w14:paraId="72D72754"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0ABF32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F9CF104" w14:textId="3AEFFBA8" w:rsidR="008756CC" w:rsidRPr="0025601D" w:rsidRDefault="008756CC" w:rsidP="0025601D">
            <w:pPr>
              <w:rPr>
                <w:rFonts w:ascii="Calibri" w:hAnsi="Calibri"/>
                <w:color w:val="000000"/>
              </w:rPr>
            </w:pPr>
            <w:r w:rsidRPr="0025601D">
              <w:rPr>
                <w:rFonts w:ascii="Calibri" w:hAnsi="Calibri"/>
                <w:color w:val="000000"/>
              </w:rPr>
              <w:t>ALLENS RIPPERZ REMIX 150G</w:t>
            </w:r>
          </w:p>
        </w:tc>
      </w:tr>
      <w:tr w:rsidR="008756CC" w:rsidRPr="008756CC" w14:paraId="04BDEE95"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30CAB8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81DA7DF" w14:textId="51E2FD1C" w:rsidR="008756CC" w:rsidRPr="0025601D" w:rsidRDefault="008756CC" w:rsidP="0025601D">
            <w:pPr>
              <w:rPr>
                <w:rFonts w:ascii="Calibri" w:hAnsi="Calibri"/>
                <w:color w:val="000000"/>
              </w:rPr>
            </w:pPr>
            <w:r w:rsidRPr="0025601D">
              <w:rPr>
                <w:rFonts w:ascii="Calibri" w:hAnsi="Calibri"/>
                <w:color w:val="000000"/>
              </w:rPr>
              <w:t>ALLENS SNAKES ALIVE 200G</w:t>
            </w:r>
          </w:p>
        </w:tc>
      </w:tr>
      <w:tr w:rsidR="008756CC" w:rsidRPr="008756CC" w14:paraId="01E1E76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5767212"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C02C8E6" w14:textId="1B8F5FB0" w:rsidR="008756CC" w:rsidRPr="0025601D" w:rsidRDefault="008756CC" w:rsidP="0025601D">
            <w:pPr>
              <w:rPr>
                <w:rFonts w:ascii="Calibri" w:hAnsi="Calibri"/>
                <w:color w:val="000000"/>
              </w:rPr>
            </w:pPr>
            <w:r w:rsidRPr="0025601D">
              <w:rPr>
                <w:rFonts w:ascii="Calibri" w:hAnsi="Calibri"/>
                <w:color w:val="000000"/>
              </w:rPr>
              <w:t>ALLENS PARTY MIX SOUR 160G</w:t>
            </w:r>
          </w:p>
        </w:tc>
      </w:tr>
      <w:tr w:rsidR="008756CC" w:rsidRPr="008756CC" w14:paraId="1D21E8E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2778867"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EB8A86B" w14:textId="5660F3E0" w:rsidR="008756CC" w:rsidRPr="0025601D" w:rsidRDefault="008756CC" w:rsidP="0025601D">
            <w:pPr>
              <w:rPr>
                <w:rFonts w:ascii="Calibri" w:hAnsi="Calibri"/>
                <w:color w:val="000000"/>
              </w:rPr>
            </w:pPr>
            <w:r w:rsidRPr="008756CC">
              <w:rPr>
                <w:rFonts w:ascii="Calibri" w:eastAsia="Times New Roman" w:hAnsi="Calibri"/>
                <w:color w:val="000000"/>
                <w:lang w:eastAsia="en-GB"/>
              </w:rPr>
              <w:t>ALLEN'S SNAKES OF ORIGIN 200G</w:t>
            </w:r>
          </w:p>
        </w:tc>
      </w:tr>
      <w:tr w:rsidR="008756CC" w:rsidRPr="008756CC" w14:paraId="140F7C4B"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8F11CE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4EE4666" w14:textId="6078B2BD" w:rsidR="008756CC" w:rsidRPr="0025601D" w:rsidRDefault="008756CC" w:rsidP="0025601D">
            <w:pPr>
              <w:rPr>
                <w:rFonts w:ascii="Calibri" w:hAnsi="Calibri"/>
                <w:color w:val="000000"/>
              </w:rPr>
            </w:pPr>
            <w:r w:rsidRPr="008756CC">
              <w:rPr>
                <w:rFonts w:ascii="Calibri" w:eastAsia="Times New Roman" w:hAnsi="Calibri"/>
                <w:color w:val="000000"/>
                <w:lang w:eastAsia="en-GB"/>
              </w:rPr>
              <w:t>ALLEN'S SPECKLED SNAKES 130G</w:t>
            </w:r>
          </w:p>
        </w:tc>
      </w:tr>
      <w:tr w:rsidR="008756CC" w:rsidRPr="008756CC" w14:paraId="0172D05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11FF66E"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23DA1BE" w14:textId="116DD8C0" w:rsidR="008756CC" w:rsidRPr="0025601D" w:rsidRDefault="008756CC" w:rsidP="0025601D">
            <w:pPr>
              <w:rPr>
                <w:rFonts w:ascii="Calibri" w:hAnsi="Calibri"/>
                <w:color w:val="000000"/>
              </w:rPr>
            </w:pPr>
            <w:r w:rsidRPr="008756CC">
              <w:rPr>
                <w:rFonts w:ascii="Calibri" w:eastAsia="Times New Roman" w:hAnsi="Calibri"/>
                <w:color w:val="000000"/>
                <w:lang w:eastAsia="en-GB"/>
              </w:rPr>
              <w:t>ALLEN’S MOUNTAIN DEW CHEWS 150G</w:t>
            </w:r>
          </w:p>
        </w:tc>
      </w:tr>
      <w:tr w:rsidR="008756CC" w:rsidRPr="008756CC" w14:paraId="52C0DFA2"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CAE622F"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8F965BD" w14:textId="3E20FA4B" w:rsidR="008756CC" w:rsidRPr="0025601D" w:rsidRDefault="008756CC" w:rsidP="0025601D">
            <w:pPr>
              <w:rPr>
                <w:rFonts w:ascii="Calibri" w:hAnsi="Calibri"/>
                <w:color w:val="000000"/>
              </w:rPr>
            </w:pPr>
            <w:r w:rsidRPr="008756CC">
              <w:rPr>
                <w:rFonts w:ascii="Calibri" w:eastAsia="Times New Roman" w:hAnsi="Calibri"/>
                <w:color w:val="000000"/>
                <w:lang w:eastAsia="en-GB"/>
              </w:rPr>
              <w:t>ALLEN’S MOUNTAIN DEW BOTTLES 170G</w:t>
            </w:r>
          </w:p>
        </w:tc>
      </w:tr>
      <w:tr w:rsidR="008756CC" w:rsidRPr="008756CC" w14:paraId="069FB1D4"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C503586"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C223032" w14:textId="122EE019" w:rsidR="008756CC" w:rsidRPr="0025601D" w:rsidRDefault="008756CC" w:rsidP="0025601D">
            <w:pPr>
              <w:rPr>
                <w:rFonts w:ascii="Calibri" w:hAnsi="Calibri"/>
                <w:color w:val="000000"/>
              </w:rPr>
            </w:pPr>
            <w:r w:rsidRPr="008756CC">
              <w:rPr>
                <w:rFonts w:ascii="Calibri" w:eastAsia="Times New Roman" w:hAnsi="Calibri"/>
                <w:color w:val="000000"/>
                <w:lang w:eastAsia="en-GB"/>
              </w:rPr>
              <w:t>ALLEN'S INSIDE OUTS 130G</w:t>
            </w:r>
          </w:p>
        </w:tc>
      </w:tr>
      <w:tr w:rsidR="008756CC" w:rsidRPr="008756CC" w14:paraId="40E5F94B"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3775C651" w14:textId="2B57D22F" w:rsidR="008756CC" w:rsidRPr="008756CC" w:rsidRDefault="008756CC" w:rsidP="004904C1">
            <w:pPr>
              <w:rPr>
                <w:rFonts w:ascii="Calibri" w:eastAsia="Times New Roman" w:hAnsi="Calibri"/>
                <w:color w:val="000000"/>
                <w:lang w:eastAsia="en-GB"/>
              </w:rPr>
            </w:pPr>
            <w:r w:rsidRPr="0025601D">
              <w:rPr>
                <w:rFonts w:ascii="Calibri" w:hAnsi="Calibri"/>
                <w:color w:val="000000"/>
              </w:rPr>
              <w:t>Cadbury Medium Bars 30-60g Varieties</w:t>
            </w:r>
          </w:p>
          <w:p w14:paraId="3C45E306" w14:textId="77777777" w:rsidR="008756CC" w:rsidRPr="0025601D" w:rsidRDefault="008756CC" w:rsidP="0025601D">
            <w:pPr>
              <w:rPr>
                <w:rFonts w:ascii="Calibri" w:hAnsi="Calibri"/>
                <w:color w:val="000000"/>
              </w:rPr>
            </w:pPr>
            <w:r w:rsidRPr="0025601D">
              <w:rPr>
                <w:rFonts w:ascii="Calibri" w:hAnsi="Calibri"/>
                <w:color w:val="000000"/>
              </w:rPr>
              <w:t>2 for $6</w:t>
            </w:r>
          </w:p>
        </w:tc>
        <w:tc>
          <w:tcPr>
            <w:tcW w:w="6378" w:type="dxa"/>
            <w:tcBorders>
              <w:top w:val="nil"/>
              <w:left w:val="nil"/>
              <w:bottom w:val="single" w:sz="4" w:space="0" w:color="auto"/>
              <w:right w:val="single" w:sz="4" w:space="0" w:color="auto"/>
            </w:tcBorders>
            <w:noWrap/>
            <w:vAlign w:val="bottom"/>
            <w:hideMark/>
          </w:tcPr>
          <w:p w14:paraId="60232F99" w14:textId="60A135D6" w:rsidR="008756CC" w:rsidRPr="0025601D" w:rsidRDefault="008756CC" w:rsidP="0025601D">
            <w:pPr>
              <w:rPr>
                <w:rFonts w:ascii="Calibri" w:hAnsi="Calibri"/>
                <w:color w:val="000000"/>
              </w:rPr>
            </w:pPr>
            <w:r w:rsidRPr="0025601D">
              <w:rPr>
                <w:rFonts w:ascii="Calibri" w:hAnsi="Calibri"/>
                <w:color w:val="000000"/>
              </w:rPr>
              <w:t>CADBURY BIG TWIRL 43G</w:t>
            </w:r>
          </w:p>
        </w:tc>
      </w:tr>
      <w:tr w:rsidR="008756CC" w:rsidRPr="008756CC" w14:paraId="1323F34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1997DA0"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87532A1" w14:textId="63272A44" w:rsidR="008756CC" w:rsidRPr="0025601D" w:rsidRDefault="008756CC" w:rsidP="0025601D">
            <w:pPr>
              <w:rPr>
                <w:rFonts w:ascii="Calibri" w:hAnsi="Calibri"/>
                <w:color w:val="000000"/>
              </w:rPr>
            </w:pPr>
            <w:r w:rsidRPr="008756CC">
              <w:rPr>
                <w:rFonts w:ascii="Calibri" w:eastAsia="Times New Roman" w:hAnsi="Calibri"/>
                <w:color w:val="000000"/>
                <w:lang w:eastAsia="en-GB"/>
              </w:rPr>
              <w:t>CADBURY DAIRY MILK BISCOFF 45G</w:t>
            </w:r>
          </w:p>
        </w:tc>
      </w:tr>
      <w:tr w:rsidR="008756CC" w:rsidRPr="008756CC" w14:paraId="633E5C6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537B0E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48A2872" w14:textId="708D60B2" w:rsidR="008756CC" w:rsidRPr="0025601D" w:rsidRDefault="008756CC" w:rsidP="0025601D">
            <w:pPr>
              <w:rPr>
                <w:rFonts w:ascii="Calibri" w:hAnsi="Calibri"/>
                <w:color w:val="000000"/>
              </w:rPr>
            </w:pPr>
            <w:r w:rsidRPr="008756CC">
              <w:rPr>
                <w:rFonts w:ascii="Calibri" w:eastAsia="Times New Roman" w:hAnsi="Calibri"/>
                <w:color w:val="000000"/>
                <w:lang w:eastAsia="en-GB"/>
              </w:rPr>
              <w:t>CADBURY CARAMILK BISCOFF 45G</w:t>
            </w:r>
          </w:p>
        </w:tc>
      </w:tr>
      <w:tr w:rsidR="008756CC" w:rsidRPr="008756CC" w14:paraId="4D6B2F47"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A6CB89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7F2170D" w14:textId="050F6118" w:rsidR="008756CC" w:rsidRPr="0025601D" w:rsidRDefault="008756CC" w:rsidP="0025601D">
            <w:pPr>
              <w:rPr>
                <w:rFonts w:ascii="Calibri" w:hAnsi="Calibri"/>
                <w:color w:val="000000"/>
              </w:rPr>
            </w:pPr>
            <w:r w:rsidRPr="0025601D">
              <w:rPr>
                <w:rFonts w:ascii="Calibri" w:hAnsi="Calibri"/>
                <w:color w:val="000000"/>
              </w:rPr>
              <w:t>CADBURY CHERRY RIPE 44G</w:t>
            </w:r>
          </w:p>
        </w:tc>
      </w:tr>
      <w:tr w:rsidR="008756CC" w:rsidRPr="008756CC" w14:paraId="3F91C64C"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401A3A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DF087AC" w14:textId="10147C87" w:rsidR="008756CC" w:rsidRPr="0025601D" w:rsidRDefault="008756CC" w:rsidP="0025601D">
            <w:pPr>
              <w:rPr>
                <w:rFonts w:ascii="Calibri" w:hAnsi="Calibri"/>
                <w:color w:val="000000"/>
              </w:rPr>
            </w:pPr>
            <w:r w:rsidRPr="0025601D">
              <w:rPr>
                <w:rFonts w:ascii="Calibri" w:hAnsi="Calibri"/>
                <w:color w:val="000000"/>
              </w:rPr>
              <w:t>CADBURY CRUNCHIE 50G</w:t>
            </w:r>
          </w:p>
        </w:tc>
      </w:tr>
      <w:tr w:rsidR="008756CC" w:rsidRPr="008756CC" w14:paraId="0CDE9F1C"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6713257"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FA5208D" w14:textId="1BDBDFB3" w:rsidR="008756CC" w:rsidRPr="0025601D" w:rsidRDefault="008756CC" w:rsidP="0025601D">
            <w:pPr>
              <w:rPr>
                <w:rFonts w:ascii="Calibri" w:hAnsi="Calibri"/>
                <w:color w:val="000000"/>
              </w:rPr>
            </w:pPr>
            <w:r w:rsidRPr="0025601D">
              <w:rPr>
                <w:rFonts w:ascii="Calibri" w:hAnsi="Calibri"/>
                <w:color w:val="000000"/>
              </w:rPr>
              <w:t>CADBURY DAIRY MILK BAR 50G</w:t>
            </w:r>
          </w:p>
        </w:tc>
      </w:tr>
      <w:tr w:rsidR="008756CC" w:rsidRPr="008756CC" w14:paraId="3FF3ADD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38ABF80"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CE17289" w14:textId="6CCCD2B4" w:rsidR="008756CC" w:rsidRPr="0025601D" w:rsidRDefault="008756CC" w:rsidP="0025601D">
            <w:pPr>
              <w:rPr>
                <w:rFonts w:ascii="Calibri" w:hAnsi="Calibri"/>
                <w:color w:val="000000"/>
              </w:rPr>
            </w:pPr>
            <w:r w:rsidRPr="0025601D">
              <w:rPr>
                <w:rFonts w:ascii="Calibri" w:hAnsi="Calibri"/>
                <w:color w:val="000000"/>
              </w:rPr>
              <w:t>CADBURY DREAM WITH OREO 45G</w:t>
            </w:r>
          </w:p>
        </w:tc>
      </w:tr>
      <w:tr w:rsidR="008756CC" w:rsidRPr="008756CC" w14:paraId="113DB527"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261C4B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BC35FC3" w14:textId="35D0DA20" w:rsidR="008756CC" w:rsidRPr="0025601D" w:rsidRDefault="008756CC" w:rsidP="0025601D">
            <w:pPr>
              <w:rPr>
                <w:rFonts w:ascii="Calibri" w:hAnsi="Calibri"/>
                <w:color w:val="000000"/>
              </w:rPr>
            </w:pPr>
            <w:r w:rsidRPr="0025601D">
              <w:rPr>
                <w:rFonts w:ascii="Calibri" w:hAnsi="Calibri"/>
                <w:color w:val="000000"/>
              </w:rPr>
              <w:t>CADBURY MORO CARAMEL MAX 50G</w:t>
            </w:r>
          </w:p>
        </w:tc>
      </w:tr>
      <w:tr w:rsidR="008756CC" w:rsidRPr="008756CC" w14:paraId="775FA997"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75B669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87ABADE" w14:textId="2809955C" w:rsidR="008756CC" w:rsidRPr="0025601D" w:rsidRDefault="008756CC" w:rsidP="0025601D">
            <w:pPr>
              <w:rPr>
                <w:rFonts w:ascii="Calibri" w:hAnsi="Calibri"/>
                <w:color w:val="000000"/>
              </w:rPr>
            </w:pPr>
            <w:r w:rsidRPr="0025601D">
              <w:rPr>
                <w:rFonts w:ascii="Calibri" w:hAnsi="Calibri"/>
                <w:color w:val="000000"/>
              </w:rPr>
              <w:t>CADBURY PICNIC 46G</w:t>
            </w:r>
          </w:p>
        </w:tc>
      </w:tr>
      <w:tr w:rsidR="008756CC" w:rsidRPr="008756CC" w14:paraId="10878364"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BFA08FB"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2375A14" w14:textId="1301CC99" w:rsidR="008756CC" w:rsidRPr="0025601D" w:rsidRDefault="008756CC" w:rsidP="0025601D">
            <w:pPr>
              <w:rPr>
                <w:rFonts w:ascii="Calibri" w:hAnsi="Calibri"/>
                <w:color w:val="000000"/>
              </w:rPr>
            </w:pPr>
            <w:r w:rsidRPr="0025601D">
              <w:rPr>
                <w:rFonts w:ascii="Calibri" w:hAnsi="Calibri"/>
                <w:color w:val="000000"/>
              </w:rPr>
              <w:t>CADBURY TURKISH DELIGHT 50G</w:t>
            </w:r>
          </w:p>
        </w:tc>
      </w:tr>
      <w:tr w:rsidR="008756CC" w:rsidRPr="008756CC" w14:paraId="250CC63F"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9C849C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3C41955" w14:textId="335C2C19" w:rsidR="008756CC" w:rsidRPr="0025601D" w:rsidRDefault="008756CC" w:rsidP="0025601D">
            <w:pPr>
              <w:rPr>
                <w:rFonts w:ascii="Calibri" w:hAnsi="Calibri"/>
                <w:color w:val="000000"/>
              </w:rPr>
            </w:pPr>
            <w:r w:rsidRPr="0025601D">
              <w:rPr>
                <w:rFonts w:ascii="Calibri" w:hAnsi="Calibri"/>
                <w:color w:val="000000"/>
              </w:rPr>
              <w:t>CADBURY TWIRL 39G</w:t>
            </w:r>
          </w:p>
        </w:tc>
      </w:tr>
      <w:tr w:rsidR="008756CC" w:rsidRPr="008756CC" w14:paraId="2DC33E0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61E15BB"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B34A5A2" w14:textId="1A2C18B6" w:rsidR="008756CC" w:rsidRPr="0025601D" w:rsidRDefault="008756CC" w:rsidP="0025601D">
            <w:pPr>
              <w:rPr>
                <w:rFonts w:ascii="Calibri" w:hAnsi="Calibri"/>
                <w:color w:val="000000"/>
              </w:rPr>
            </w:pPr>
            <w:r w:rsidRPr="0025601D">
              <w:rPr>
                <w:rFonts w:ascii="Calibri" w:hAnsi="Calibri"/>
                <w:color w:val="000000"/>
              </w:rPr>
              <w:t>EUROPE HONEY LOG 40G</w:t>
            </w:r>
          </w:p>
        </w:tc>
      </w:tr>
      <w:tr w:rsidR="008756CC" w:rsidRPr="008756CC" w14:paraId="1071BDF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630387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2F3DCFD" w14:textId="6C3A8BC4" w:rsidR="008756CC" w:rsidRPr="0025601D" w:rsidRDefault="008756CC" w:rsidP="0025601D">
            <w:pPr>
              <w:rPr>
                <w:rFonts w:ascii="Calibri" w:hAnsi="Calibri"/>
                <w:color w:val="000000"/>
              </w:rPr>
            </w:pPr>
            <w:r w:rsidRPr="0025601D">
              <w:rPr>
                <w:rFonts w:ascii="Calibri" w:hAnsi="Calibri"/>
                <w:color w:val="000000"/>
              </w:rPr>
              <w:t>EUROPE SUMMER ROLL 40G</w:t>
            </w:r>
          </w:p>
        </w:tc>
      </w:tr>
      <w:tr w:rsidR="008756CC" w:rsidRPr="008756CC" w14:paraId="35DD9AC4"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69251EC"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65DC1B8" w14:textId="271ABC9B" w:rsidR="008756CC" w:rsidRPr="0025601D" w:rsidRDefault="008756CC" w:rsidP="0025601D">
            <w:pPr>
              <w:rPr>
                <w:rFonts w:ascii="Calibri" w:hAnsi="Calibri"/>
                <w:color w:val="000000"/>
              </w:rPr>
            </w:pPr>
            <w:r w:rsidRPr="0025601D">
              <w:rPr>
                <w:rFonts w:ascii="Calibri" w:hAnsi="Calibri"/>
                <w:color w:val="000000"/>
              </w:rPr>
              <w:t xml:space="preserve">CADBURY DAIRY MILK BISCOFF 45G </w:t>
            </w:r>
          </w:p>
        </w:tc>
      </w:tr>
      <w:tr w:rsidR="008756CC" w:rsidRPr="008756CC" w14:paraId="1646124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18732C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AB3295A" w14:textId="02BF33B8" w:rsidR="008756CC" w:rsidRPr="0025601D" w:rsidRDefault="008756CC" w:rsidP="0025601D">
            <w:pPr>
              <w:rPr>
                <w:rFonts w:ascii="Calibri" w:hAnsi="Calibri"/>
                <w:color w:val="000000"/>
              </w:rPr>
            </w:pPr>
            <w:r w:rsidRPr="0025601D">
              <w:rPr>
                <w:rFonts w:ascii="Calibri" w:hAnsi="Calibri"/>
                <w:color w:val="000000"/>
              </w:rPr>
              <w:t>CADBURY CARAMILK BISCOFF 45G</w:t>
            </w:r>
          </w:p>
        </w:tc>
      </w:tr>
      <w:tr w:rsidR="008756CC" w:rsidRPr="008756CC" w14:paraId="08B9CD8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936EFB4"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B9686AF" w14:textId="5137F0B6" w:rsidR="008756CC" w:rsidRPr="0025601D" w:rsidRDefault="008756CC" w:rsidP="0025601D">
            <w:pPr>
              <w:rPr>
                <w:rFonts w:ascii="Calibri" w:hAnsi="Calibri"/>
                <w:color w:val="000000"/>
              </w:rPr>
            </w:pPr>
            <w:r w:rsidRPr="0025601D">
              <w:rPr>
                <w:rFonts w:ascii="Calibri" w:hAnsi="Calibri"/>
                <w:color w:val="000000"/>
              </w:rPr>
              <w:t>Z- CAD BOOST LAYERS 32G</w:t>
            </w:r>
          </w:p>
        </w:tc>
      </w:tr>
      <w:tr w:rsidR="008756CC" w:rsidRPr="008756CC" w14:paraId="07D7FD6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B0F7C4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C208D41" w14:textId="1131DC62" w:rsidR="008756CC" w:rsidRPr="0025601D" w:rsidRDefault="008756CC" w:rsidP="0025601D">
            <w:pPr>
              <w:rPr>
                <w:rFonts w:ascii="Calibri" w:hAnsi="Calibri"/>
                <w:color w:val="000000"/>
              </w:rPr>
            </w:pPr>
            <w:r w:rsidRPr="0025601D">
              <w:rPr>
                <w:rFonts w:ascii="Calibri" w:hAnsi="Calibri"/>
                <w:color w:val="000000"/>
              </w:rPr>
              <w:t>Z- CAD BREAKAWAY BAR 44G</w:t>
            </w:r>
          </w:p>
        </w:tc>
      </w:tr>
      <w:tr w:rsidR="008756CC" w:rsidRPr="008756CC" w14:paraId="00FD516C"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421764C"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2C3EA39" w14:textId="783B0474" w:rsidR="008756CC" w:rsidRPr="0025601D" w:rsidRDefault="008756CC" w:rsidP="0025601D">
            <w:pPr>
              <w:rPr>
                <w:rFonts w:ascii="Calibri" w:hAnsi="Calibri"/>
                <w:color w:val="000000"/>
              </w:rPr>
            </w:pPr>
            <w:r w:rsidRPr="0025601D">
              <w:rPr>
                <w:rFonts w:ascii="Calibri" w:hAnsi="Calibri"/>
                <w:color w:val="000000"/>
              </w:rPr>
              <w:t>Z- CADBURY BOOST   60G</w:t>
            </w:r>
          </w:p>
        </w:tc>
      </w:tr>
      <w:tr w:rsidR="008756CC" w:rsidRPr="008756CC" w14:paraId="46914EA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1293F0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662C7A0" w14:textId="68A12641" w:rsidR="008756CC" w:rsidRPr="0025601D" w:rsidRDefault="008756CC" w:rsidP="0025601D">
            <w:pPr>
              <w:rPr>
                <w:rFonts w:ascii="Calibri" w:hAnsi="Calibri"/>
                <w:color w:val="000000"/>
              </w:rPr>
            </w:pPr>
            <w:r w:rsidRPr="0025601D">
              <w:rPr>
                <w:rFonts w:ascii="Calibri" w:hAnsi="Calibri"/>
                <w:color w:val="000000"/>
              </w:rPr>
              <w:t>Z- CADBURY CARAMILK BAR   45G</w:t>
            </w:r>
          </w:p>
        </w:tc>
      </w:tr>
      <w:tr w:rsidR="008756CC" w:rsidRPr="008756CC" w14:paraId="5B296C6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F835920"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CFEEF25" w14:textId="475D38C9" w:rsidR="008756CC" w:rsidRPr="0025601D" w:rsidRDefault="008756CC" w:rsidP="0025601D">
            <w:pPr>
              <w:rPr>
                <w:rFonts w:ascii="Calibri" w:hAnsi="Calibri"/>
                <w:color w:val="000000"/>
              </w:rPr>
            </w:pPr>
            <w:r w:rsidRPr="0025601D">
              <w:rPr>
                <w:rFonts w:ascii="Calibri" w:hAnsi="Calibri"/>
                <w:color w:val="000000"/>
              </w:rPr>
              <w:t>Z- CADBURY CARAMILK BREAKAWAY BAR 44G</w:t>
            </w:r>
          </w:p>
        </w:tc>
      </w:tr>
      <w:tr w:rsidR="008756CC" w:rsidRPr="008756CC" w14:paraId="7B0C0C05"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F3199E4"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CE9A92E" w14:textId="7D1FF9B8" w:rsidR="008756CC" w:rsidRPr="0025601D" w:rsidRDefault="008756CC" w:rsidP="0025601D">
            <w:pPr>
              <w:rPr>
                <w:rFonts w:ascii="Calibri" w:hAnsi="Calibri"/>
                <w:color w:val="000000"/>
              </w:rPr>
            </w:pPr>
            <w:r w:rsidRPr="0025601D">
              <w:rPr>
                <w:rFonts w:ascii="Calibri" w:hAnsi="Calibri"/>
                <w:color w:val="000000"/>
              </w:rPr>
              <w:t>Z- CADBURY CHERRY RIPE 52G</w:t>
            </w:r>
          </w:p>
        </w:tc>
      </w:tr>
      <w:tr w:rsidR="008756CC" w:rsidRPr="008756CC" w14:paraId="16CCB5B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8361281"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D70ADE9" w14:textId="1F1A5FB2" w:rsidR="008756CC" w:rsidRPr="0025601D" w:rsidRDefault="008756CC" w:rsidP="0025601D">
            <w:pPr>
              <w:rPr>
                <w:rFonts w:ascii="Calibri" w:hAnsi="Calibri"/>
                <w:color w:val="000000"/>
              </w:rPr>
            </w:pPr>
            <w:r w:rsidRPr="0025601D">
              <w:rPr>
                <w:rFonts w:ascii="Calibri" w:hAnsi="Calibri"/>
                <w:color w:val="000000"/>
              </w:rPr>
              <w:t>Z- CADBURY CHOCOLATE FLAKE 30G</w:t>
            </w:r>
          </w:p>
        </w:tc>
      </w:tr>
      <w:tr w:rsidR="008756CC" w:rsidRPr="008756CC" w14:paraId="69B26083"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4662E5F2"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B1C59EB" w14:textId="19A21DC6" w:rsidR="008756CC" w:rsidRPr="0025601D" w:rsidRDefault="008756CC" w:rsidP="0025601D">
            <w:pPr>
              <w:rPr>
                <w:rFonts w:ascii="Calibri" w:hAnsi="Calibri"/>
                <w:color w:val="000000"/>
              </w:rPr>
            </w:pPr>
            <w:r w:rsidRPr="0025601D">
              <w:rPr>
                <w:rFonts w:ascii="Calibri" w:hAnsi="Calibri"/>
                <w:color w:val="000000"/>
              </w:rPr>
              <w:t>Z- CADBURY TURKISH DELGHT 55G</w:t>
            </w:r>
          </w:p>
        </w:tc>
      </w:tr>
      <w:tr w:rsidR="008756CC" w:rsidRPr="008756CC" w14:paraId="125D9B53"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B2D811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BBF3B96" w14:textId="37130688" w:rsidR="008756CC" w:rsidRPr="0025601D" w:rsidRDefault="008756CC" w:rsidP="0025601D">
            <w:pPr>
              <w:rPr>
                <w:rFonts w:ascii="Calibri" w:hAnsi="Calibri"/>
                <w:color w:val="000000"/>
              </w:rPr>
            </w:pPr>
            <w:r w:rsidRPr="0025601D">
              <w:rPr>
                <w:rFonts w:ascii="Calibri" w:hAnsi="Calibri"/>
                <w:color w:val="000000"/>
              </w:rPr>
              <w:t>Z- CADBURY TWIRL BREAKAWAY COOKIE DGH 32G</w:t>
            </w:r>
          </w:p>
        </w:tc>
      </w:tr>
      <w:tr w:rsidR="008756CC" w:rsidRPr="008756CC" w14:paraId="0C7C27F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C1C6A9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932C9FF" w14:textId="25DB837F" w:rsidR="008756CC" w:rsidRPr="0025601D" w:rsidRDefault="008756CC" w:rsidP="0025601D">
            <w:pPr>
              <w:rPr>
                <w:rFonts w:ascii="Calibri" w:hAnsi="Calibri"/>
                <w:color w:val="000000"/>
              </w:rPr>
            </w:pPr>
            <w:r w:rsidRPr="0025601D">
              <w:rPr>
                <w:rFonts w:ascii="Calibri" w:hAnsi="Calibri"/>
                <w:color w:val="000000"/>
              </w:rPr>
              <w:t>Z- CADBURY TWIRL CARAMILK 39G</w:t>
            </w:r>
          </w:p>
        </w:tc>
      </w:tr>
      <w:tr w:rsidR="008756CC" w:rsidRPr="008756CC" w14:paraId="1F905912"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1216BB0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0D12A6A9" w14:textId="3297D609" w:rsidR="008756CC" w:rsidRPr="0025601D" w:rsidRDefault="008756CC" w:rsidP="0025601D">
            <w:pPr>
              <w:rPr>
                <w:rFonts w:ascii="Calibri" w:hAnsi="Calibri"/>
                <w:color w:val="000000"/>
              </w:rPr>
            </w:pPr>
            <w:r w:rsidRPr="0025601D">
              <w:rPr>
                <w:rFonts w:ascii="Calibri" w:hAnsi="Calibri"/>
                <w:color w:val="000000"/>
              </w:rPr>
              <w:t>CADBURY TROPICAL PINEAPPLE 46G</w:t>
            </w:r>
          </w:p>
        </w:tc>
      </w:tr>
      <w:tr w:rsidR="008756CC" w:rsidRPr="008756CC" w14:paraId="5DE14E5D"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7FB5B970" w14:textId="7AC37F60"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Boss Coffee 500mL Varieties </w:t>
            </w:r>
          </w:p>
          <w:p w14:paraId="7997FCD6" w14:textId="77777777" w:rsidR="008756CC" w:rsidRPr="0025601D" w:rsidRDefault="008756CC" w:rsidP="0025601D">
            <w:pPr>
              <w:rPr>
                <w:rFonts w:ascii="Calibri" w:hAnsi="Calibri"/>
                <w:color w:val="000000"/>
              </w:rPr>
            </w:pPr>
            <w:r w:rsidRPr="0025601D">
              <w:rPr>
                <w:rFonts w:ascii="Calibri" w:hAnsi="Calibri"/>
                <w:color w:val="000000"/>
              </w:rPr>
              <w:t>$4.80ea</w:t>
            </w:r>
          </w:p>
        </w:tc>
        <w:tc>
          <w:tcPr>
            <w:tcW w:w="6378" w:type="dxa"/>
            <w:tcBorders>
              <w:top w:val="nil"/>
              <w:left w:val="nil"/>
              <w:bottom w:val="single" w:sz="4" w:space="0" w:color="auto"/>
              <w:right w:val="single" w:sz="4" w:space="0" w:color="auto"/>
            </w:tcBorders>
            <w:noWrap/>
            <w:vAlign w:val="bottom"/>
            <w:hideMark/>
          </w:tcPr>
          <w:p w14:paraId="56CBA762" w14:textId="38FA89AD" w:rsidR="008756CC" w:rsidRPr="0025601D" w:rsidRDefault="008756CC" w:rsidP="0025601D">
            <w:pPr>
              <w:rPr>
                <w:rFonts w:ascii="Calibri" w:hAnsi="Calibri"/>
                <w:color w:val="000000"/>
              </w:rPr>
            </w:pPr>
            <w:r w:rsidRPr="008756CC">
              <w:rPr>
                <w:rFonts w:ascii="Calibri" w:eastAsia="Times New Roman" w:hAnsi="Calibri"/>
                <w:color w:val="000000"/>
                <w:lang w:eastAsia="en-GB"/>
              </w:rPr>
              <w:t>BOSS COFFEE ICED DOUBLE ESPRESSO 500ML</w:t>
            </w:r>
          </w:p>
        </w:tc>
      </w:tr>
      <w:tr w:rsidR="008756CC" w:rsidRPr="008756CC" w14:paraId="16D2EFF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78837F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FD844C4" w14:textId="7E8078CD" w:rsidR="008756CC" w:rsidRPr="0025601D" w:rsidRDefault="008756CC" w:rsidP="0025601D">
            <w:pPr>
              <w:rPr>
                <w:rFonts w:ascii="Calibri" w:hAnsi="Calibri"/>
                <w:color w:val="000000"/>
              </w:rPr>
            </w:pPr>
            <w:r w:rsidRPr="008756CC">
              <w:rPr>
                <w:rFonts w:ascii="Calibri" w:eastAsia="Times New Roman" w:hAnsi="Calibri"/>
                <w:color w:val="000000"/>
                <w:lang w:eastAsia="en-GB"/>
              </w:rPr>
              <w:t>BOSS COFFEE ICED LONG BLACK 500ML</w:t>
            </w:r>
          </w:p>
        </w:tc>
      </w:tr>
      <w:tr w:rsidR="008756CC" w:rsidRPr="008756CC" w14:paraId="51481112"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354CABA0" w14:textId="21A75134"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Dare Charged 240mL Varieties </w:t>
            </w:r>
          </w:p>
          <w:p w14:paraId="5960EB3F" w14:textId="77777777" w:rsidR="008756CC" w:rsidRPr="0025601D" w:rsidRDefault="008756CC" w:rsidP="0025601D">
            <w:pPr>
              <w:rPr>
                <w:rFonts w:ascii="Calibri" w:hAnsi="Calibri"/>
                <w:color w:val="000000"/>
              </w:rPr>
            </w:pPr>
            <w:r w:rsidRPr="0025601D">
              <w:rPr>
                <w:rFonts w:ascii="Calibri" w:hAnsi="Calibri"/>
                <w:color w:val="000000"/>
              </w:rPr>
              <w:t>$3ea</w:t>
            </w:r>
          </w:p>
        </w:tc>
        <w:tc>
          <w:tcPr>
            <w:tcW w:w="6378" w:type="dxa"/>
            <w:tcBorders>
              <w:top w:val="nil"/>
              <w:left w:val="nil"/>
              <w:bottom w:val="single" w:sz="4" w:space="0" w:color="auto"/>
              <w:right w:val="single" w:sz="4" w:space="0" w:color="auto"/>
            </w:tcBorders>
            <w:noWrap/>
            <w:vAlign w:val="bottom"/>
            <w:hideMark/>
          </w:tcPr>
          <w:p w14:paraId="762DACB8" w14:textId="1E8599D3" w:rsidR="008756CC" w:rsidRPr="0025601D" w:rsidRDefault="008756CC" w:rsidP="0025601D">
            <w:pPr>
              <w:rPr>
                <w:rFonts w:ascii="Calibri" w:hAnsi="Calibri"/>
                <w:color w:val="000000"/>
              </w:rPr>
            </w:pPr>
            <w:r w:rsidRPr="0025601D">
              <w:rPr>
                <w:rFonts w:ascii="Calibri" w:hAnsi="Calibri"/>
                <w:color w:val="000000"/>
              </w:rPr>
              <w:t>DARE CHARGED MOCHA 240ML</w:t>
            </w:r>
          </w:p>
        </w:tc>
      </w:tr>
      <w:tr w:rsidR="008756CC" w:rsidRPr="008756CC" w14:paraId="08475C5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4C3AD8A"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1E56457" w14:textId="534D93D1" w:rsidR="008756CC" w:rsidRPr="0025601D" w:rsidRDefault="008756CC" w:rsidP="0025601D">
            <w:pPr>
              <w:rPr>
                <w:rFonts w:ascii="Calibri" w:hAnsi="Calibri"/>
                <w:color w:val="000000"/>
              </w:rPr>
            </w:pPr>
            <w:r w:rsidRPr="0025601D">
              <w:rPr>
                <w:rFonts w:ascii="Calibri" w:hAnsi="Calibri"/>
                <w:color w:val="000000"/>
              </w:rPr>
              <w:t>DARE CHARGED SALD CRML LATTE 240ML</w:t>
            </w:r>
          </w:p>
        </w:tc>
      </w:tr>
      <w:tr w:rsidR="008756CC" w:rsidRPr="008756CC" w14:paraId="72C8EE7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4AD2289"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112A175" w14:textId="63AB1380" w:rsidR="008756CC" w:rsidRPr="0025601D" w:rsidRDefault="008756CC" w:rsidP="0025601D">
            <w:pPr>
              <w:rPr>
                <w:rFonts w:ascii="Calibri" w:hAnsi="Calibri"/>
                <w:color w:val="000000"/>
              </w:rPr>
            </w:pPr>
            <w:r w:rsidRPr="0025601D">
              <w:rPr>
                <w:rFonts w:ascii="Calibri" w:hAnsi="Calibri"/>
                <w:color w:val="000000"/>
              </w:rPr>
              <w:t>DARE CHARGED STRONG LATTE 240ML</w:t>
            </w:r>
          </w:p>
        </w:tc>
      </w:tr>
      <w:tr w:rsidR="008756CC" w:rsidRPr="008756CC" w14:paraId="409EEB0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171AA98"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0AA4ED4" w14:textId="773F14FC" w:rsidR="008756CC" w:rsidRPr="0025601D" w:rsidRDefault="008756CC" w:rsidP="0025601D">
            <w:pPr>
              <w:rPr>
                <w:rFonts w:ascii="Calibri" w:hAnsi="Calibri"/>
                <w:color w:val="000000"/>
              </w:rPr>
            </w:pPr>
            <w:r w:rsidRPr="0025601D">
              <w:rPr>
                <w:rFonts w:ascii="Calibri" w:hAnsi="Calibri"/>
                <w:color w:val="000000"/>
              </w:rPr>
              <w:t>DARE CHARGED STRAWBERRY MOCHA 240ML</w:t>
            </w:r>
          </w:p>
        </w:tc>
      </w:tr>
      <w:tr w:rsidR="008756CC" w:rsidRPr="008756CC" w14:paraId="03301D3B" w14:textId="77777777" w:rsidTr="0025601D">
        <w:trPr>
          <w:trHeight w:val="300"/>
        </w:trPr>
        <w:tc>
          <w:tcPr>
            <w:tcW w:w="3256" w:type="dxa"/>
            <w:vMerge w:val="restart"/>
            <w:tcBorders>
              <w:top w:val="nil"/>
              <w:left w:val="single" w:sz="4" w:space="0" w:color="auto"/>
              <w:bottom w:val="single" w:sz="4" w:space="0" w:color="auto"/>
              <w:right w:val="single" w:sz="4" w:space="0" w:color="auto"/>
            </w:tcBorders>
            <w:noWrap/>
            <w:vAlign w:val="center"/>
            <w:hideMark/>
          </w:tcPr>
          <w:p w14:paraId="2BABB82C" w14:textId="2AE2EDC4" w:rsidR="008756CC" w:rsidRPr="008756CC" w:rsidRDefault="008756CC" w:rsidP="004904C1">
            <w:pPr>
              <w:rPr>
                <w:rFonts w:ascii="Calibri" w:eastAsia="Times New Roman" w:hAnsi="Calibri"/>
                <w:color w:val="000000"/>
                <w:lang w:eastAsia="en-GB"/>
              </w:rPr>
            </w:pPr>
            <w:r w:rsidRPr="0025601D">
              <w:rPr>
                <w:rFonts w:ascii="Calibri" w:hAnsi="Calibri"/>
                <w:color w:val="000000"/>
              </w:rPr>
              <w:t xml:space="preserve">Smith's &amp; Doritos 80-90g </w:t>
            </w:r>
          </w:p>
          <w:p w14:paraId="75C54C25" w14:textId="77777777" w:rsidR="008756CC" w:rsidRPr="0025601D" w:rsidRDefault="008756CC" w:rsidP="0025601D">
            <w:pPr>
              <w:rPr>
                <w:rFonts w:ascii="Calibri" w:hAnsi="Calibri"/>
                <w:color w:val="000000"/>
              </w:rPr>
            </w:pPr>
            <w:r w:rsidRPr="0025601D">
              <w:rPr>
                <w:rFonts w:ascii="Calibri" w:hAnsi="Calibri"/>
                <w:color w:val="000000"/>
              </w:rPr>
              <w:t>2 for $6</w:t>
            </w:r>
          </w:p>
        </w:tc>
        <w:tc>
          <w:tcPr>
            <w:tcW w:w="6378" w:type="dxa"/>
            <w:tcBorders>
              <w:top w:val="nil"/>
              <w:left w:val="nil"/>
              <w:bottom w:val="single" w:sz="4" w:space="0" w:color="auto"/>
              <w:right w:val="single" w:sz="4" w:space="0" w:color="auto"/>
            </w:tcBorders>
            <w:noWrap/>
            <w:vAlign w:val="bottom"/>
            <w:hideMark/>
          </w:tcPr>
          <w:p w14:paraId="2D071151" w14:textId="2064AA21" w:rsidR="008756CC" w:rsidRPr="0025601D" w:rsidRDefault="008756CC" w:rsidP="0025601D">
            <w:pPr>
              <w:rPr>
                <w:rFonts w:ascii="Calibri" w:hAnsi="Calibri"/>
                <w:color w:val="000000"/>
              </w:rPr>
            </w:pPr>
            <w:r w:rsidRPr="0025601D">
              <w:rPr>
                <w:rFonts w:ascii="Calibri" w:hAnsi="Calibri"/>
                <w:color w:val="000000"/>
              </w:rPr>
              <w:t>SMITHS CRINKLE ORIGINAL 90G</w:t>
            </w:r>
          </w:p>
        </w:tc>
      </w:tr>
      <w:tr w:rsidR="008756CC" w:rsidRPr="008756CC" w14:paraId="4F50C2A6"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7DE1AE0"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EB9F74A" w14:textId="2560341A" w:rsidR="008756CC" w:rsidRPr="0025601D" w:rsidRDefault="008756CC" w:rsidP="0025601D">
            <w:pPr>
              <w:rPr>
                <w:rFonts w:ascii="Calibri" w:hAnsi="Calibri"/>
                <w:color w:val="000000"/>
              </w:rPr>
            </w:pPr>
            <w:r w:rsidRPr="0025601D">
              <w:rPr>
                <w:rFonts w:ascii="Calibri" w:hAnsi="Calibri"/>
                <w:color w:val="000000"/>
              </w:rPr>
              <w:t>SMITHS CRINKLE SALT &amp; VINEGAR 90G</w:t>
            </w:r>
          </w:p>
        </w:tc>
      </w:tr>
      <w:tr w:rsidR="008756CC" w:rsidRPr="008756CC" w14:paraId="0F9BFC43"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848424E"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72488AC" w14:textId="1662E57B" w:rsidR="008756CC" w:rsidRPr="0025601D" w:rsidRDefault="008756CC" w:rsidP="0025601D">
            <w:pPr>
              <w:rPr>
                <w:rFonts w:ascii="Calibri" w:hAnsi="Calibri"/>
                <w:color w:val="000000"/>
              </w:rPr>
            </w:pPr>
            <w:r w:rsidRPr="0025601D">
              <w:rPr>
                <w:rFonts w:ascii="Calibri" w:hAnsi="Calibri"/>
                <w:color w:val="000000"/>
              </w:rPr>
              <w:t>SMITHS BBQ 90G</w:t>
            </w:r>
          </w:p>
        </w:tc>
      </w:tr>
      <w:tr w:rsidR="008756CC" w:rsidRPr="008756CC" w14:paraId="3824CC94"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E295EA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420C4A5" w14:textId="074490A3" w:rsidR="008756CC" w:rsidRPr="0025601D" w:rsidRDefault="008756CC" w:rsidP="0025601D">
            <w:pPr>
              <w:rPr>
                <w:rFonts w:ascii="Calibri" w:hAnsi="Calibri"/>
                <w:color w:val="000000"/>
              </w:rPr>
            </w:pPr>
            <w:r w:rsidRPr="0025601D">
              <w:rPr>
                <w:rFonts w:ascii="Calibri" w:hAnsi="Calibri"/>
                <w:color w:val="000000"/>
              </w:rPr>
              <w:t>SMITHS CRINKLE CHEESE &amp; ONION 90G</w:t>
            </w:r>
          </w:p>
        </w:tc>
      </w:tr>
      <w:tr w:rsidR="008756CC" w:rsidRPr="008756CC" w14:paraId="07E56F90"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6C90D0C"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A0689E9" w14:textId="3EF337AE" w:rsidR="008756CC" w:rsidRPr="0025601D" w:rsidRDefault="008756CC" w:rsidP="0025601D">
            <w:pPr>
              <w:rPr>
                <w:rFonts w:ascii="Calibri" w:hAnsi="Calibri"/>
                <w:color w:val="000000"/>
              </w:rPr>
            </w:pPr>
            <w:r w:rsidRPr="0025601D">
              <w:rPr>
                <w:rFonts w:ascii="Calibri" w:hAnsi="Calibri"/>
                <w:color w:val="000000"/>
              </w:rPr>
              <w:t>SMITHS CRINKLE GRAVY 80G</w:t>
            </w:r>
          </w:p>
        </w:tc>
      </w:tr>
      <w:tr w:rsidR="008756CC" w:rsidRPr="008756CC" w14:paraId="7D2164DD"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7F59878"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3E6ED10" w14:textId="41CD309B" w:rsidR="008756CC" w:rsidRPr="0025601D" w:rsidRDefault="008756CC" w:rsidP="0025601D">
            <w:pPr>
              <w:rPr>
                <w:rFonts w:ascii="Calibri" w:hAnsi="Calibri"/>
                <w:color w:val="000000"/>
              </w:rPr>
            </w:pPr>
            <w:r w:rsidRPr="0025601D">
              <w:rPr>
                <w:rFonts w:ascii="Calibri" w:hAnsi="Calibri"/>
                <w:color w:val="000000"/>
              </w:rPr>
              <w:t>SMITHS CRINKLE CHICKEN 90G</w:t>
            </w:r>
          </w:p>
        </w:tc>
      </w:tr>
      <w:tr w:rsidR="008756CC" w:rsidRPr="008756CC" w14:paraId="54555FC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5275B4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1E4DF3F" w14:textId="49123314" w:rsidR="008756CC" w:rsidRPr="0025601D" w:rsidRDefault="008756CC" w:rsidP="0025601D">
            <w:pPr>
              <w:rPr>
                <w:rFonts w:ascii="Calibri" w:hAnsi="Calibri"/>
                <w:color w:val="000000"/>
              </w:rPr>
            </w:pPr>
            <w:r w:rsidRPr="0025601D">
              <w:rPr>
                <w:rFonts w:ascii="Calibri" w:hAnsi="Calibri"/>
                <w:color w:val="000000"/>
              </w:rPr>
              <w:t>SMITHS CRINKLE CRISPY BACON 90G</w:t>
            </w:r>
          </w:p>
        </w:tc>
      </w:tr>
      <w:tr w:rsidR="008756CC" w:rsidRPr="008756CC" w14:paraId="03B6911B"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A486B13"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740958F" w14:textId="27E8273D" w:rsidR="008756CC" w:rsidRPr="0025601D" w:rsidRDefault="008756CC" w:rsidP="0025601D">
            <w:pPr>
              <w:rPr>
                <w:rFonts w:ascii="Calibri" w:hAnsi="Calibri"/>
                <w:color w:val="000000"/>
              </w:rPr>
            </w:pPr>
            <w:r w:rsidRPr="0025601D">
              <w:rPr>
                <w:rFonts w:ascii="Calibri" w:hAnsi="Calibri"/>
                <w:color w:val="000000"/>
              </w:rPr>
              <w:t>DORITOS CHEESE SUPREME FLAMIN HOT 80G</w:t>
            </w:r>
          </w:p>
        </w:tc>
      </w:tr>
      <w:tr w:rsidR="008756CC" w:rsidRPr="008756CC" w14:paraId="1DC00E87"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DE9598E"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C1D5E86" w14:textId="06011702" w:rsidR="008756CC" w:rsidRPr="0025601D" w:rsidRDefault="008756CC" w:rsidP="0025601D">
            <w:pPr>
              <w:rPr>
                <w:rFonts w:ascii="Calibri" w:hAnsi="Calibri"/>
                <w:color w:val="000000"/>
              </w:rPr>
            </w:pPr>
            <w:r w:rsidRPr="0025601D">
              <w:rPr>
                <w:rFonts w:ascii="Calibri" w:hAnsi="Calibri"/>
                <w:color w:val="000000"/>
              </w:rPr>
              <w:t>DORITOS CHEESE SUPREME 90G</w:t>
            </w:r>
          </w:p>
        </w:tc>
      </w:tr>
      <w:tr w:rsidR="008756CC" w:rsidRPr="008756CC" w14:paraId="18BB7A0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BFA0E5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304C30B" w14:textId="09BDB5EA" w:rsidR="008756CC" w:rsidRPr="0025601D" w:rsidRDefault="008756CC" w:rsidP="0025601D">
            <w:pPr>
              <w:rPr>
                <w:rFonts w:ascii="Calibri" w:hAnsi="Calibri"/>
                <w:color w:val="000000"/>
              </w:rPr>
            </w:pPr>
            <w:r w:rsidRPr="0025601D">
              <w:rPr>
                <w:rFonts w:ascii="Calibri" w:hAnsi="Calibri"/>
                <w:color w:val="000000"/>
              </w:rPr>
              <w:t>BURGER RINGS 90G</w:t>
            </w:r>
          </w:p>
        </w:tc>
      </w:tr>
      <w:tr w:rsidR="008756CC" w:rsidRPr="008756CC" w14:paraId="4470C6F9"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B4624B4"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7CFB0160" w14:textId="4FBE9365" w:rsidR="008756CC" w:rsidRPr="0025601D" w:rsidRDefault="008756CC" w:rsidP="0025601D">
            <w:pPr>
              <w:rPr>
                <w:rFonts w:ascii="Calibri" w:hAnsi="Calibri"/>
                <w:color w:val="000000"/>
              </w:rPr>
            </w:pPr>
            <w:r w:rsidRPr="0025601D">
              <w:rPr>
                <w:rFonts w:ascii="Calibri" w:hAnsi="Calibri"/>
                <w:color w:val="000000"/>
              </w:rPr>
              <w:t>TWISTIES CHICKEN 90G</w:t>
            </w:r>
          </w:p>
        </w:tc>
      </w:tr>
      <w:tr w:rsidR="008756CC" w:rsidRPr="008756CC" w14:paraId="209FD88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358E051E"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24670E64" w14:textId="17B9ABA2" w:rsidR="008756CC" w:rsidRPr="0025601D" w:rsidRDefault="008756CC" w:rsidP="0025601D">
            <w:pPr>
              <w:rPr>
                <w:rFonts w:ascii="Calibri" w:hAnsi="Calibri"/>
                <w:color w:val="000000"/>
              </w:rPr>
            </w:pPr>
            <w:r w:rsidRPr="0025601D">
              <w:rPr>
                <w:rFonts w:ascii="Calibri" w:hAnsi="Calibri"/>
                <w:color w:val="000000"/>
              </w:rPr>
              <w:t>TWISTIES CHEESE 90G</w:t>
            </w:r>
          </w:p>
        </w:tc>
      </w:tr>
      <w:tr w:rsidR="008756CC" w:rsidRPr="008756CC" w14:paraId="35255B5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2F42E12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33C55A48" w14:textId="3F42AAD3" w:rsidR="008756CC" w:rsidRPr="0025601D" w:rsidRDefault="008756CC" w:rsidP="0025601D">
            <w:pPr>
              <w:rPr>
                <w:rFonts w:ascii="Calibri" w:hAnsi="Calibri"/>
                <w:color w:val="000000"/>
              </w:rPr>
            </w:pPr>
            <w:r w:rsidRPr="0025601D">
              <w:rPr>
                <w:rFonts w:ascii="Calibri" w:hAnsi="Calibri"/>
                <w:color w:val="000000"/>
              </w:rPr>
              <w:t>CHEETOS PUFFS 80G</w:t>
            </w:r>
          </w:p>
        </w:tc>
      </w:tr>
      <w:tr w:rsidR="008756CC" w:rsidRPr="008756CC" w14:paraId="4A6E5FFA"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752D0020"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5A6AB353" w14:textId="4B69D709" w:rsidR="008756CC" w:rsidRPr="0025601D" w:rsidRDefault="008756CC" w:rsidP="0025601D">
            <w:pPr>
              <w:rPr>
                <w:rFonts w:ascii="Calibri" w:hAnsi="Calibri"/>
                <w:color w:val="000000"/>
              </w:rPr>
            </w:pPr>
            <w:r w:rsidRPr="0025601D">
              <w:rPr>
                <w:rFonts w:ascii="Calibri" w:hAnsi="Calibri"/>
                <w:color w:val="000000"/>
              </w:rPr>
              <w:t>CHEETOS PUFFS FLAMIN HOT 90G</w:t>
            </w:r>
          </w:p>
        </w:tc>
      </w:tr>
      <w:tr w:rsidR="008756CC" w:rsidRPr="008756CC" w14:paraId="3693E91E"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0764D815"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2C26470" w14:textId="4B50347C" w:rsidR="008756CC" w:rsidRPr="0025601D" w:rsidRDefault="008756CC" w:rsidP="0025601D">
            <w:pPr>
              <w:rPr>
                <w:rFonts w:ascii="Calibri" w:hAnsi="Calibri"/>
                <w:color w:val="000000"/>
              </w:rPr>
            </w:pPr>
            <w:r w:rsidRPr="0025601D">
              <w:rPr>
                <w:rFonts w:ascii="Calibri" w:hAnsi="Calibri"/>
                <w:color w:val="000000"/>
              </w:rPr>
              <w:t>CHEETOS CHEESY JALAPENO 80G</w:t>
            </w:r>
          </w:p>
        </w:tc>
      </w:tr>
      <w:tr w:rsidR="008756CC" w:rsidRPr="008756CC" w14:paraId="36936FF1"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6362E1D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637FBD70" w14:textId="7CCDFE32" w:rsidR="008756CC" w:rsidRPr="0025601D" w:rsidRDefault="008756CC" w:rsidP="0025601D">
            <w:pPr>
              <w:rPr>
                <w:rFonts w:ascii="Calibri" w:hAnsi="Calibri"/>
                <w:color w:val="000000"/>
              </w:rPr>
            </w:pPr>
            <w:r w:rsidRPr="0025601D">
              <w:rPr>
                <w:rFonts w:ascii="Calibri" w:hAnsi="Calibri"/>
                <w:color w:val="000000"/>
              </w:rPr>
              <w:t>CHEETOS CHEESE &amp; BACON BALLS 90G</w:t>
            </w:r>
          </w:p>
        </w:tc>
      </w:tr>
      <w:tr w:rsidR="008756CC" w:rsidRPr="008756CC" w14:paraId="51346FC8" w14:textId="77777777" w:rsidTr="0025601D">
        <w:trPr>
          <w:trHeight w:val="300"/>
        </w:trPr>
        <w:tc>
          <w:tcPr>
            <w:tcW w:w="3256" w:type="dxa"/>
            <w:vMerge/>
            <w:tcBorders>
              <w:top w:val="nil"/>
              <w:left w:val="single" w:sz="4" w:space="0" w:color="auto"/>
              <w:bottom w:val="single" w:sz="4" w:space="0" w:color="auto"/>
              <w:right w:val="single" w:sz="4" w:space="0" w:color="auto"/>
            </w:tcBorders>
            <w:vAlign w:val="center"/>
            <w:hideMark/>
          </w:tcPr>
          <w:p w14:paraId="513A4CDD"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44A38BBB" w14:textId="113B139F" w:rsidR="008756CC" w:rsidRPr="0025601D" w:rsidRDefault="008756CC" w:rsidP="0025601D">
            <w:pPr>
              <w:rPr>
                <w:rFonts w:ascii="Calibri" w:hAnsi="Calibri"/>
                <w:color w:val="000000"/>
              </w:rPr>
            </w:pPr>
            <w:r w:rsidRPr="0025601D">
              <w:rPr>
                <w:rFonts w:ascii="Calibri" w:hAnsi="Calibri"/>
                <w:color w:val="000000"/>
              </w:rPr>
              <w:t>TWISTIES CHURROS CINNAMON SUGAR 70G</w:t>
            </w:r>
          </w:p>
        </w:tc>
      </w:tr>
      <w:tr w:rsidR="008756CC" w:rsidRPr="008756CC" w14:paraId="281AE37F" w14:textId="77777777" w:rsidTr="0025601D">
        <w:trPr>
          <w:trHeight w:val="320"/>
        </w:trPr>
        <w:tc>
          <w:tcPr>
            <w:tcW w:w="3256" w:type="dxa"/>
            <w:vMerge/>
            <w:tcBorders>
              <w:top w:val="nil"/>
              <w:left w:val="single" w:sz="4" w:space="0" w:color="auto"/>
              <w:bottom w:val="single" w:sz="4" w:space="0" w:color="auto"/>
              <w:right w:val="single" w:sz="4" w:space="0" w:color="auto"/>
            </w:tcBorders>
            <w:vAlign w:val="center"/>
            <w:hideMark/>
          </w:tcPr>
          <w:p w14:paraId="63B1263E" w14:textId="77777777" w:rsidR="008756CC" w:rsidRPr="0025601D" w:rsidRDefault="008756CC" w:rsidP="0025601D">
            <w:pPr>
              <w:rPr>
                <w:rFonts w:ascii="Calibri" w:hAnsi="Calibri"/>
                <w:color w:val="000000"/>
              </w:rPr>
            </w:pPr>
          </w:p>
        </w:tc>
        <w:tc>
          <w:tcPr>
            <w:tcW w:w="6378" w:type="dxa"/>
            <w:tcBorders>
              <w:top w:val="nil"/>
              <w:left w:val="nil"/>
              <w:bottom w:val="single" w:sz="4" w:space="0" w:color="auto"/>
              <w:right w:val="single" w:sz="4" w:space="0" w:color="auto"/>
            </w:tcBorders>
            <w:noWrap/>
            <w:vAlign w:val="bottom"/>
            <w:hideMark/>
          </w:tcPr>
          <w:p w14:paraId="1E150985" w14:textId="367FF84E" w:rsidR="008756CC" w:rsidRPr="0025601D" w:rsidRDefault="008756CC" w:rsidP="0025601D">
            <w:pPr>
              <w:rPr>
                <w:rFonts w:ascii="Calibri" w:hAnsi="Calibri"/>
                <w:color w:val="000000"/>
              </w:rPr>
            </w:pPr>
            <w:r w:rsidRPr="0025601D">
              <w:rPr>
                <w:rFonts w:ascii="Calibri" w:hAnsi="Calibri"/>
                <w:color w:val="000000"/>
              </w:rPr>
              <w:t>TWISTIES TANGY PICKLE 80G</w:t>
            </w:r>
          </w:p>
        </w:tc>
      </w:tr>
    </w:tbl>
    <w:p w14:paraId="2A96511C" w14:textId="77777777" w:rsidR="008756CC" w:rsidRPr="0025601D" w:rsidRDefault="008756CC" w:rsidP="0025601D">
      <w:pPr>
        <w:rPr>
          <w:rFonts w:ascii="Calibri" w:hAnsi="Calibri"/>
        </w:rPr>
      </w:pPr>
    </w:p>
    <w:p w14:paraId="765BD73D" w14:textId="40ADD5DE" w:rsidR="005948FF" w:rsidRPr="0025601D" w:rsidRDefault="00E21D13" w:rsidP="0025601D">
      <w:pPr>
        <w:pBdr>
          <w:top w:val="nil"/>
          <w:left w:val="nil"/>
          <w:bottom w:val="nil"/>
          <w:right w:val="nil"/>
          <w:between w:val="nil"/>
        </w:pBdr>
        <w:rPr>
          <w:rFonts w:ascii="Calibri" w:hAnsi="Calibri"/>
          <w:b/>
        </w:rPr>
      </w:pPr>
      <w:r w:rsidRPr="0025601D">
        <w:rPr>
          <w:rFonts w:ascii="Calibri" w:hAnsi="Calibri"/>
          <w:b/>
        </w:rPr>
        <w:t xml:space="preserve">Annexure B: </w:t>
      </w:r>
      <w:proofErr w:type="gramStart"/>
      <w:r w:rsidR="00A3041A" w:rsidRPr="0025601D">
        <w:rPr>
          <w:rFonts w:ascii="Calibri" w:hAnsi="Calibri"/>
          <w:b/>
        </w:rPr>
        <w:t>Participating</w:t>
      </w:r>
      <w:proofErr w:type="gramEnd"/>
      <w:r w:rsidR="00A3041A" w:rsidRPr="0025601D">
        <w:rPr>
          <w:rFonts w:ascii="Calibri" w:hAnsi="Calibri"/>
          <w:b/>
        </w:rPr>
        <w:t xml:space="preserve"> EG Fuel Stores</w:t>
      </w:r>
    </w:p>
    <w:tbl>
      <w:tblPr>
        <w:tblW w:w="10411" w:type="dxa"/>
        <w:tblLayout w:type="fixed"/>
        <w:tblLook w:val="04A0" w:firstRow="1" w:lastRow="0" w:firstColumn="1" w:lastColumn="0" w:noHBand="0" w:noVBand="1"/>
      </w:tblPr>
      <w:tblGrid>
        <w:gridCol w:w="1920"/>
        <w:gridCol w:w="2186"/>
        <w:gridCol w:w="1800"/>
        <w:gridCol w:w="2157"/>
        <w:gridCol w:w="2348"/>
      </w:tblGrid>
      <w:tr w:rsidR="008756CC" w:rsidRPr="008756CC" w14:paraId="6CF3DAE1" w14:textId="77777777" w:rsidTr="0025601D">
        <w:trPr>
          <w:trHeight w:val="315"/>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3DC8042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Minto</w:t>
            </w:r>
          </w:p>
        </w:tc>
        <w:tc>
          <w:tcPr>
            <w:tcW w:w="2186" w:type="dxa"/>
            <w:tcBorders>
              <w:top w:val="single" w:sz="4" w:space="0" w:color="auto"/>
              <w:left w:val="nil"/>
              <w:bottom w:val="single" w:sz="4" w:space="0" w:color="auto"/>
              <w:right w:val="single" w:sz="4" w:space="0" w:color="auto"/>
            </w:tcBorders>
            <w:noWrap/>
            <w:vAlign w:val="bottom"/>
            <w:hideMark/>
          </w:tcPr>
          <w:p w14:paraId="3D55571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Chipping Norton</w:t>
            </w:r>
          </w:p>
        </w:tc>
        <w:tc>
          <w:tcPr>
            <w:tcW w:w="1800" w:type="dxa"/>
            <w:tcBorders>
              <w:top w:val="single" w:sz="4" w:space="0" w:color="auto"/>
              <w:left w:val="nil"/>
              <w:bottom w:val="single" w:sz="4" w:space="0" w:color="auto"/>
              <w:right w:val="single" w:sz="4" w:space="0" w:color="auto"/>
            </w:tcBorders>
            <w:noWrap/>
            <w:vAlign w:val="bottom"/>
            <w:hideMark/>
          </w:tcPr>
          <w:p w14:paraId="0DFBDDC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Greenbank</w:t>
            </w:r>
          </w:p>
        </w:tc>
        <w:tc>
          <w:tcPr>
            <w:tcW w:w="2157" w:type="dxa"/>
            <w:tcBorders>
              <w:top w:val="single" w:sz="4" w:space="0" w:color="auto"/>
              <w:left w:val="nil"/>
              <w:bottom w:val="single" w:sz="4" w:space="0" w:color="auto"/>
              <w:right w:val="single" w:sz="4" w:space="0" w:color="auto"/>
            </w:tcBorders>
            <w:noWrap/>
            <w:vAlign w:val="bottom"/>
            <w:hideMark/>
          </w:tcPr>
          <w:p w14:paraId="1278313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Rye</w:t>
            </w:r>
          </w:p>
        </w:tc>
        <w:tc>
          <w:tcPr>
            <w:tcW w:w="2348" w:type="dxa"/>
            <w:tcBorders>
              <w:top w:val="single" w:sz="4" w:space="0" w:color="auto"/>
              <w:left w:val="nil"/>
              <w:bottom w:val="single" w:sz="4" w:space="0" w:color="auto"/>
              <w:right w:val="single" w:sz="4" w:space="0" w:color="auto"/>
            </w:tcBorders>
            <w:noWrap/>
            <w:vAlign w:val="bottom"/>
            <w:hideMark/>
          </w:tcPr>
          <w:p w14:paraId="2805434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Melton South</w:t>
            </w:r>
          </w:p>
        </w:tc>
      </w:tr>
      <w:tr w:rsidR="008756CC" w:rsidRPr="008756CC" w14:paraId="796C3767"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220D7E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Granville</w:t>
            </w:r>
          </w:p>
        </w:tc>
        <w:tc>
          <w:tcPr>
            <w:tcW w:w="2186" w:type="dxa"/>
            <w:tcBorders>
              <w:top w:val="nil"/>
              <w:left w:val="nil"/>
              <w:bottom w:val="single" w:sz="4" w:space="0" w:color="auto"/>
              <w:right w:val="single" w:sz="4" w:space="0" w:color="auto"/>
            </w:tcBorders>
            <w:noWrap/>
            <w:vAlign w:val="bottom"/>
            <w:hideMark/>
          </w:tcPr>
          <w:p w14:paraId="2106D38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Orange</w:t>
            </w:r>
          </w:p>
        </w:tc>
        <w:tc>
          <w:tcPr>
            <w:tcW w:w="1800" w:type="dxa"/>
            <w:tcBorders>
              <w:top w:val="nil"/>
              <w:left w:val="nil"/>
              <w:bottom w:val="single" w:sz="4" w:space="0" w:color="auto"/>
              <w:right w:val="single" w:sz="4" w:space="0" w:color="auto"/>
            </w:tcBorders>
            <w:noWrap/>
            <w:vAlign w:val="bottom"/>
            <w:hideMark/>
          </w:tcPr>
          <w:p w14:paraId="1DEE383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Caloundra</w:t>
            </w:r>
          </w:p>
        </w:tc>
        <w:tc>
          <w:tcPr>
            <w:tcW w:w="2157" w:type="dxa"/>
            <w:tcBorders>
              <w:top w:val="nil"/>
              <w:left w:val="nil"/>
              <w:bottom w:val="single" w:sz="4" w:space="0" w:color="auto"/>
              <w:right w:val="single" w:sz="4" w:space="0" w:color="auto"/>
            </w:tcBorders>
            <w:noWrap/>
            <w:vAlign w:val="bottom"/>
            <w:hideMark/>
          </w:tcPr>
          <w:p w14:paraId="56EE683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St. Kilda</w:t>
            </w:r>
          </w:p>
        </w:tc>
        <w:tc>
          <w:tcPr>
            <w:tcW w:w="2348" w:type="dxa"/>
            <w:tcBorders>
              <w:top w:val="nil"/>
              <w:left w:val="nil"/>
              <w:bottom w:val="single" w:sz="4" w:space="0" w:color="auto"/>
              <w:right w:val="single" w:sz="4" w:space="0" w:color="auto"/>
            </w:tcBorders>
            <w:noWrap/>
            <w:vAlign w:val="bottom"/>
            <w:hideMark/>
          </w:tcPr>
          <w:p w14:paraId="132123E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Koo Wee Rup</w:t>
            </w:r>
          </w:p>
        </w:tc>
      </w:tr>
      <w:tr w:rsidR="008756CC" w:rsidRPr="008756CC" w14:paraId="0C2BDD42"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796515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Canberra Airport</w:t>
            </w:r>
          </w:p>
        </w:tc>
        <w:tc>
          <w:tcPr>
            <w:tcW w:w="2186" w:type="dxa"/>
            <w:tcBorders>
              <w:top w:val="nil"/>
              <w:left w:val="nil"/>
              <w:bottom w:val="single" w:sz="4" w:space="0" w:color="auto"/>
              <w:right w:val="single" w:sz="4" w:space="0" w:color="auto"/>
            </w:tcBorders>
            <w:noWrap/>
            <w:vAlign w:val="bottom"/>
            <w:hideMark/>
          </w:tcPr>
          <w:p w14:paraId="6CBC732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Lansvale</w:t>
            </w:r>
            <w:proofErr w:type="spellEnd"/>
          </w:p>
        </w:tc>
        <w:tc>
          <w:tcPr>
            <w:tcW w:w="1800" w:type="dxa"/>
            <w:tcBorders>
              <w:top w:val="nil"/>
              <w:left w:val="nil"/>
              <w:bottom w:val="single" w:sz="4" w:space="0" w:color="auto"/>
              <w:right w:val="single" w:sz="4" w:space="0" w:color="auto"/>
            </w:tcBorders>
            <w:noWrap/>
            <w:vAlign w:val="bottom"/>
            <w:hideMark/>
          </w:tcPr>
          <w:p w14:paraId="149B014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Nambour</w:t>
            </w:r>
          </w:p>
        </w:tc>
        <w:tc>
          <w:tcPr>
            <w:tcW w:w="2157" w:type="dxa"/>
            <w:tcBorders>
              <w:top w:val="nil"/>
              <w:left w:val="nil"/>
              <w:bottom w:val="single" w:sz="4" w:space="0" w:color="auto"/>
              <w:right w:val="single" w:sz="4" w:space="0" w:color="auto"/>
            </w:tcBorders>
            <w:noWrap/>
            <w:vAlign w:val="bottom"/>
            <w:hideMark/>
          </w:tcPr>
          <w:p w14:paraId="198DC84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Camperdown</w:t>
            </w:r>
          </w:p>
        </w:tc>
        <w:tc>
          <w:tcPr>
            <w:tcW w:w="2348" w:type="dxa"/>
            <w:tcBorders>
              <w:top w:val="nil"/>
              <w:left w:val="nil"/>
              <w:bottom w:val="single" w:sz="4" w:space="0" w:color="auto"/>
              <w:right w:val="single" w:sz="4" w:space="0" w:color="auto"/>
            </w:tcBorders>
            <w:noWrap/>
            <w:vAlign w:val="bottom"/>
            <w:hideMark/>
          </w:tcPr>
          <w:p w14:paraId="6F4A304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Wangaratta</w:t>
            </w:r>
          </w:p>
        </w:tc>
      </w:tr>
      <w:tr w:rsidR="008756CC" w:rsidRPr="008756CC" w14:paraId="1FE08DE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9D3D40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Punchbowl</w:t>
            </w:r>
          </w:p>
        </w:tc>
        <w:tc>
          <w:tcPr>
            <w:tcW w:w="2186" w:type="dxa"/>
            <w:tcBorders>
              <w:top w:val="nil"/>
              <w:left w:val="nil"/>
              <w:bottom w:val="single" w:sz="4" w:space="0" w:color="auto"/>
              <w:right w:val="single" w:sz="4" w:space="0" w:color="auto"/>
            </w:tcBorders>
            <w:noWrap/>
            <w:vAlign w:val="bottom"/>
            <w:hideMark/>
          </w:tcPr>
          <w:p w14:paraId="1E79694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Bowral</w:t>
            </w:r>
          </w:p>
        </w:tc>
        <w:tc>
          <w:tcPr>
            <w:tcW w:w="1800" w:type="dxa"/>
            <w:tcBorders>
              <w:top w:val="nil"/>
              <w:left w:val="nil"/>
              <w:bottom w:val="single" w:sz="4" w:space="0" w:color="auto"/>
              <w:right w:val="single" w:sz="4" w:space="0" w:color="auto"/>
            </w:tcBorders>
            <w:noWrap/>
            <w:vAlign w:val="bottom"/>
            <w:hideMark/>
          </w:tcPr>
          <w:p w14:paraId="32C8C21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Noosaville</w:t>
            </w:r>
            <w:proofErr w:type="spellEnd"/>
          </w:p>
        </w:tc>
        <w:tc>
          <w:tcPr>
            <w:tcW w:w="2157" w:type="dxa"/>
            <w:tcBorders>
              <w:top w:val="nil"/>
              <w:left w:val="nil"/>
              <w:bottom w:val="single" w:sz="4" w:space="0" w:color="auto"/>
              <w:right w:val="single" w:sz="4" w:space="0" w:color="auto"/>
            </w:tcBorders>
            <w:noWrap/>
            <w:vAlign w:val="bottom"/>
            <w:hideMark/>
          </w:tcPr>
          <w:p w14:paraId="5ACB3C3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Torquay North</w:t>
            </w:r>
          </w:p>
        </w:tc>
        <w:tc>
          <w:tcPr>
            <w:tcW w:w="2348" w:type="dxa"/>
            <w:tcBorders>
              <w:top w:val="nil"/>
              <w:left w:val="nil"/>
              <w:bottom w:val="single" w:sz="4" w:space="0" w:color="auto"/>
              <w:right w:val="single" w:sz="4" w:space="0" w:color="auto"/>
            </w:tcBorders>
            <w:noWrap/>
            <w:vAlign w:val="bottom"/>
            <w:hideMark/>
          </w:tcPr>
          <w:p w14:paraId="41D1922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Lucas</w:t>
            </w:r>
          </w:p>
        </w:tc>
      </w:tr>
      <w:tr w:rsidR="008756CC" w:rsidRPr="008756CC" w14:paraId="77B76572"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4B199F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Glen Innes</w:t>
            </w:r>
          </w:p>
        </w:tc>
        <w:tc>
          <w:tcPr>
            <w:tcW w:w="2186" w:type="dxa"/>
            <w:tcBorders>
              <w:top w:val="nil"/>
              <w:left w:val="nil"/>
              <w:bottom w:val="single" w:sz="4" w:space="0" w:color="auto"/>
              <w:right w:val="single" w:sz="4" w:space="0" w:color="auto"/>
            </w:tcBorders>
            <w:noWrap/>
            <w:vAlign w:val="bottom"/>
            <w:hideMark/>
          </w:tcPr>
          <w:p w14:paraId="2C6B41B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Salamander Bay</w:t>
            </w:r>
          </w:p>
        </w:tc>
        <w:tc>
          <w:tcPr>
            <w:tcW w:w="1800" w:type="dxa"/>
            <w:tcBorders>
              <w:top w:val="nil"/>
              <w:left w:val="nil"/>
              <w:bottom w:val="single" w:sz="4" w:space="0" w:color="auto"/>
              <w:right w:val="single" w:sz="4" w:space="0" w:color="auto"/>
            </w:tcBorders>
            <w:noWrap/>
            <w:vAlign w:val="bottom"/>
            <w:hideMark/>
          </w:tcPr>
          <w:p w14:paraId="29C3CAF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Springfield</w:t>
            </w:r>
          </w:p>
        </w:tc>
        <w:tc>
          <w:tcPr>
            <w:tcW w:w="2157" w:type="dxa"/>
            <w:tcBorders>
              <w:top w:val="nil"/>
              <w:left w:val="nil"/>
              <w:bottom w:val="single" w:sz="4" w:space="0" w:color="auto"/>
              <w:right w:val="single" w:sz="4" w:space="0" w:color="auto"/>
            </w:tcBorders>
            <w:noWrap/>
            <w:vAlign w:val="bottom"/>
            <w:hideMark/>
          </w:tcPr>
          <w:p w14:paraId="574D366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Wodonga South</w:t>
            </w:r>
          </w:p>
        </w:tc>
        <w:tc>
          <w:tcPr>
            <w:tcW w:w="2348" w:type="dxa"/>
            <w:tcBorders>
              <w:top w:val="nil"/>
              <w:left w:val="nil"/>
              <w:bottom w:val="single" w:sz="4" w:space="0" w:color="auto"/>
              <w:right w:val="single" w:sz="4" w:space="0" w:color="auto"/>
            </w:tcBorders>
            <w:noWrap/>
            <w:vAlign w:val="bottom"/>
            <w:hideMark/>
          </w:tcPr>
          <w:p w14:paraId="482CBF6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Officer</w:t>
            </w:r>
          </w:p>
        </w:tc>
      </w:tr>
      <w:tr w:rsidR="008756CC" w:rsidRPr="008756CC" w14:paraId="5E0A0019"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51BBCBD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Rutherford</w:t>
            </w:r>
          </w:p>
        </w:tc>
        <w:tc>
          <w:tcPr>
            <w:tcW w:w="2186" w:type="dxa"/>
            <w:tcBorders>
              <w:top w:val="nil"/>
              <w:left w:val="nil"/>
              <w:bottom w:val="single" w:sz="4" w:space="0" w:color="auto"/>
              <w:right w:val="single" w:sz="4" w:space="0" w:color="auto"/>
            </w:tcBorders>
            <w:noWrap/>
            <w:vAlign w:val="bottom"/>
            <w:hideMark/>
          </w:tcPr>
          <w:p w14:paraId="2C88A41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Cessnock</w:t>
            </w:r>
          </w:p>
        </w:tc>
        <w:tc>
          <w:tcPr>
            <w:tcW w:w="1800" w:type="dxa"/>
            <w:tcBorders>
              <w:top w:val="nil"/>
              <w:left w:val="nil"/>
              <w:bottom w:val="single" w:sz="4" w:space="0" w:color="auto"/>
              <w:right w:val="single" w:sz="4" w:space="0" w:color="auto"/>
            </w:tcBorders>
            <w:noWrap/>
            <w:vAlign w:val="bottom"/>
            <w:hideMark/>
          </w:tcPr>
          <w:p w14:paraId="110BF92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Lismore</w:t>
            </w:r>
          </w:p>
        </w:tc>
        <w:tc>
          <w:tcPr>
            <w:tcW w:w="2157" w:type="dxa"/>
            <w:tcBorders>
              <w:top w:val="nil"/>
              <w:left w:val="nil"/>
              <w:bottom w:val="single" w:sz="4" w:space="0" w:color="auto"/>
              <w:right w:val="single" w:sz="4" w:space="0" w:color="auto"/>
            </w:tcBorders>
            <w:noWrap/>
            <w:vAlign w:val="bottom"/>
            <w:hideMark/>
          </w:tcPr>
          <w:p w14:paraId="1361E4C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Lyndhurst</w:t>
            </w:r>
          </w:p>
        </w:tc>
        <w:tc>
          <w:tcPr>
            <w:tcW w:w="2348" w:type="dxa"/>
            <w:tcBorders>
              <w:top w:val="nil"/>
              <w:left w:val="nil"/>
              <w:bottom w:val="single" w:sz="4" w:space="0" w:color="auto"/>
              <w:right w:val="single" w:sz="4" w:space="0" w:color="auto"/>
            </w:tcBorders>
            <w:noWrap/>
            <w:vAlign w:val="bottom"/>
            <w:hideMark/>
          </w:tcPr>
          <w:p w14:paraId="2D923BB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Oakleigh South</w:t>
            </w:r>
          </w:p>
        </w:tc>
      </w:tr>
      <w:tr w:rsidR="008756CC" w:rsidRPr="008756CC" w14:paraId="1C977767"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0B29B6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Orange North</w:t>
            </w:r>
          </w:p>
        </w:tc>
        <w:tc>
          <w:tcPr>
            <w:tcW w:w="2186" w:type="dxa"/>
            <w:tcBorders>
              <w:top w:val="nil"/>
              <w:left w:val="nil"/>
              <w:bottom w:val="single" w:sz="4" w:space="0" w:color="auto"/>
              <w:right w:val="single" w:sz="4" w:space="0" w:color="auto"/>
            </w:tcBorders>
            <w:noWrap/>
            <w:vAlign w:val="bottom"/>
            <w:hideMark/>
          </w:tcPr>
          <w:p w14:paraId="1F00432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Bathurst</w:t>
            </w:r>
          </w:p>
        </w:tc>
        <w:tc>
          <w:tcPr>
            <w:tcW w:w="1800" w:type="dxa"/>
            <w:tcBorders>
              <w:top w:val="nil"/>
              <w:left w:val="nil"/>
              <w:bottom w:val="single" w:sz="4" w:space="0" w:color="auto"/>
              <w:right w:val="single" w:sz="4" w:space="0" w:color="auto"/>
            </w:tcBorders>
            <w:noWrap/>
            <w:vAlign w:val="bottom"/>
            <w:hideMark/>
          </w:tcPr>
          <w:p w14:paraId="681C808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Ballina</w:t>
            </w:r>
          </w:p>
        </w:tc>
        <w:tc>
          <w:tcPr>
            <w:tcW w:w="2157" w:type="dxa"/>
            <w:tcBorders>
              <w:top w:val="nil"/>
              <w:left w:val="nil"/>
              <w:bottom w:val="single" w:sz="4" w:space="0" w:color="auto"/>
              <w:right w:val="single" w:sz="4" w:space="0" w:color="auto"/>
            </w:tcBorders>
            <w:noWrap/>
            <w:vAlign w:val="bottom"/>
            <w:hideMark/>
          </w:tcPr>
          <w:p w14:paraId="287CEEE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Mountain Gate</w:t>
            </w:r>
          </w:p>
        </w:tc>
        <w:tc>
          <w:tcPr>
            <w:tcW w:w="2348" w:type="dxa"/>
            <w:tcBorders>
              <w:top w:val="nil"/>
              <w:left w:val="nil"/>
              <w:bottom w:val="single" w:sz="4" w:space="0" w:color="auto"/>
              <w:right w:val="single" w:sz="4" w:space="0" w:color="auto"/>
            </w:tcBorders>
            <w:noWrap/>
            <w:vAlign w:val="bottom"/>
            <w:hideMark/>
          </w:tcPr>
          <w:p w14:paraId="5BE5DE8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Springvale</w:t>
            </w:r>
          </w:p>
        </w:tc>
      </w:tr>
      <w:tr w:rsidR="008756CC" w:rsidRPr="008756CC" w14:paraId="4909BD22"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9CC7C6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West Ryde</w:t>
            </w:r>
          </w:p>
        </w:tc>
        <w:tc>
          <w:tcPr>
            <w:tcW w:w="2186" w:type="dxa"/>
            <w:tcBorders>
              <w:top w:val="nil"/>
              <w:left w:val="nil"/>
              <w:bottom w:val="single" w:sz="4" w:space="0" w:color="auto"/>
              <w:right w:val="single" w:sz="4" w:space="0" w:color="auto"/>
            </w:tcBorders>
            <w:noWrap/>
            <w:vAlign w:val="bottom"/>
            <w:hideMark/>
          </w:tcPr>
          <w:p w14:paraId="34CCD73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Gregory Hills</w:t>
            </w:r>
          </w:p>
        </w:tc>
        <w:tc>
          <w:tcPr>
            <w:tcW w:w="1800" w:type="dxa"/>
            <w:tcBorders>
              <w:top w:val="nil"/>
              <w:left w:val="nil"/>
              <w:bottom w:val="single" w:sz="4" w:space="0" w:color="auto"/>
              <w:right w:val="single" w:sz="4" w:space="0" w:color="auto"/>
            </w:tcBorders>
            <w:noWrap/>
            <w:vAlign w:val="bottom"/>
            <w:hideMark/>
          </w:tcPr>
          <w:p w14:paraId="3169B04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Dalby</w:t>
            </w:r>
          </w:p>
        </w:tc>
        <w:tc>
          <w:tcPr>
            <w:tcW w:w="2157" w:type="dxa"/>
            <w:tcBorders>
              <w:top w:val="nil"/>
              <w:left w:val="nil"/>
              <w:bottom w:val="single" w:sz="4" w:space="0" w:color="auto"/>
              <w:right w:val="single" w:sz="4" w:space="0" w:color="auto"/>
            </w:tcBorders>
            <w:noWrap/>
            <w:vAlign w:val="bottom"/>
            <w:hideMark/>
          </w:tcPr>
          <w:p w14:paraId="3E9B5B7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Camberwell South</w:t>
            </w:r>
          </w:p>
        </w:tc>
        <w:tc>
          <w:tcPr>
            <w:tcW w:w="2348" w:type="dxa"/>
            <w:tcBorders>
              <w:top w:val="nil"/>
              <w:left w:val="nil"/>
              <w:bottom w:val="single" w:sz="4" w:space="0" w:color="auto"/>
              <w:right w:val="single" w:sz="4" w:space="0" w:color="auto"/>
            </w:tcBorders>
            <w:noWrap/>
            <w:vAlign w:val="bottom"/>
            <w:hideMark/>
          </w:tcPr>
          <w:p w14:paraId="6910EAB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Wyndham vale</w:t>
            </w:r>
          </w:p>
        </w:tc>
      </w:tr>
      <w:tr w:rsidR="008756CC" w:rsidRPr="008756CC" w14:paraId="4E75E90D"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5A999D8"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Merrylands</w:t>
            </w:r>
            <w:proofErr w:type="spellEnd"/>
          </w:p>
        </w:tc>
        <w:tc>
          <w:tcPr>
            <w:tcW w:w="2186" w:type="dxa"/>
            <w:tcBorders>
              <w:top w:val="nil"/>
              <w:left w:val="nil"/>
              <w:bottom w:val="single" w:sz="4" w:space="0" w:color="auto"/>
              <w:right w:val="single" w:sz="4" w:space="0" w:color="auto"/>
            </w:tcBorders>
            <w:noWrap/>
            <w:vAlign w:val="bottom"/>
            <w:hideMark/>
          </w:tcPr>
          <w:p w14:paraId="267FBAC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Burwood</w:t>
            </w:r>
          </w:p>
        </w:tc>
        <w:tc>
          <w:tcPr>
            <w:tcW w:w="1800" w:type="dxa"/>
            <w:tcBorders>
              <w:top w:val="nil"/>
              <w:left w:val="nil"/>
              <w:bottom w:val="single" w:sz="4" w:space="0" w:color="auto"/>
              <w:right w:val="single" w:sz="4" w:space="0" w:color="auto"/>
            </w:tcBorders>
            <w:noWrap/>
            <w:vAlign w:val="bottom"/>
            <w:hideMark/>
          </w:tcPr>
          <w:p w14:paraId="0D2E215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Helensvale</w:t>
            </w:r>
          </w:p>
        </w:tc>
        <w:tc>
          <w:tcPr>
            <w:tcW w:w="2157" w:type="dxa"/>
            <w:tcBorders>
              <w:top w:val="nil"/>
              <w:left w:val="nil"/>
              <w:bottom w:val="single" w:sz="4" w:space="0" w:color="auto"/>
              <w:right w:val="single" w:sz="4" w:space="0" w:color="auto"/>
            </w:tcBorders>
            <w:noWrap/>
            <w:vAlign w:val="bottom"/>
            <w:hideMark/>
          </w:tcPr>
          <w:p w14:paraId="3DC0E7E8"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Tarneit</w:t>
            </w:r>
            <w:proofErr w:type="spellEnd"/>
            <w:r w:rsidRPr="0025601D">
              <w:rPr>
                <w:rFonts w:ascii="Calibri" w:hAnsi="Calibri"/>
                <w:color w:val="000000"/>
                <w:lang w:val="en-PH"/>
              </w:rPr>
              <w:t xml:space="preserve"> Gardens</w:t>
            </w:r>
          </w:p>
        </w:tc>
        <w:tc>
          <w:tcPr>
            <w:tcW w:w="2348" w:type="dxa"/>
            <w:tcBorders>
              <w:top w:val="nil"/>
              <w:left w:val="nil"/>
              <w:bottom w:val="single" w:sz="4" w:space="0" w:color="auto"/>
              <w:right w:val="single" w:sz="4" w:space="0" w:color="auto"/>
            </w:tcBorders>
            <w:noWrap/>
            <w:vAlign w:val="bottom"/>
            <w:hideMark/>
          </w:tcPr>
          <w:p w14:paraId="2C8D941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Dennington</w:t>
            </w:r>
          </w:p>
        </w:tc>
      </w:tr>
      <w:tr w:rsidR="008756CC" w:rsidRPr="008756CC" w14:paraId="044D9CBA"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C7A7D4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Bulli</w:t>
            </w:r>
          </w:p>
        </w:tc>
        <w:tc>
          <w:tcPr>
            <w:tcW w:w="2186" w:type="dxa"/>
            <w:tcBorders>
              <w:top w:val="nil"/>
              <w:left w:val="nil"/>
              <w:bottom w:val="single" w:sz="4" w:space="0" w:color="auto"/>
              <w:right w:val="single" w:sz="4" w:space="0" w:color="auto"/>
            </w:tcBorders>
            <w:noWrap/>
            <w:vAlign w:val="bottom"/>
            <w:hideMark/>
          </w:tcPr>
          <w:p w14:paraId="2223DED0"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Corrimal</w:t>
            </w:r>
            <w:proofErr w:type="spellEnd"/>
          </w:p>
        </w:tc>
        <w:tc>
          <w:tcPr>
            <w:tcW w:w="1800" w:type="dxa"/>
            <w:tcBorders>
              <w:top w:val="nil"/>
              <w:left w:val="nil"/>
              <w:bottom w:val="single" w:sz="4" w:space="0" w:color="auto"/>
              <w:right w:val="single" w:sz="4" w:space="0" w:color="auto"/>
            </w:tcBorders>
            <w:noWrap/>
            <w:vAlign w:val="bottom"/>
            <w:hideMark/>
          </w:tcPr>
          <w:p w14:paraId="55278DE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Kirwan</w:t>
            </w:r>
          </w:p>
        </w:tc>
        <w:tc>
          <w:tcPr>
            <w:tcW w:w="2157" w:type="dxa"/>
            <w:tcBorders>
              <w:top w:val="nil"/>
              <w:left w:val="nil"/>
              <w:bottom w:val="single" w:sz="4" w:space="0" w:color="auto"/>
              <w:right w:val="single" w:sz="4" w:space="0" w:color="auto"/>
            </w:tcBorders>
            <w:noWrap/>
            <w:vAlign w:val="bottom"/>
            <w:hideMark/>
          </w:tcPr>
          <w:p w14:paraId="697AD30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Mill Park</w:t>
            </w:r>
          </w:p>
        </w:tc>
        <w:tc>
          <w:tcPr>
            <w:tcW w:w="2348" w:type="dxa"/>
            <w:tcBorders>
              <w:top w:val="nil"/>
              <w:left w:val="nil"/>
              <w:bottom w:val="single" w:sz="4" w:space="0" w:color="auto"/>
              <w:right w:val="single" w:sz="4" w:space="0" w:color="auto"/>
            </w:tcBorders>
            <w:noWrap/>
            <w:vAlign w:val="bottom"/>
            <w:hideMark/>
          </w:tcPr>
          <w:p w14:paraId="27FF32D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Ocean Grove North</w:t>
            </w:r>
          </w:p>
        </w:tc>
      </w:tr>
      <w:tr w:rsidR="008756CC" w:rsidRPr="008756CC" w14:paraId="79A67AA7"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082376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Bega</w:t>
            </w:r>
          </w:p>
        </w:tc>
        <w:tc>
          <w:tcPr>
            <w:tcW w:w="2186" w:type="dxa"/>
            <w:tcBorders>
              <w:top w:val="nil"/>
              <w:left w:val="nil"/>
              <w:bottom w:val="single" w:sz="4" w:space="0" w:color="auto"/>
              <w:right w:val="single" w:sz="4" w:space="0" w:color="auto"/>
            </w:tcBorders>
            <w:noWrap/>
            <w:vAlign w:val="bottom"/>
            <w:hideMark/>
          </w:tcPr>
          <w:p w14:paraId="0E944E3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Hume</w:t>
            </w:r>
          </w:p>
        </w:tc>
        <w:tc>
          <w:tcPr>
            <w:tcW w:w="1800" w:type="dxa"/>
            <w:tcBorders>
              <w:top w:val="nil"/>
              <w:left w:val="nil"/>
              <w:bottom w:val="single" w:sz="4" w:space="0" w:color="auto"/>
              <w:right w:val="single" w:sz="4" w:space="0" w:color="auto"/>
            </w:tcBorders>
            <w:noWrap/>
            <w:vAlign w:val="bottom"/>
            <w:hideMark/>
          </w:tcPr>
          <w:p w14:paraId="6A89B87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Birkdale</w:t>
            </w:r>
          </w:p>
        </w:tc>
        <w:tc>
          <w:tcPr>
            <w:tcW w:w="2157" w:type="dxa"/>
            <w:tcBorders>
              <w:top w:val="nil"/>
              <w:left w:val="nil"/>
              <w:bottom w:val="single" w:sz="4" w:space="0" w:color="auto"/>
              <w:right w:val="single" w:sz="4" w:space="0" w:color="auto"/>
            </w:tcBorders>
            <w:noWrap/>
            <w:vAlign w:val="bottom"/>
            <w:hideMark/>
          </w:tcPr>
          <w:p w14:paraId="4075E22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Cowes</w:t>
            </w:r>
          </w:p>
        </w:tc>
        <w:tc>
          <w:tcPr>
            <w:tcW w:w="2348" w:type="dxa"/>
            <w:tcBorders>
              <w:top w:val="nil"/>
              <w:left w:val="nil"/>
              <w:bottom w:val="single" w:sz="4" w:space="0" w:color="auto"/>
              <w:right w:val="single" w:sz="4" w:space="0" w:color="auto"/>
            </w:tcBorders>
            <w:noWrap/>
            <w:vAlign w:val="bottom"/>
            <w:hideMark/>
          </w:tcPr>
          <w:p w14:paraId="0571CBD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Sunbury (Gap Rd)</w:t>
            </w:r>
          </w:p>
        </w:tc>
      </w:tr>
      <w:tr w:rsidR="008756CC" w:rsidRPr="008756CC" w14:paraId="6C2D0187"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2BC60A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Nambucca Heads</w:t>
            </w:r>
          </w:p>
        </w:tc>
        <w:tc>
          <w:tcPr>
            <w:tcW w:w="2186" w:type="dxa"/>
            <w:tcBorders>
              <w:top w:val="nil"/>
              <w:left w:val="nil"/>
              <w:bottom w:val="single" w:sz="4" w:space="0" w:color="auto"/>
              <w:right w:val="single" w:sz="4" w:space="0" w:color="auto"/>
            </w:tcBorders>
            <w:noWrap/>
            <w:vAlign w:val="bottom"/>
            <w:hideMark/>
          </w:tcPr>
          <w:p w14:paraId="0FD5275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Glenrose</w:t>
            </w:r>
          </w:p>
        </w:tc>
        <w:tc>
          <w:tcPr>
            <w:tcW w:w="1800" w:type="dxa"/>
            <w:tcBorders>
              <w:top w:val="nil"/>
              <w:left w:val="nil"/>
              <w:bottom w:val="single" w:sz="4" w:space="0" w:color="auto"/>
              <w:right w:val="single" w:sz="4" w:space="0" w:color="auto"/>
            </w:tcBorders>
            <w:noWrap/>
            <w:vAlign w:val="bottom"/>
            <w:hideMark/>
          </w:tcPr>
          <w:p w14:paraId="7F51DB7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 xml:space="preserve">Tweed Heads </w:t>
            </w:r>
            <w:proofErr w:type="spellStart"/>
            <w:r w:rsidRPr="0025601D">
              <w:rPr>
                <w:rFonts w:ascii="Calibri" w:hAnsi="Calibri"/>
                <w:color w:val="000000"/>
                <w:lang w:val="en-PH"/>
              </w:rPr>
              <w:t>Sth</w:t>
            </w:r>
            <w:proofErr w:type="spellEnd"/>
          </w:p>
        </w:tc>
        <w:tc>
          <w:tcPr>
            <w:tcW w:w="2157" w:type="dxa"/>
            <w:tcBorders>
              <w:top w:val="nil"/>
              <w:left w:val="nil"/>
              <w:bottom w:val="single" w:sz="4" w:space="0" w:color="auto"/>
              <w:right w:val="single" w:sz="4" w:space="0" w:color="auto"/>
            </w:tcBorders>
            <w:noWrap/>
            <w:vAlign w:val="bottom"/>
            <w:hideMark/>
          </w:tcPr>
          <w:p w14:paraId="025D45F1"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Monbulk</w:t>
            </w:r>
            <w:proofErr w:type="spellEnd"/>
          </w:p>
        </w:tc>
        <w:tc>
          <w:tcPr>
            <w:tcW w:w="2348" w:type="dxa"/>
            <w:tcBorders>
              <w:top w:val="nil"/>
              <w:left w:val="nil"/>
              <w:bottom w:val="single" w:sz="4" w:space="0" w:color="auto"/>
              <w:right w:val="single" w:sz="4" w:space="0" w:color="auto"/>
            </w:tcBorders>
            <w:noWrap/>
            <w:vAlign w:val="bottom"/>
            <w:hideMark/>
          </w:tcPr>
          <w:p w14:paraId="4F50DCA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Winter Valley</w:t>
            </w:r>
          </w:p>
        </w:tc>
      </w:tr>
      <w:tr w:rsidR="008756CC" w:rsidRPr="008756CC" w14:paraId="2A0C7ACC"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5A07E40"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Ulladulla</w:t>
            </w:r>
            <w:proofErr w:type="spellEnd"/>
          </w:p>
        </w:tc>
        <w:tc>
          <w:tcPr>
            <w:tcW w:w="2186" w:type="dxa"/>
            <w:tcBorders>
              <w:top w:val="nil"/>
              <w:left w:val="nil"/>
              <w:bottom w:val="single" w:sz="4" w:space="0" w:color="auto"/>
              <w:right w:val="single" w:sz="4" w:space="0" w:color="auto"/>
            </w:tcBorders>
            <w:noWrap/>
            <w:vAlign w:val="bottom"/>
            <w:hideMark/>
          </w:tcPr>
          <w:p w14:paraId="4918076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Belconnen</w:t>
            </w:r>
          </w:p>
        </w:tc>
        <w:tc>
          <w:tcPr>
            <w:tcW w:w="1800" w:type="dxa"/>
            <w:tcBorders>
              <w:top w:val="nil"/>
              <w:left w:val="nil"/>
              <w:bottom w:val="single" w:sz="4" w:space="0" w:color="auto"/>
              <w:right w:val="single" w:sz="4" w:space="0" w:color="auto"/>
            </w:tcBorders>
            <w:noWrap/>
            <w:vAlign w:val="bottom"/>
            <w:hideMark/>
          </w:tcPr>
          <w:p w14:paraId="39E2114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Calamvale</w:t>
            </w:r>
          </w:p>
        </w:tc>
        <w:tc>
          <w:tcPr>
            <w:tcW w:w="2157" w:type="dxa"/>
            <w:tcBorders>
              <w:top w:val="nil"/>
              <w:left w:val="nil"/>
              <w:bottom w:val="single" w:sz="4" w:space="0" w:color="auto"/>
              <w:right w:val="single" w:sz="4" w:space="0" w:color="auto"/>
            </w:tcBorders>
            <w:noWrap/>
            <w:vAlign w:val="bottom"/>
            <w:hideMark/>
          </w:tcPr>
          <w:p w14:paraId="30BDB679"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Moama</w:t>
            </w:r>
            <w:proofErr w:type="spellEnd"/>
          </w:p>
        </w:tc>
        <w:tc>
          <w:tcPr>
            <w:tcW w:w="2348" w:type="dxa"/>
            <w:tcBorders>
              <w:top w:val="nil"/>
              <w:left w:val="nil"/>
              <w:bottom w:val="single" w:sz="4" w:space="0" w:color="auto"/>
              <w:right w:val="single" w:sz="4" w:space="0" w:color="auto"/>
            </w:tcBorders>
            <w:noWrap/>
            <w:vAlign w:val="bottom"/>
            <w:hideMark/>
          </w:tcPr>
          <w:p w14:paraId="790E061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Bacchus Marsh</w:t>
            </w:r>
          </w:p>
        </w:tc>
      </w:tr>
      <w:tr w:rsidR="008756CC" w:rsidRPr="008756CC" w14:paraId="5F59DB45"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BCFA0E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Charlestown</w:t>
            </w:r>
          </w:p>
        </w:tc>
        <w:tc>
          <w:tcPr>
            <w:tcW w:w="2186" w:type="dxa"/>
            <w:tcBorders>
              <w:top w:val="nil"/>
              <w:left w:val="nil"/>
              <w:bottom w:val="single" w:sz="4" w:space="0" w:color="auto"/>
              <w:right w:val="single" w:sz="4" w:space="0" w:color="auto"/>
            </w:tcBorders>
            <w:noWrap/>
            <w:vAlign w:val="bottom"/>
            <w:hideMark/>
          </w:tcPr>
          <w:p w14:paraId="275B972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Vincentia</w:t>
            </w:r>
          </w:p>
        </w:tc>
        <w:tc>
          <w:tcPr>
            <w:tcW w:w="1800" w:type="dxa"/>
            <w:tcBorders>
              <w:top w:val="nil"/>
              <w:left w:val="nil"/>
              <w:bottom w:val="single" w:sz="4" w:space="0" w:color="auto"/>
              <w:right w:val="single" w:sz="4" w:space="0" w:color="auto"/>
            </w:tcBorders>
            <w:noWrap/>
            <w:vAlign w:val="bottom"/>
            <w:hideMark/>
          </w:tcPr>
          <w:p w14:paraId="7FC19A1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Atherton</w:t>
            </w:r>
          </w:p>
        </w:tc>
        <w:tc>
          <w:tcPr>
            <w:tcW w:w="2157" w:type="dxa"/>
            <w:tcBorders>
              <w:top w:val="nil"/>
              <w:left w:val="nil"/>
              <w:bottom w:val="single" w:sz="4" w:space="0" w:color="auto"/>
              <w:right w:val="single" w:sz="4" w:space="0" w:color="auto"/>
            </w:tcBorders>
            <w:noWrap/>
            <w:vAlign w:val="bottom"/>
            <w:hideMark/>
          </w:tcPr>
          <w:p w14:paraId="41413AA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Chelsea</w:t>
            </w:r>
          </w:p>
        </w:tc>
        <w:tc>
          <w:tcPr>
            <w:tcW w:w="2348" w:type="dxa"/>
            <w:tcBorders>
              <w:top w:val="nil"/>
              <w:left w:val="nil"/>
              <w:bottom w:val="single" w:sz="4" w:space="0" w:color="auto"/>
              <w:right w:val="single" w:sz="4" w:space="0" w:color="auto"/>
            </w:tcBorders>
            <w:noWrap/>
            <w:vAlign w:val="bottom"/>
            <w:hideMark/>
          </w:tcPr>
          <w:p w14:paraId="7E74BBE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Epping - Cotters Road</w:t>
            </w:r>
          </w:p>
        </w:tc>
      </w:tr>
      <w:tr w:rsidR="008756CC" w:rsidRPr="008756CC" w14:paraId="37F3D113"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53DC93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Goulburn South</w:t>
            </w:r>
          </w:p>
        </w:tc>
        <w:tc>
          <w:tcPr>
            <w:tcW w:w="2186" w:type="dxa"/>
            <w:tcBorders>
              <w:top w:val="nil"/>
              <w:left w:val="nil"/>
              <w:bottom w:val="single" w:sz="4" w:space="0" w:color="auto"/>
              <w:right w:val="single" w:sz="4" w:space="0" w:color="auto"/>
            </w:tcBorders>
            <w:noWrap/>
            <w:vAlign w:val="bottom"/>
            <w:hideMark/>
          </w:tcPr>
          <w:p w14:paraId="7E5C68E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Moruya</w:t>
            </w:r>
            <w:proofErr w:type="spellEnd"/>
          </w:p>
        </w:tc>
        <w:tc>
          <w:tcPr>
            <w:tcW w:w="1800" w:type="dxa"/>
            <w:tcBorders>
              <w:top w:val="nil"/>
              <w:left w:val="nil"/>
              <w:bottom w:val="single" w:sz="4" w:space="0" w:color="auto"/>
              <w:right w:val="single" w:sz="4" w:space="0" w:color="auto"/>
            </w:tcBorders>
            <w:noWrap/>
            <w:vAlign w:val="bottom"/>
            <w:hideMark/>
          </w:tcPr>
          <w:p w14:paraId="3A31CC7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Idalia</w:t>
            </w:r>
          </w:p>
        </w:tc>
        <w:tc>
          <w:tcPr>
            <w:tcW w:w="2157" w:type="dxa"/>
            <w:tcBorders>
              <w:top w:val="nil"/>
              <w:left w:val="nil"/>
              <w:bottom w:val="single" w:sz="4" w:space="0" w:color="auto"/>
              <w:right w:val="single" w:sz="4" w:space="0" w:color="auto"/>
            </w:tcBorders>
            <w:noWrap/>
            <w:vAlign w:val="bottom"/>
            <w:hideMark/>
          </w:tcPr>
          <w:p w14:paraId="237E145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Melton Gateway</w:t>
            </w:r>
          </w:p>
        </w:tc>
        <w:tc>
          <w:tcPr>
            <w:tcW w:w="2348" w:type="dxa"/>
            <w:tcBorders>
              <w:top w:val="nil"/>
              <w:left w:val="nil"/>
              <w:bottom w:val="single" w:sz="4" w:space="0" w:color="auto"/>
              <w:right w:val="single" w:sz="4" w:space="0" w:color="auto"/>
            </w:tcBorders>
            <w:noWrap/>
            <w:vAlign w:val="bottom"/>
            <w:hideMark/>
          </w:tcPr>
          <w:p w14:paraId="36DF84B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Williamstown</w:t>
            </w:r>
          </w:p>
        </w:tc>
      </w:tr>
      <w:tr w:rsidR="008756CC" w:rsidRPr="008756CC" w14:paraId="3DA69106"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FA8A94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Lakewood</w:t>
            </w:r>
          </w:p>
        </w:tc>
        <w:tc>
          <w:tcPr>
            <w:tcW w:w="2186" w:type="dxa"/>
            <w:tcBorders>
              <w:top w:val="nil"/>
              <w:left w:val="nil"/>
              <w:bottom w:val="single" w:sz="4" w:space="0" w:color="auto"/>
              <w:right w:val="single" w:sz="4" w:space="0" w:color="auto"/>
            </w:tcBorders>
            <w:noWrap/>
            <w:vAlign w:val="bottom"/>
            <w:hideMark/>
          </w:tcPr>
          <w:p w14:paraId="24721D46"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Silverwater</w:t>
            </w:r>
            <w:proofErr w:type="spellEnd"/>
          </w:p>
        </w:tc>
        <w:tc>
          <w:tcPr>
            <w:tcW w:w="1800" w:type="dxa"/>
            <w:tcBorders>
              <w:top w:val="nil"/>
              <w:left w:val="nil"/>
              <w:bottom w:val="single" w:sz="4" w:space="0" w:color="auto"/>
              <w:right w:val="single" w:sz="4" w:space="0" w:color="auto"/>
            </w:tcBorders>
            <w:noWrap/>
            <w:vAlign w:val="bottom"/>
            <w:hideMark/>
          </w:tcPr>
          <w:p w14:paraId="48D9C72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Yeppoon</w:t>
            </w:r>
          </w:p>
        </w:tc>
        <w:tc>
          <w:tcPr>
            <w:tcW w:w="2157" w:type="dxa"/>
            <w:tcBorders>
              <w:top w:val="nil"/>
              <w:left w:val="nil"/>
              <w:bottom w:val="single" w:sz="4" w:space="0" w:color="auto"/>
              <w:right w:val="single" w:sz="4" w:space="0" w:color="auto"/>
            </w:tcBorders>
            <w:noWrap/>
            <w:vAlign w:val="bottom"/>
            <w:hideMark/>
          </w:tcPr>
          <w:p w14:paraId="65BA940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Kennington</w:t>
            </w:r>
          </w:p>
        </w:tc>
        <w:tc>
          <w:tcPr>
            <w:tcW w:w="2348" w:type="dxa"/>
            <w:tcBorders>
              <w:top w:val="nil"/>
              <w:left w:val="nil"/>
              <w:bottom w:val="single" w:sz="4" w:space="0" w:color="auto"/>
              <w:right w:val="single" w:sz="4" w:space="0" w:color="auto"/>
            </w:tcBorders>
            <w:noWrap/>
            <w:vAlign w:val="bottom"/>
            <w:hideMark/>
          </w:tcPr>
          <w:p w14:paraId="41CF02A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Greenvale Lakes</w:t>
            </w:r>
          </w:p>
        </w:tc>
      </w:tr>
      <w:tr w:rsidR="008756CC" w:rsidRPr="008756CC" w14:paraId="64C03B1A"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A16556B"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Katoomba</w:t>
            </w:r>
            <w:proofErr w:type="spellEnd"/>
          </w:p>
        </w:tc>
        <w:tc>
          <w:tcPr>
            <w:tcW w:w="2186" w:type="dxa"/>
            <w:tcBorders>
              <w:top w:val="nil"/>
              <w:left w:val="nil"/>
              <w:bottom w:val="single" w:sz="4" w:space="0" w:color="auto"/>
              <w:right w:val="single" w:sz="4" w:space="0" w:color="auto"/>
            </w:tcBorders>
            <w:noWrap/>
            <w:vAlign w:val="bottom"/>
            <w:hideMark/>
          </w:tcPr>
          <w:p w14:paraId="05D7B33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Fairfield Heights</w:t>
            </w:r>
          </w:p>
        </w:tc>
        <w:tc>
          <w:tcPr>
            <w:tcW w:w="1800" w:type="dxa"/>
            <w:tcBorders>
              <w:top w:val="nil"/>
              <w:left w:val="nil"/>
              <w:bottom w:val="single" w:sz="4" w:space="0" w:color="auto"/>
              <w:right w:val="single" w:sz="4" w:space="0" w:color="auto"/>
            </w:tcBorders>
            <w:noWrap/>
            <w:vAlign w:val="bottom"/>
            <w:hideMark/>
          </w:tcPr>
          <w:p w14:paraId="3F038B3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Mountain Creek</w:t>
            </w:r>
          </w:p>
        </w:tc>
        <w:tc>
          <w:tcPr>
            <w:tcW w:w="2157" w:type="dxa"/>
            <w:tcBorders>
              <w:top w:val="nil"/>
              <w:left w:val="nil"/>
              <w:bottom w:val="single" w:sz="4" w:space="0" w:color="auto"/>
              <w:right w:val="single" w:sz="4" w:space="0" w:color="auto"/>
            </w:tcBorders>
            <w:noWrap/>
            <w:vAlign w:val="bottom"/>
            <w:hideMark/>
          </w:tcPr>
          <w:p w14:paraId="060194D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Golden Square</w:t>
            </w:r>
          </w:p>
        </w:tc>
        <w:tc>
          <w:tcPr>
            <w:tcW w:w="2348" w:type="dxa"/>
            <w:tcBorders>
              <w:top w:val="nil"/>
              <w:left w:val="nil"/>
              <w:bottom w:val="single" w:sz="4" w:space="0" w:color="auto"/>
              <w:right w:val="single" w:sz="4" w:space="0" w:color="auto"/>
            </w:tcBorders>
            <w:noWrap/>
            <w:vAlign w:val="bottom"/>
            <w:hideMark/>
          </w:tcPr>
          <w:p w14:paraId="05B7518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Clyde North</w:t>
            </w:r>
          </w:p>
        </w:tc>
      </w:tr>
      <w:tr w:rsidR="008756CC" w:rsidRPr="008756CC" w14:paraId="2ED7D523"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DA84D1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Moss Vale</w:t>
            </w:r>
          </w:p>
        </w:tc>
        <w:tc>
          <w:tcPr>
            <w:tcW w:w="2186" w:type="dxa"/>
            <w:tcBorders>
              <w:top w:val="nil"/>
              <w:left w:val="nil"/>
              <w:bottom w:val="single" w:sz="4" w:space="0" w:color="auto"/>
              <w:right w:val="single" w:sz="4" w:space="0" w:color="auto"/>
            </w:tcBorders>
            <w:noWrap/>
            <w:vAlign w:val="bottom"/>
            <w:hideMark/>
          </w:tcPr>
          <w:p w14:paraId="7CA1E309"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Taree</w:t>
            </w:r>
            <w:proofErr w:type="spellEnd"/>
          </w:p>
        </w:tc>
        <w:tc>
          <w:tcPr>
            <w:tcW w:w="1800" w:type="dxa"/>
            <w:tcBorders>
              <w:top w:val="nil"/>
              <w:left w:val="nil"/>
              <w:bottom w:val="single" w:sz="4" w:space="0" w:color="auto"/>
              <w:right w:val="single" w:sz="4" w:space="0" w:color="auto"/>
            </w:tcBorders>
            <w:noWrap/>
            <w:vAlign w:val="bottom"/>
            <w:hideMark/>
          </w:tcPr>
          <w:p w14:paraId="698FCA4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Innisfail</w:t>
            </w:r>
          </w:p>
        </w:tc>
        <w:tc>
          <w:tcPr>
            <w:tcW w:w="2157" w:type="dxa"/>
            <w:tcBorders>
              <w:top w:val="nil"/>
              <w:left w:val="nil"/>
              <w:bottom w:val="single" w:sz="4" w:space="0" w:color="auto"/>
              <w:right w:val="single" w:sz="4" w:space="0" w:color="auto"/>
            </w:tcBorders>
            <w:noWrap/>
            <w:vAlign w:val="bottom"/>
            <w:hideMark/>
          </w:tcPr>
          <w:p w14:paraId="4C4EEE5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Bannockburn</w:t>
            </w:r>
          </w:p>
        </w:tc>
        <w:tc>
          <w:tcPr>
            <w:tcW w:w="2348" w:type="dxa"/>
            <w:tcBorders>
              <w:top w:val="nil"/>
              <w:left w:val="nil"/>
              <w:bottom w:val="single" w:sz="4" w:space="0" w:color="auto"/>
              <w:right w:val="single" w:sz="4" w:space="0" w:color="auto"/>
            </w:tcBorders>
            <w:noWrap/>
            <w:vAlign w:val="bottom"/>
            <w:hideMark/>
          </w:tcPr>
          <w:p w14:paraId="0B1B3BF5"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Aveley</w:t>
            </w:r>
            <w:proofErr w:type="spellEnd"/>
          </w:p>
        </w:tc>
      </w:tr>
      <w:tr w:rsidR="008756CC" w:rsidRPr="008756CC" w14:paraId="3DCEAC4D"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29185CD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Ingleburn</w:t>
            </w:r>
          </w:p>
        </w:tc>
        <w:tc>
          <w:tcPr>
            <w:tcW w:w="2186" w:type="dxa"/>
            <w:tcBorders>
              <w:top w:val="nil"/>
              <w:left w:val="nil"/>
              <w:bottom w:val="single" w:sz="4" w:space="0" w:color="auto"/>
              <w:right w:val="single" w:sz="4" w:space="0" w:color="auto"/>
            </w:tcBorders>
            <w:noWrap/>
            <w:vAlign w:val="bottom"/>
            <w:hideMark/>
          </w:tcPr>
          <w:p w14:paraId="26AF1FC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Miranda</w:t>
            </w:r>
          </w:p>
        </w:tc>
        <w:tc>
          <w:tcPr>
            <w:tcW w:w="1800" w:type="dxa"/>
            <w:tcBorders>
              <w:top w:val="nil"/>
              <w:left w:val="nil"/>
              <w:bottom w:val="single" w:sz="4" w:space="0" w:color="auto"/>
              <w:right w:val="single" w:sz="4" w:space="0" w:color="auto"/>
            </w:tcBorders>
            <w:noWrap/>
            <w:vAlign w:val="bottom"/>
            <w:hideMark/>
          </w:tcPr>
          <w:p w14:paraId="2763673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Mackay</w:t>
            </w:r>
          </w:p>
        </w:tc>
        <w:tc>
          <w:tcPr>
            <w:tcW w:w="2157" w:type="dxa"/>
            <w:tcBorders>
              <w:top w:val="nil"/>
              <w:left w:val="nil"/>
              <w:bottom w:val="single" w:sz="4" w:space="0" w:color="auto"/>
              <w:right w:val="single" w:sz="4" w:space="0" w:color="auto"/>
            </w:tcBorders>
            <w:noWrap/>
            <w:vAlign w:val="bottom"/>
            <w:hideMark/>
          </w:tcPr>
          <w:p w14:paraId="2B7C8DB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Epsom</w:t>
            </w:r>
          </w:p>
        </w:tc>
        <w:tc>
          <w:tcPr>
            <w:tcW w:w="2348" w:type="dxa"/>
            <w:tcBorders>
              <w:top w:val="nil"/>
              <w:left w:val="nil"/>
              <w:bottom w:val="single" w:sz="4" w:space="0" w:color="auto"/>
              <w:right w:val="single" w:sz="4" w:space="0" w:color="auto"/>
            </w:tcBorders>
            <w:noWrap/>
            <w:vAlign w:val="bottom"/>
            <w:hideMark/>
          </w:tcPr>
          <w:p w14:paraId="6455774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Maddington West</w:t>
            </w:r>
          </w:p>
        </w:tc>
      </w:tr>
      <w:tr w:rsidR="008756CC" w:rsidRPr="008756CC" w14:paraId="62B3863B"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CB4CBF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Windsor</w:t>
            </w:r>
          </w:p>
        </w:tc>
        <w:tc>
          <w:tcPr>
            <w:tcW w:w="2186" w:type="dxa"/>
            <w:tcBorders>
              <w:top w:val="nil"/>
              <w:left w:val="nil"/>
              <w:bottom w:val="single" w:sz="4" w:space="0" w:color="auto"/>
              <w:right w:val="single" w:sz="4" w:space="0" w:color="auto"/>
            </w:tcBorders>
            <w:noWrap/>
            <w:vAlign w:val="bottom"/>
            <w:hideMark/>
          </w:tcPr>
          <w:p w14:paraId="7F014281"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Umina</w:t>
            </w:r>
            <w:proofErr w:type="spellEnd"/>
          </w:p>
        </w:tc>
        <w:tc>
          <w:tcPr>
            <w:tcW w:w="1800" w:type="dxa"/>
            <w:tcBorders>
              <w:top w:val="nil"/>
              <w:left w:val="nil"/>
              <w:bottom w:val="single" w:sz="4" w:space="0" w:color="auto"/>
              <w:right w:val="single" w:sz="4" w:space="0" w:color="auto"/>
            </w:tcBorders>
            <w:noWrap/>
            <w:vAlign w:val="bottom"/>
            <w:hideMark/>
          </w:tcPr>
          <w:p w14:paraId="6E613A28"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Stanthorpe</w:t>
            </w:r>
            <w:proofErr w:type="spellEnd"/>
          </w:p>
        </w:tc>
        <w:tc>
          <w:tcPr>
            <w:tcW w:w="2157" w:type="dxa"/>
            <w:tcBorders>
              <w:top w:val="nil"/>
              <w:left w:val="nil"/>
              <w:bottom w:val="single" w:sz="4" w:space="0" w:color="auto"/>
              <w:right w:val="single" w:sz="4" w:space="0" w:color="auto"/>
            </w:tcBorders>
            <w:noWrap/>
            <w:vAlign w:val="bottom"/>
            <w:hideMark/>
          </w:tcPr>
          <w:p w14:paraId="230114E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Doncaster East</w:t>
            </w:r>
          </w:p>
        </w:tc>
        <w:tc>
          <w:tcPr>
            <w:tcW w:w="2348" w:type="dxa"/>
            <w:tcBorders>
              <w:top w:val="nil"/>
              <w:left w:val="nil"/>
              <w:bottom w:val="single" w:sz="4" w:space="0" w:color="auto"/>
              <w:right w:val="single" w:sz="4" w:space="0" w:color="auto"/>
            </w:tcBorders>
            <w:noWrap/>
            <w:vAlign w:val="bottom"/>
            <w:hideMark/>
          </w:tcPr>
          <w:p w14:paraId="7B8CC6CC"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Warnbro</w:t>
            </w:r>
            <w:proofErr w:type="spellEnd"/>
          </w:p>
        </w:tc>
      </w:tr>
      <w:tr w:rsidR="008756CC" w:rsidRPr="008756CC" w14:paraId="1D5F6213"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C3164A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Islington</w:t>
            </w:r>
          </w:p>
        </w:tc>
        <w:tc>
          <w:tcPr>
            <w:tcW w:w="2186" w:type="dxa"/>
            <w:tcBorders>
              <w:top w:val="nil"/>
              <w:left w:val="nil"/>
              <w:bottom w:val="single" w:sz="4" w:space="0" w:color="auto"/>
              <w:right w:val="single" w:sz="4" w:space="0" w:color="auto"/>
            </w:tcBorders>
            <w:noWrap/>
            <w:vAlign w:val="bottom"/>
            <w:hideMark/>
          </w:tcPr>
          <w:p w14:paraId="2DEFC8C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Banksia</w:t>
            </w:r>
          </w:p>
        </w:tc>
        <w:tc>
          <w:tcPr>
            <w:tcW w:w="1800" w:type="dxa"/>
            <w:tcBorders>
              <w:top w:val="nil"/>
              <w:left w:val="nil"/>
              <w:bottom w:val="single" w:sz="4" w:space="0" w:color="auto"/>
              <w:right w:val="single" w:sz="4" w:space="0" w:color="auto"/>
            </w:tcBorders>
            <w:noWrap/>
            <w:vAlign w:val="bottom"/>
            <w:hideMark/>
          </w:tcPr>
          <w:p w14:paraId="62F6D0F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Harristown</w:t>
            </w:r>
          </w:p>
        </w:tc>
        <w:tc>
          <w:tcPr>
            <w:tcW w:w="2157" w:type="dxa"/>
            <w:tcBorders>
              <w:top w:val="nil"/>
              <w:left w:val="nil"/>
              <w:bottom w:val="single" w:sz="4" w:space="0" w:color="auto"/>
              <w:right w:val="single" w:sz="4" w:space="0" w:color="auto"/>
            </w:tcBorders>
            <w:noWrap/>
            <w:vAlign w:val="bottom"/>
            <w:hideMark/>
          </w:tcPr>
          <w:p w14:paraId="31BB569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Bulleen</w:t>
            </w:r>
          </w:p>
        </w:tc>
        <w:tc>
          <w:tcPr>
            <w:tcW w:w="2348" w:type="dxa"/>
            <w:tcBorders>
              <w:top w:val="nil"/>
              <w:left w:val="nil"/>
              <w:bottom w:val="single" w:sz="4" w:space="0" w:color="auto"/>
              <w:right w:val="single" w:sz="4" w:space="0" w:color="auto"/>
            </w:tcBorders>
            <w:noWrap/>
            <w:vAlign w:val="bottom"/>
            <w:hideMark/>
          </w:tcPr>
          <w:p w14:paraId="7AF4D36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Carnarvon</w:t>
            </w:r>
          </w:p>
        </w:tc>
      </w:tr>
      <w:tr w:rsidR="008756CC" w:rsidRPr="008756CC" w14:paraId="7F1D6F87"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F42415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Seven Hills North</w:t>
            </w:r>
          </w:p>
        </w:tc>
        <w:tc>
          <w:tcPr>
            <w:tcW w:w="2186" w:type="dxa"/>
            <w:tcBorders>
              <w:top w:val="nil"/>
              <w:left w:val="nil"/>
              <w:bottom w:val="single" w:sz="4" w:space="0" w:color="auto"/>
              <w:right w:val="single" w:sz="4" w:space="0" w:color="auto"/>
            </w:tcBorders>
            <w:noWrap/>
            <w:vAlign w:val="bottom"/>
            <w:hideMark/>
          </w:tcPr>
          <w:p w14:paraId="5BD1FA5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Chatswood East</w:t>
            </w:r>
          </w:p>
        </w:tc>
        <w:tc>
          <w:tcPr>
            <w:tcW w:w="1800" w:type="dxa"/>
            <w:tcBorders>
              <w:top w:val="nil"/>
              <w:left w:val="nil"/>
              <w:bottom w:val="single" w:sz="4" w:space="0" w:color="auto"/>
              <w:right w:val="single" w:sz="4" w:space="0" w:color="auto"/>
            </w:tcBorders>
            <w:noWrap/>
            <w:vAlign w:val="bottom"/>
            <w:hideMark/>
          </w:tcPr>
          <w:p w14:paraId="217E34D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Casino</w:t>
            </w:r>
          </w:p>
        </w:tc>
        <w:tc>
          <w:tcPr>
            <w:tcW w:w="2157" w:type="dxa"/>
            <w:tcBorders>
              <w:top w:val="nil"/>
              <w:left w:val="nil"/>
              <w:bottom w:val="single" w:sz="4" w:space="0" w:color="auto"/>
              <w:right w:val="single" w:sz="4" w:space="0" w:color="auto"/>
            </w:tcBorders>
            <w:noWrap/>
            <w:vAlign w:val="bottom"/>
            <w:hideMark/>
          </w:tcPr>
          <w:p w14:paraId="01BD4C3C"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Morwell</w:t>
            </w:r>
            <w:proofErr w:type="spellEnd"/>
          </w:p>
        </w:tc>
        <w:tc>
          <w:tcPr>
            <w:tcW w:w="2348" w:type="dxa"/>
            <w:tcBorders>
              <w:top w:val="nil"/>
              <w:left w:val="nil"/>
              <w:bottom w:val="single" w:sz="4" w:space="0" w:color="auto"/>
              <w:right w:val="single" w:sz="4" w:space="0" w:color="auto"/>
            </w:tcBorders>
            <w:noWrap/>
            <w:vAlign w:val="bottom"/>
            <w:hideMark/>
          </w:tcPr>
          <w:p w14:paraId="56225B82"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Manjimup</w:t>
            </w:r>
            <w:proofErr w:type="spellEnd"/>
          </w:p>
        </w:tc>
      </w:tr>
      <w:tr w:rsidR="008756CC" w:rsidRPr="008756CC" w14:paraId="6F1F608D"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274C951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Macquarie Fields</w:t>
            </w:r>
          </w:p>
        </w:tc>
        <w:tc>
          <w:tcPr>
            <w:tcW w:w="2186" w:type="dxa"/>
            <w:tcBorders>
              <w:top w:val="nil"/>
              <w:left w:val="nil"/>
              <w:bottom w:val="single" w:sz="4" w:space="0" w:color="auto"/>
              <w:right w:val="single" w:sz="4" w:space="0" w:color="auto"/>
            </w:tcBorders>
            <w:noWrap/>
            <w:vAlign w:val="bottom"/>
            <w:hideMark/>
          </w:tcPr>
          <w:p w14:paraId="3FFF6CF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Redfern</w:t>
            </w:r>
          </w:p>
        </w:tc>
        <w:tc>
          <w:tcPr>
            <w:tcW w:w="1800" w:type="dxa"/>
            <w:tcBorders>
              <w:top w:val="nil"/>
              <w:left w:val="nil"/>
              <w:bottom w:val="single" w:sz="4" w:space="0" w:color="auto"/>
              <w:right w:val="single" w:sz="4" w:space="0" w:color="auto"/>
            </w:tcBorders>
            <w:noWrap/>
            <w:vAlign w:val="bottom"/>
            <w:hideMark/>
          </w:tcPr>
          <w:p w14:paraId="4503232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Maryborough</w:t>
            </w:r>
          </w:p>
        </w:tc>
        <w:tc>
          <w:tcPr>
            <w:tcW w:w="2157" w:type="dxa"/>
            <w:tcBorders>
              <w:top w:val="nil"/>
              <w:left w:val="nil"/>
              <w:bottom w:val="single" w:sz="4" w:space="0" w:color="auto"/>
              <w:right w:val="single" w:sz="4" w:space="0" w:color="auto"/>
            </w:tcBorders>
            <w:noWrap/>
            <w:vAlign w:val="bottom"/>
            <w:hideMark/>
          </w:tcPr>
          <w:p w14:paraId="24679111"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Murrumbeena</w:t>
            </w:r>
            <w:proofErr w:type="spellEnd"/>
          </w:p>
        </w:tc>
        <w:tc>
          <w:tcPr>
            <w:tcW w:w="2348" w:type="dxa"/>
            <w:tcBorders>
              <w:top w:val="nil"/>
              <w:left w:val="nil"/>
              <w:bottom w:val="single" w:sz="4" w:space="0" w:color="auto"/>
              <w:right w:val="single" w:sz="4" w:space="0" w:color="auto"/>
            </w:tcBorders>
            <w:noWrap/>
            <w:vAlign w:val="bottom"/>
            <w:hideMark/>
          </w:tcPr>
          <w:p w14:paraId="3434F81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Mandurah</w:t>
            </w:r>
          </w:p>
        </w:tc>
      </w:tr>
      <w:tr w:rsidR="008756CC" w:rsidRPr="008756CC" w14:paraId="736F2813"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21C7F04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Bomaderry</w:t>
            </w:r>
          </w:p>
        </w:tc>
        <w:tc>
          <w:tcPr>
            <w:tcW w:w="2186" w:type="dxa"/>
            <w:tcBorders>
              <w:top w:val="nil"/>
              <w:left w:val="nil"/>
              <w:bottom w:val="single" w:sz="4" w:space="0" w:color="auto"/>
              <w:right w:val="single" w:sz="4" w:space="0" w:color="auto"/>
            </w:tcBorders>
            <w:noWrap/>
            <w:vAlign w:val="bottom"/>
            <w:hideMark/>
          </w:tcPr>
          <w:p w14:paraId="0E59420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Brookvale</w:t>
            </w:r>
          </w:p>
        </w:tc>
        <w:tc>
          <w:tcPr>
            <w:tcW w:w="1800" w:type="dxa"/>
            <w:tcBorders>
              <w:top w:val="nil"/>
              <w:left w:val="nil"/>
              <w:bottom w:val="single" w:sz="4" w:space="0" w:color="auto"/>
              <w:right w:val="single" w:sz="4" w:space="0" w:color="auto"/>
            </w:tcBorders>
            <w:noWrap/>
            <w:vAlign w:val="bottom"/>
            <w:hideMark/>
          </w:tcPr>
          <w:p w14:paraId="11472B3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Marian</w:t>
            </w:r>
          </w:p>
        </w:tc>
        <w:tc>
          <w:tcPr>
            <w:tcW w:w="2157" w:type="dxa"/>
            <w:tcBorders>
              <w:top w:val="nil"/>
              <w:left w:val="nil"/>
              <w:bottom w:val="single" w:sz="4" w:space="0" w:color="auto"/>
              <w:right w:val="single" w:sz="4" w:space="0" w:color="auto"/>
            </w:tcBorders>
            <w:noWrap/>
            <w:vAlign w:val="bottom"/>
            <w:hideMark/>
          </w:tcPr>
          <w:p w14:paraId="7252801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Taylors Hill</w:t>
            </w:r>
          </w:p>
        </w:tc>
        <w:tc>
          <w:tcPr>
            <w:tcW w:w="2348" w:type="dxa"/>
            <w:tcBorders>
              <w:top w:val="nil"/>
              <w:left w:val="nil"/>
              <w:bottom w:val="single" w:sz="4" w:space="0" w:color="auto"/>
              <w:right w:val="single" w:sz="4" w:space="0" w:color="auto"/>
            </w:tcBorders>
            <w:noWrap/>
            <w:vAlign w:val="bottom"/>
            <w:hideMark/>
          </w:tcPr>
          <w:p w14:paraId="62084C9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Geraldton</w:t>
            </w:r>
          </w:p>
        </w:tc>
      </w:tr>
      <w:tr w:rsidR="008756CC" w:rsidRPr="008756CC" w14:paraId="6EA99212"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A615E56"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Tuggerah</w:t>
            </w:r>
            <w:proofErr w:type="spellEnd"/>
            <w:r w:rsidRPr="0025601D">
              <w:rPr>
                <w:rFonts w:ascii="Calibri" w:hAnsi="Calibri"/>
                <w:color w:val="000000"/>
                <w:lang w:val="en-PH"/>
              </w:rPr>
              <w:t xml:space="preserve"> North</w:t>
            </w:r>
          </w:p>
        </w:tc>
        <w:tc>
          <w:tcPr>
            <w:tcW w:w="2186" w:type="dxa"/>
            <w:tcBorders>
              <w:top w:val="nil"/>
              <w:left w:val="nil"/>
              <w:bottom w:val="single" w:sz="4" w:space="0" w:color="auto"/>
              <w:right w:val="single" w:sz="4" w:space="0" w:color="auto"/>
            </w:tcBorders>
            <w:noWrap/>
            <w:vAlign w:val="bottom"/>
            <w:hideMark/>
          </w:tcPr>
          <w:p w14:paraId="546CBF6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Turramurra</w:t>
            </w:r>
            <w:proofErr w:type="spellEnd"/>
          </w:p>
        </w:tc>
        <w:tc>
          <w:tcPr>
            <w:tcW w:w="1800" w:type="dxa"/>
            <w:tcBorders>
              <w:top w:val="nil"/>
              <w:left w:val="nil"/>
              <w:bottom w:val="single" w:sz="4" w:space="0" w:color="auto"/>
              <w:right w:val="single" w:sz="4" w:space="0" w:color="auto"/>
            </w:tcBorders>
            <w:noWrap/>
            <w:vAlign w:val="bottom"/>
            <w:hideMark/>
          </w:tcPr>
          <w:p w14:paraId="6AF82BD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Gladstone</w:t>
            </w:r>
          </w:p>
        </w:tc>
        <w:tc>
          <w:tcPr>
            <w:tcW w:w="2157" w:type="dxa"/>
            <w:tcBorders>
              <w:top w:val="nil"/>
              <w:left w:val="nil"/>
              <w:bottom w:val="single" w:sz="4" w:space="0" w:color="auto"/>
              <w:right w:val="single" w:sz="4" w:space="0" w:color="auto"/>
            </w:tcBorders>
            <w:noWrap/>
            <w:vAlign w:val="bottom"/>
            <w:hideMark/>
          </w:tcPr>
          <w:p w14:paraId="4DB7756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Hastings</w:t>
            </w:r>
          </w:p>
        </w:tc>
        <w:tc>
          <w:tcPr>
            <w:tcW w:w="2348" w:type="dxa"/>
            <w:tcBorders>
              <w:top w:val="nil"/>
              <w:left w:val="nil"/>
              <w:bottom w:val="single" w:sz="4" w:space="0" w:color="auto"/>
              <w:right w:val="single" w:sz="4" w:space="0" w:color="auto"/>
            </w:tcBorders>
            <w:noWrap/>
            <w:vAlign w:val="bottom"/>
            <w:hideMark/>
          </w:tcPr>
          <w:p w14:paraId="121FF29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Dianella</w:t>
            </w:r>
          </w:p>
        </w:tc>
      </w:tr>
      <w:tr w:rsidR="008756CC" w:rsidRPr="008756CC" w14:paraId="21D4B306"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A559DD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Kelso</w:t>
            </w:r>
          </w:p>
        </w:tc>
        <w:tc>
          <w:tcPr>
            <w:tcW w:w="2186" w:type="dxa"/>
            <w:tcBorders>
              <w:top w:val="nil"/>
              <w:left w:val="nil"/>
              <w:bottom w:val="single" w:sz="4" w:space="0" w:color="auto"/>
              <w:right w:val="single" w:sz="4" w:space="0" w:color="auto"/>
            </w:tcBorders>
            <w:noWrap/>
            <w:vAlign w:val="bottom"/>
            <w:hideMark/>
          </w:tcPr>
          <w:p w14:paraId="41964C0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Newport</w:t>
            </w:r>
          </w:p>
        </w:tc>
        <w:tc>
          <w:tcPr>
            <w:tcW w:w="1800" w:type="dxa"/>
            <w:tcBorders>
              <w:top w:val="nil"/>
              <w:left w:val="nil"/>
              <w:bottom w:val="single" w:sz="4" w:space="0" w:color="auto"/>
              <w:right w:val="single" w:sz="4" w:space="0" w:color="auto"/>
            </w:tcBorders>
            <w:noWrap/>
            <w:vAlign w:val="bottom"/>
            <w:hideMark/>
          </w:tcPr>
          <w:p w14:paraId="3DF0790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Allenstown</w:t>
            </w:r>
          </w:p>
        </w:tc>
        <w:tc>
          <w:tcPr>
            <w:tcW w:w="2157" w:type="dxa"/>
            <w:tcBorders>
              <w:top w:val="nil"/>
              <w:left w:val="nil"/>
              <w:bottom w:val="single" w:sz="4" w:space="0" w:color="auto"/>
              <w:right w:val="single" w:sz="4" w:space="0" w:color="auto"/>
            </w:tcBorders>
            <w:noWrap/>
            <w:vAlign w:val="bottom"/>
            <w:hideMark/>
          </w:tcPr>
          <w:p w14:paraId="4D60918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Altona Meadows</w:t>
            </w:r>
          </w:p>
        </w:tc>
        <w:tc>
          <w:tcPr>
            <w:tcW w:w="2348" w:type="dxa"/>
            <w:tcBorders>
              <w:top w:val="nil"/>
              <w:left w:val="nil"/>
              <w:bottom w:val="single" w:sz="4" w:space="0" w:color="auto"/>
              <w:right w:val="single" w:sz="4" w:space="0" w:color="auto"/>
            </w:tcBorders>
            <w:noWrap/>
            <w:vAlign w:val="bottom"/>
            <w:hideMark/>
          </w:tcPr>
          <w:p w14:paraId="0CBBF5E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Ellenbrook</w:t>
            </w:r>
          </w:p>
        </w:tc>
      </w:tr>
      <w:tr w:rsidR="008756CC" w:rsidRPr="008756CC" w14:paraId="7C433C0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7E4B17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Strathfield</w:t>
            </w:r>
          </w:p>
        </w:tc>
        <w:tc>
          <w:tcPr>
            <w:tcW w:w="2186" w:type="dxa"/>
            <w:tcBorders>
              <w:top w:val="nil"/>
              <w:left w:val="nil"/>
              <w:bottom w:val="single" w:sz="4" w:space="0" w:color="auto"/>
              <w:right w:val="single" w:sz="4" w:space="0" w:color="auto"/>
            </w:tcBorders>
            <w:noWrap/>
            <w:vAlign w:val="bottom"/>
            <w:hideMark/>
          </w:tcPr>
          <w:p w14:paraId="1B7801B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Gloucester</w:t>
            </w:r>
          </w:p>
        </w:tc>
        <w:tc>
          <w:tcPr>
            <w:tcW w:w="1800" w:type="dxa"/>
            <w:tcBorders>
              <w:top w:val="nil"/>
              <w:left w:val="nil"/>
              <w:bottom w:val="single" w:sz="4" w:space="0" w:color="auto"/>
              <w:right w:val="single" w:sz="4" w:space="0" w:color="auto"/>
            </w:tcBorders>
            <w:noWrap/>
            <w:vAlign w:val="bottom"/>
            <w:hideMark/>
          </w:tcPr>
          <w:p w14:paraId="65E7607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Mt Isa</w:t>
            </w:r>
          </w:p>
        </w:tc>
        <w:tc>
          <w:tcPr>
            <w:tcW w:w="2157" w:type="dxa"/>
            <w:tcBorders>
              <w:top w:val="nil"/>
              <w:left w:val="nil"/>
              <w:bottom w:val="single" w:sz="4" w:space="0" w:color="auto"/>
              <w:right w:val="single" w:sz="4" w:space="0" w:color="auto"/>
            </w:tcBorders>
            <w:noWrap/>
            <w:vAlign w:val="bottom"/>
            <w:hideMark/>
          </w:tcPr>
          <w:p w14:paraId="786B8C0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Bayswater North</w:t>
            </w:r>
          </w:p>
        </w:tc>
        <w:tc>
          <w:tcPr>
            <w:tcW w:w="2348" w:type="dxa"/>
            <w:tcBorders>
              <w:top w:val="nil"/>
              <w:left w:val="nil"/>
              <w:bottom w:val="single" w:sz="4" w:space="0" w:color="auto"/>
              <w:right w:val="single" w:sz="4" w:space="0" w:color="auto"/>
            </w:tcBorders>
            <w:noWrap/>
            <w:vAlign w:val="bottom"/>
            <w:hideMark/>
          </w:tcPr>
          <w:p w14:paraId="50E8564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Djugun</w:t>
            </w:r>
            <w:proofErr w:type="spellEnd"/>
          </w:p>
        </w:tc>
      </w:tr>
      <w:tr w:rsidR="008756CC" w:rsidRPr="008756CC" w14:paraId="2AE383CF"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A63E9D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Wellington</w:t>
            </w:r>
          </w:p>
        </w:tc>
        <w:tc>
          <w:tcPr>
            <w:tcW w:w="2186" w:type="dxa"/>
            <w:tcBorders>
              <w:top w:val="nil"/>
              <w:left w:val="nil"/>
              <w:bottom w:val="single" w:sz="4" w:space="0" w:color="auto"/>
              <w:right w:val="single" w:sz="4" w:space="0" w:color="auto"/>
            </w:tcBorders>
            <w:noWrap/>
            <w:vAlign w:val="bottom"/>
            <w:hideMark/>
          </w:tcPr>
          <w:p w14:paraId="260F71A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Dural</w:t>
            </w:r>
          </w:p>
        </w:tc>
        <w:tc>
          <w:tcPr>
            <w:tcW w:w="1800" w:type="dxa"/>
            <w:tcBorders>
              <w:top w:val="nil"/>
              <w:left w:val="nil"/>
              <w:bottom w:val="single" w:sz="4" w:space="0" w:color="auto"/>
              <w:right w:val="single" w:sz="4" w:space="0" w:color="auto"/>
            </w:tcBorders>
            <w:noWrap/>
            <w:vAlign w:val="bottom"/>
            <w:hideMark/>
          </w:tcPr>
          <w:p w14:paraId="3988714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Meadowbrook</w:t>
            </w:r>
          </w:p>
        </w:tc>
        <w:tc>
          <w:tcPr>
            <w:tcW w:w="2157" w:type="dxa"/>
            <w:tcBorders>
              <w:top w:val="nil"/>
              <w:left w:val="nil"/>
              <w:bottom w:val="single" w:sz="4" w:space="0" w:color="auto"/>
              <w:right w:val="single" w:sz="4" w:space="0" w:color="auto"/>
            </w:tcBorders>
            <w:noWrap/>
            <w:vAlign w:val="bottom"/>
            <w:hideMark/>
          </w:tcPr>
          <w:p w14:paraId="426FA26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Braeside</w:t>
            </w:r>
          </w:p>
        </w:tc>
        <w:tc>
          <w:tcPr>
            <w:tcW w:w="2348" w:type="dxa"/>
            <w:tcBorders>
              <w:top w:val="nil"/>
              <w:left w:val="nil"/>
              <w:bottom w:val="single" w:sz="4" w:space="0" w:color="auto"/>
              <w:right w:val="single" w:sz="4" w:space="0" w:color="auto"/>
            </w:tcBorders>
            <w:noWrap/>
            <w:vAlign w:val="bottom"/>
            <w:hideMark/>
          </w:tcPr>
          <w:p w14:paraId="4FB6979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Canning Vale</w:t>
            </w:r>
          </w:p>
        </w:tc>
      </w:tr>
      <w:tr w:rsidR="008756CC" w:rsidRPr="008756CC" w14:paraId="2926C59B"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54455E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Cardiff</w:t>
            </w:r>
          </w:p>
        </w:tc>
        <w:tc>
          <w:tcPr>
            <w:tcW w:w="2186" w:type="dxa"/>
            <w:tcBorders>
              <w:top w:val="nil"/>
              <w:left w:val="nil"/>
              <w:bottom w:val="single" w:sz="4" w:space="0" w:color="auto"/>
              <w:right w:val="single" w:sz="4" w:space="0" w:color="auto"/>
            </w:tcBorders>
            <w:noWrap/>
            <w:vAlign w:val="bottom"/>
            <w:hideMark/>
          </w:tcPr>
          <w:p w14:paraId="59A006C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Bateau Bay</w:t>
            </w:r>
          </w:p>
        </w:tc>
        <w:tc>
          <w:tcPr>
            <w:tcW w:w="1800" w:type="dxa"/>
            <w:tcBorders>
              <w:top w:val="nil"/>
              <w:left w:val="nil"/>
              <w:bottom w:val="single" w:sz="4" w:space="0" w:color="auto"/>
              <w:right w:val="single" w:sz="4" w:space="0" w:color="auto"/>
            </w:tcBorders>
            <w:noWrap/>
            <w:vAlign w:val="bottom"/>
            <w:hideMark/>
          </w:tcPr>
          <w:p w14:paraId="6B3129B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Gympie</w:t>
            </w:r>
          </w:p>
        </w:tc>
        <w:tc>
          <w:tcPr>
            <w:tcW w:w="2157" w:type="dxa"/>
            <w:tcBorders>
              <w:top w:val="nil"/>
              <w:left w:val="nil"/>
              <w:bottom w:val="single" w:sz="4" w:space="0" w:color="auto"/>
              <w:right w:val="single" w:sz="4" w:space="0" w:color="auto"/>
            </w:tcBorders>
            <w:noWrap/>
            <w:vAlign w:val="bottom"/>
            <w:hideMark/>
          </w:tcPr>
          <w:p w14:paraId="5819D2A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Coburg</w:t>
            </w:r>
          </w:p>
        </w:tc>
        <w:tc>
          <w:tcPr>
            <w:tcW w:w="2348" w:type="dxa"/>
            <w:tcBorders>
              <w:top w:val="nil"/>
              <w:left w:val="nil"/>
              <w:bottom w:val="single" w:sz="4" w:space="0" w:color="auto"/>
              <w:right w:val="single" w:sz="4" w:space="0" w:color="auto"/>
            </w:tcBorders>
            <w:noWrap/>
            <w:vAlign w:val="bottom"/>
            <w:hideMark/>
          </w:tcPr>
          <w:p w14:paraId="71B4337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South Lake</w:t>
            </w:r>
          </w:p>
        </w:tc>
      </w:tr>
      <w:tr w:rsidR="008756CC" w:rsidRPr="008756CC" w14:paraId="6411CDF9"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F77847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Narellan</w:t>
            </w:r>
            <w:proofErr w:type="spellEnd"/>
          </w:p>
        </w:tc>
        <w:tc>
          <w:tcPr>
            <w:tcW w:w="2186" w:type="dxa"/>
            <w:tcBorders>
              <w:top w:val="nil"/>
              <w:left w:val="nil"/>
              <w:bottom w:val="single" w:sz="4" w:space="0" w:color="auto"/>
              <w:right w:val="single" w:sz="4" w:space="0" w:color="auto"/>
            </w:tcBorders>
            <w:noWrap/>
            <w:vAlign w:val="bottom"/>
            <w:hideMark/>
          </w:tcPr>
          <w:p w14:paraId="37222CD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Lithgow</w:t>
            </w:r>
          </w:p>
        </w:tc>
        <w:tc>
          <w:tcPr>
            <w:tcW w:w="1800" w:type="dxa"/>
            <w:tcBorders>
              <w:top w:val="nil"/>
              <w:left w:val="nil"/>
              <w:bottom w:val="single" w:sz="4" w:space="0" w:color="auto"/>
              <w:right w:val="single" w:sz="4" w:space="0" w:color="auto"/>
            </w:tcBorders>
            <w:noWrap/>
            <w:vAlign w:val="bottom"/>
            <w:hideMark/>
          </w:tcPr>
          <w:p w14:paraId="351FED6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Ormeau</w:t>
            </w:r>
          </w:p>
        </w:tc>
        <w:tc>
          <w:tcPr>
            <w:tcW w:w="2157" w:type="dxa"/>
            <w:tcBorders>
              <w:top w:val="nil"/>
              <w:left w:val="nil"/>
              <w:bottom w:val="single" w:sz="4" w:space="0" w:color="auto"/>
              <w:right w:val="single" w:sz="4" w:space="0" w:color="auto"/>
            </w:tcBorders>
            <w:noWrap/>
            <w:vAlign w:val="bottom"/>
            <w:hideMark/>
          </w:tcPr>
          <w:p w14:paraId="24E28CF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Eltham</w:t>
            </w:r>
          </w:p>
        </w:tc>
        <w:tc>
          <w:tcPr>
            <w:tcW w:w="2348" w:type="dxa"/>
            <w:tcBorders>
              <w:top w:val="nil"/>
              <w:left w:val="nil"/>
              <w:bottom w:val="single" w:sz="4" w:space="0" w:color="auto"/>
              <w:right w:val="single" w:sz="4" w:space="0" w:color="auto"/>
            </w:tcBorders>
            <w:noWrap/>
            <w:vAlign w:val="bottom"/>
            <w:hideMark/>
          </w:tcPr>
          <w:p w14:paraId="22459FD7"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Mirrabooka</w:t>
            </w:r>
            <w:proofErr w:type="spellEnd"/>
          </w:p>
        </w:tc>
      </w:tr>
      <w:tr w:rsidR="008756CC" w:rsidRPr="008756CC" w14:paraId="31C5A584"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A17C59E"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Woolooware</w:t>
            </w:r>
            <w:proofErr w:type="spellEnd"/>
          </w:p>
        </w:tc>
        <w:tc>
          <w:tcPr>
            <w:tcW w:w="2186" w:type="dxa"/>
            <w:tcBorders>
              <w:top w:val="nil"/>
              <w:left w:val="nil"/>
              <w:bottom w:val="single" w:sz="4" w:space="0" w:color="auto"/>
              <w:right w:val="single" w:sz="4" w:space="0" w:color="auto"/>
            </w:tcBorders>
            <w:noWrap/>
            <w:vAlign w:val="bottom"/>
            <w:hideMark/>
          </w:tcPr>
          <w:p w14:paraId="1D04F10D"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Lisarow</w:t>
            </w:r>
            <w:proofErr w:type="spellEnd"/>
          </w:p>
        </w:tc>
        <w:tc>
          <w:tcPr>
            <w:tcW w:w="1800" w:type="dxa"/>
            <w:tcBorders>
              <w:top w:val="nil"/>
              <w:left w:val="nil"/>
              <w:bottom w:val="single" w:sz="4" w:space="0" w:color="auto"/>
              <w:right w:val="single" w:sz="4" w:space="0" w:color="auto"/>
            </w:tcBorders>
            <w:noWrap/>
            <w:vAlign w:val="bottom"/>
            <w:hideMark/>
          </w:tcPr>
          <w:p w14:paraId="61A0517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Range</w:t>
            </w:r>
          </w:p>
        </w:tc>
        <w:tc>
          <w:tcPr>
            <w:tcW w:w="2157" w:type="dxa"/>
            <w:tcBorders>
              <w:top w:val="nil"/>
              <w:left w:val="nil"/>
              <w:bottom w:val="single" w:sz="4" w:space="0" w:color="auto"/>
              <w:right w:val="single" w:sz="4" w:space="0" w:color="auto"/>
            </w:tcBorders>
            <w:noWrap/>
            <w:vAlign w:val="bottom"/>
            <w:hideMark/>
          </w:tcPr>
          <w:p w14:paraId="5E6248F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Frankston</w:t>
            </w:r>
          </w:p>
        </w:tc>
        <w:tc>
          <w:tcPr>
            <w:tcW w:w="2348" w:type="dxa"/>
            <w:tcBorders>
              <w:top w:val="nil"/>
              <w:left w:val="nil"/>
              <w:bottom w:val="single" w:sz="4" w:space="0" w:color="auto"/>
              <w:right w:val="single" w:sz="4" w:space="0" w:color="auto"/>
            </w:tcBorders>
            <w:noWrap/>
            <w:vAlign w:val="bottom"/>
            <w:hideMark/>
          </w:tcPr>
          <w:p w14:paraId="7B9582B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Brooks Garden</w:t>
            </w:r>
          </w:p>
        </w:tc>
      </w:tr>
      <w:tr w:rsidR="008756CC" w:rsidRPr="008756CC" w14:paraId="030D4CA6"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66B816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Blakehurst</w:t>
            </w:r>
          </w:p>
        </w:tc>
        <w:tc>
          <w:tcPr>
            <w:tcW w:w="2186" w:type="dxa"/>
            <w:tcBorders>
              <w:top w:val="nil"/>
              <w:left w:val="nil"/>
              <w:bottom w:val="single" w:sz="4" w:space="0" w:color="auto"/>
              <w:right w:val="single" w:sz="4" w:space="0" w:color="auto"/>
            </w:tcBorders>
            <w:noWrap/>
            <w:vAlign w:val="bottom"/>
            <w:hideMark/>
          </w:tcPr>
          <w:p w14:paraId="6550656B"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Fairymeadow</w:t>
            </w:r>
            <w:proofErr w:type="spellEnd"/>
          </w:p>
        </w:tc>
        <w:tc>
          <w:tcPr>
            <w:tcW w:w="1800" w:type="dxa"/>
            <w:tcBorders>
              <w:top w:val="nil"/>
              <w:left w:val="nil"/>
              <w:bottom w:val="single" w:sz="4" w:space="0" w:color="auto"/>
              <w:right w:val="single" w:sz="4" w:space="0" w:color="auto"/>
            </w:tcBorders>
            <w:noWrap/>
            <w:vAlign w:val="bottom"/>
            <w:hideMark/>
          </w:tcPr>
          <w:p w14:paraId="584FB6A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Rural View</w:t>
            </w:r>
          </w:p>
        </w:tc>
        <w:tc>
          <w:tcPr>
            <w:tcW w:w="2157" w:type="dxa"/>
            <w:tcBorders>
              <w:top w:val="nil"/>
              <w:left w:val="nil"/>
              <w:bottom w:val="single" w:sz="4" w:space="0" w:color="auto"/>
              <w:right w:val="single" w:sz="4" w:space="0" w:color="auto"/>
            </w:tcBorders>
            <w:noWrap/>
            <w:vAlign w:val="bottom"/>
            <w:hideMark/>
          </w:tcPr>
          <w:p w14:paraId="051E028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Geelong North</w:t>
            </w:r>
          </w:p>
        </w:tc>
        <w:tc>
          <w:tcPr>
            <w:tcW w:w="2348" w:type="dxa"/>
            <w:tcBorders>
              <w:top w:val="nil"/>
              <w:left w:val="nil"/>
              <w:bottom w:val="single" w:sz="4" w:space="0" w:color="auto"/>
              <w:right w:val="single" w:sz="4" w:space="0" w:color="auto"/>
            </w:tcBorders>
            <w:noWrap/>
            <w:vAlign w:val="bottom"/>
            <w:hideMark/>
          </w:tcPr>
          <w:p w14:paraId="6B53A5D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Eaton</w:t>
            </w:r>
          </w:p>
        </w:tc>
      </w:tr>
      <w:tr w:rsidR="008756CC" w:rsidRPr="008756CC" w14:paraId="7F6A6E25"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0422A6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Emu Plains</w:t>
            </w:r>
          </w:p>
        </w:tc>
        <w:tc>
          <w:tcPr>
            <w:tcW w:w="2186" w:type="dxa"/>
            <w:tcBorders>
              <w:top w:val="nil"/>
              <w:left w:val="nil"/>
              <w:bottom w:val="single" w:sz="4" w:space="0" w:color="auto"/>
              <w:right w:val="single" w:sz="4" w:space="0" w:color="auto"/>
            </w:tcBorders>
            <w:noWrap/>
            <w:vAlign w:val="bottom"/>
            <w:hideMark/>
          </w:tcPr>
          <w:p w14:paraId="7560E6A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Batemans Bay</w:t>
            </w:r>
          </w:p>
        </w:tc>
        <w:tc>
          <w:tcPr>
            <w:tcW w:w="1800" w:type="dxa"/>
            <w:tcBorders>
              <w:top w:val="nil"/>
              <w:left w:val="nil"/>
              <w:bottom w:val="single" w:sz="4" w:space="0" w:color="auto"/>
              <w:right w:val="single" w:sz="4" w:space="0" w:color="auto"/>
            </w:tcBorders>
            <w:noWrap/>
            <w:vAlign w:val="bottom"/>
            <w:hideMark/>
          </w:tcPr>
          <w:p w14:paraId="217D07C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Robina</w:t>
            </w:r>
          </w:p>
        </w:tc>
        <w:tc>
          <w:tcPr>
            <w:tcW w:w="2157" w:type="dxa"/>
            <w:tcBorders>
              <w:top w:val="nil"/>
              <w:left w:val="nil"/>
              <w:bottom w:val="single" w:sz="4" w:space="0" w:color="auto"/>
              <w:right w:val="single" w:sz="4" w:space="0" w:color="auto"/>
            </w:tcBorders>
            <w:noWrap/>
            <w:vAlign w:val="bottom"/>
            <w:hideMark/>
          </w:tcPr>
          <w:p w14:paraId="54A0543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Huntingdale</w:t>
            </w:r>
          </w:p>
        </w:tc>
        <w:tc>
          <w:tcPr>
            <w:tcW w:w="2348" w:type="dxa"/>
            <w:tcBorders>
              <w:top w:val="nil"/>
              <w:left w:val="nil"/>
              <w:bottom w:val="single" w:sz="4" w:space="0" w:color="auto"/>
              <w:right w:val="single" w:sz="4" w:space="0" w:color="auto"/>
            </w:tcBorders>
            <w:noWrap/>
            <w:vAlign w:val="bottom"/>
            <w:hideMark/>
          </w:tcPr>
          <w:p w14:paraId="25CB32D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Joondalup</w:t>
            </w:r>
          </w:p>
        </w:tc>
      </w:tr>
      <w:tr w:rsidR="008756CC" w:rsidRPr="008756CC" w14:paraId="0AF06A5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31106DF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Conder</w:t>
            </w:r>
          </w:p>
        </w:tc>
        <w:tc>
          <w:tcPr>
            <w:tcW w:w="2186" w:type="dxa"/>
            <w:tcBorders>
              <w:top w:val="nil"/>
              <w:left w:val="nil"/>
              <w:bottom w:val="single" w:sz="4" w:space="0" w:color="auto"/>
              <w:right w:val="single" w:sz="4" w:space="0" w:color="auto"/>
            </w:tcBorders>
            <w:noWrap/>
            <w:vAlign w:val="bottom"/>
            <w:hideMark/>
          </w:tcPr>
          <w:p w14:paraId="5E566AA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Hoxton Park</w:t>
            </w:r>
          </w:p>
        </w:tc>
        <w:tc>
          <w:tcPr>
            <w:tcW w:w="1800" w:type="dxa"/>
            <w:tcBorders>
              <w:top w:val="nil"/>
              <w:left w:val="nil"/>
              <w:bottom w:val="single" w:sz="4" w:space="0" w:color="auto"/>
              <w:right w:val="single" w:sz="4" w:space="0" w:color="auto"/>
            </w:tcBorders>
            <w:noWrap/>
            <w:vAlign w:val="bottom"/>
            <w:hideMark/>
          </w:tcPr>
          <w:p w14:paraId="34455F2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Karalee</w:t>
            </w:r>
          </w:p>
        </w:tc>
        <w:tc>
          <w:tcPr>
            <w:tcW w:w="2157" w:type="dxa"/>
            <w:tcBorders>
              <w:top w:val="nil"/>
              <w:left w:val="nil"/>
              <w:bottom w:val="single" w:sz="4" w:space="0" w:color="auto"/>
              <w:right w:val="single" w:sz="4" w:space="0" w:color="auto"/>
            </w:tcBorders>
            <w:noWrap/>
            <w:vAlign w:val="bottom"/>
            <w:hideMark/>
          </w:tcPr>
          <w:p w14:paraId="6461467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Keysborough</w:t>
            </w:r>
          </w:p>
        </w:tc>
        <w:tc>
          <w:tcPr>
            <w:tcW w:w="2348" w:type="dxa"/>
            <w:tcBorders>
              <w:top w:val="nil"/>
              <w:left w:val="nil"/>
              <w:bottom w:val="single" w:sz="4" w:space="0" w:color="auto"/>
              <w:right w:val="single" w:sz="4" w:space="0" w:color="auto"/>
            </w:tcBorders>
            <w:noWrap/>
            <w:vAlign w:val="bottom"/>
            <w:hideMark/>
          </w:tcPr>
          <w:p w14:paraId="02DA475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Port Kennedy</w:t>
            </w:r>
          </w:p>
        </w:tc>
      </w:tr>
      <w:tr w:rsidR="008756CC" w:rsidRPr="008756CC" w14:paraId="644DC20A"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42D58B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Glendale</w:t>
            </w:r>
          </w:p>
        </w:tc>
        <w:tc>
          <w:tcPr>
            <w:tcW w:w="2186" w:type="dxa"/>
            <w:tcBorders>
              <w:top w:val="nil"/>
              <w:left w:val="nil"/>
              <w:bottom w:val="single" w:sz="4" w:space="0" w:color="auto"/>
              <w:right w:val="single" w:sz="4" w:space="0" w:color="auto"/>
            </w:tcBorders>
            <w:noWrap/>
            <w:vAlign w:val="bottom"/>
            <w:hideMark/>
          </w:tcPr>
          <w:p w14:paraId="1AB22B29"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Marrickville</w:t>
            </w:r>
            <w:proofErr w:type="spellEnd"/>
          </w:p>
        </w:tc>
        <w:tc>
          <w:tcPr>
            <w:tcW w:w="1800" w:type="dxa"/>
            <w:tcBorders>
              <w:top w:val="nil"/>
              <w:left w:val="nil"/>
              <w:bottom w:val="single" w:sz="4" w:space="0" w:color="auto"/>
              <w:right w:val="single" w:sz="4" w:space="0" w:color="auto"/>
            </w:tcBorders>
            <w:noWrap/>
            <w:vAlign w:val="bottom"/>
            <w:hideMark/>
          </w:tcPr>
          <w:p w14:paraId="402E8CA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Bowen</w:t>
            </w:r>
          </w:p>
        </w:tc>
        <w:tc>
          <w:tcPr>
            <w:tcW w:w="2157" w:type="dxa"/>
            <w:tcBorders>
              <w:top w:val="nil"/>
              <w:left w:val="nil"/>
              <w:bottom w:val="single" w:sz="4" w:space="0" w:color="auto"/>
              <w:right w:val="single" w:sz="4" w:space="0" w:color="auto"/>
            </w:tcBorders>
            <w:noWrap/>
            <w:vAlign w:val="bottom"/>
            <w:hideMark/>
          </w:tcPr>
          <w:p w14:paraId="54D6A47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Kilsyth</w:t>
            </w:r>
          </w:p>
        </w:tc>
        <w:tc>
          <w:tcPr>
            <w:tcW w:w="2348" w:type="dxa"/>
            <w:tcBorders>
              <w:top w:val="nil"/>
              <w:left w:val="nil"/>
              <w:bottom w:val="single" w:sz="4" w:space="0" w:color="auto"/>
              <w:right w:val="single" w:sz="4" w:space="0" w:color="auto"/>
            </w:tcBorders>
            <w:noWrap/>
            <w:vAlign w:val="bottom"/>
            <w:hideMark/>
          </w:tcPr>
          <w:p w14:paraId="496FE26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Falcon</w:t>
            </w:r>
          </w:p>
        </w:tc>
      </w:tr>
      <w:tr w:rsidR="008756CC" w:rsidRPr="008756CC" w14:paraId="212426D8"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619E90E"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Queanbeyan</w:t>
            </w:r>
            <w:proofErr w:type="spellEnd"/>
          </w:p>
        </w:tc>
        <w:tc>
          <w:tcPr>
            <w:tcW w:w="2186" w:type="dxa"/>
            <w:tcBorders>
              <w:top w:val="nil"/>
              <w:left w:val="nil"/>
              <w:bottom w:val="single" w:sz="4" w:space="0" w:color="auto"/>
              <w:right w:val="single" w:sz="4" w:space="0" w:color="auto"/>
            </w:tcBorders>
            <w:noWrap/>
            <w:vAlign w:val="bottom"/>
            <w:hideMark/>
          </w:tcPr>
          <w:p w14:paraId="7B0E756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Campbelltown Mall</w:t>
            </w:r>
          </w:p>
        </w:tc>
        <w:tc>
          <w:tcPr>
            <w:tcW w:w="1800" w:type="dxa"/>
            <w:tcBorders>
              <w:top w:val="nil"/>
              <w:left w:val="nil"/>
              <w:bottom w:val="single" w:sz="4" w:space="0" w:color="auto"/>
              <w:right w:val="single" w:sz="4" w:space="0" w:color="auto"/>
            </w:tcBorders>
            <w:noWrap/>
            <w:vAlign w:val="bottom"/>
            <w:hideMark/>
          </w:tcPr>
          <w:p w14:paraId="74BA0C6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Flagstone</w:t>
            </w:r>
          </w:p>
        </w:tc>
        <w:tc>
          <w:tcPr>
            <w:tcW w:w="2157" w:type="dxa"/>
            <w:tcBorders>
              <w:top w:val="nil"/>
              <w:left w:val="nil"/>
              <w:bottom w:val="single" w:sz="4" w:space="0" w:color="auto"/>
              <w:right w:val="single" w:sz="4" w:space="0" w:color="auto"/>
            </w:tcBorders>
            <w:noWrap/>
            <w:vAlign w:val="bottom"/>
            <w:hideMark/>
          </w:tcPr>
          <w:p w14:paraId="207A1F7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Noble Park</w:t>
            </w:r>
          </w:p>
        </w:tc>
        <w:tc>
          <w:tcPr>
            <w:tcW w:w="2348" w:type="dxa"/>
            <w:tcBorders>
              <w:top w:val="nil"/>
              <w:left w:val="nil"/>
              <w:bottom w:val="single" w:sz="4" w:space="0" w:color="auto"/>
              <w:right w:val="single" w:sz="4" w:space="0" w:color="auto"/>
            </w:tcBorders>
            <w:noWrap/>
            <w:vAlign w:val="bottom"/>
            <w:hideMark/>
          </w:tcPr>
          <w:p w14:paraId="0814CDB4"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Katanning</w:t>
            </w:r>
            <w:proofErr w:type="spellEnd"/>
          </w:p>
        </w:tc>
      </w:tr>
      <w:tr w:rsidR="008756CC" w:rsidRPr="008756CC" w14:paraId="59F3F05C"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2F2E5A5"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Morisset</w:t>
            </w:r>
            <w:proofErr w:type="spellEnd"/>
          </w:p>
        </w:tc>
        <w:tc>
          <w:tcPr>
            <w:tcW w:w="2186" w:type="dxa"/>
            <w:tcBorders>
              <w:top w:val="nil"/>
              <w:left w:val="nil"/>
              <w:bottom w:val="single" w:sz="4" w:space="0" w:color="auto"/>
              <w:right w:val="single" w:sz="4" w:space="0" w:color="auto"/>
            </w:tcBorders>
            <w:noWrap/>
            <w:vAlign w:val="bottom"/>
            <w:hideMark/>
          </w:tcPr>
          <w:p w14:paraId="3B608EC2"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Peakhurst</w:t>
            </w:r>
            <w:proofErr w:type="spellEnd"/>
          </w:p>
        </w:tc>
        <w:tc>
          <w:tcPr>
            <w:tcW w:w="1800" w:type="dxa"/>
            <w:tcBorders>
              <w:top w:val="nil"/>
              <w:left w:val="nil"/>
              <w:bottom w:val="single" w:sz="4" w:space="0" w:color="auto"/>
              <w:right w:val="single" w:sz="4" w:space="0" w:color="auto"/>
            </w:tcBorders>
            <w:noWrap/>
            <w:vAlign w:val="bottom"/>
            <w:hideMark/>
          </w:tcPr>
          <w:p w14:paraId="02517B94"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Gracemere</w:t>
            </w:r>
            <w:proofErr w:type="spellEnd"/>
          </w:p>
        </w:tc>
        <w:tc>
          <w:tcPr>
            <w:tcW w:w="2157" w:type="dxa"/>
            <w:tcBorders>
              <w:top w:val="nil"/>
              <w:left w:val="nil"/>
              <w:bottom w:val="single" w:sz="4" w:space="0" w:color="auto"/>
              <w:right w:val="single" w:sz="4" w:space="0" w:color="auto"/>
            </w:tcBorders>
            <w:noWrap/>
            <w:vAlign w:val="bottom"/>
            <w:hideMark/>
          </w:tcPr>
          <w:p w14:paraId="0AFE91B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Northcote</w:t>
            </w:r>
          </w:p>
        </w:tc>
        <w:tc>
          <w:tcPr>
            <w:tcW w:w="2348" w:type="dxa"/>
            <w:tcBorders>
              <w:top w:val="nil"/>
              <w:left w:val="nil"/>
              <w:bottom w:val="single" w:sz="4" w:space="0" w:color="auto"/>
              <w:right w:val="single" w:sz="4" w:space="0" w:color="auto"/>
            </w:tcBorders>
            <w:noWrap/>
            <w:vAlign w:val="bottom"/>
            <w:hideMark/>
          </w:tcPr>
          <w:p w14:paraId="6329E99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Osborne Park</w:t>
            </w:r>
          </w:p>
        </w:tc>
      </w:tr>
      <w:tr w:rsidR="008756CC" w:rsidRPr="008756CC" w14:paraId="0699DE17"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E58DD2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Tuggeranong</w:t>
            </w:r>
          </w:p>
        </w:tc>
        <w:tc>
          <w:tcPr>
            <w:tcW w:w="2186" w:type="dxa"/>
            <w:tcBorders>
              <w:top w:val="nil"/>
              <w:left w:val="nil"/>
              <w:bottom w:val="single" w:sz="4" w:space="0" w:color="auto"/>
              <w:right w:val="single" w:sz="4" w:space="0" w:color="auto"/>
            </w:tcBorders>
            <w:noWrap/>
            <w:vAlign w:val="bottom"/>
            <w:hideMark/>
          </w:tcPr>
          <w:p w14:paraId="3228F1F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Kogarah</w:t>
            </w:r>
          </w:p>
        </w:tc>
        <w:tc>
          <w:tcPr>
            <w:tcW w:w="1800" w:type="dxa"/>
            <w:tcBorders>
              <w:top w:val="nil"/>
              <w:left w:val="nil"/>
              <w:bottom w:val="single" w:sz="4" w:space="0" w:color="auto"/>
              <w:right w:val="single" w:sz="4" w:space="0" w:color="auto"/>
            </w:tcBorders>
            <w:noWrap/>
            <w:vAlign w:val="bottom"/>
            <w:hideMark/>
          </w:tcPr>
          <w:p w14:paraId="67D67D3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Millbank</w:t>
            </w:r>
          </w:p>
        </w:tc>
        <w:tc>
          <w:tcPr>
            <w:tcW w:w="2157" w:type="dxa"/>
            <w:tcBorders>
              <w:top w:val="nil"/>
              <w:left w:val="nil"/>
              <w:bottom w:val="single" w:sz="4" w:space="0" w:color="auto"/>
              <w:right w:val="single" w:sz="4" w:space="0" w:color="auto"/>
            </w:tcBorders>
            <w:noWrap/>
            <w:vAlign w:val="bottom"/>
            <w:hideMark/>
          </w:tcPr>
          <w:p w14:paraId="2A8DCE6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Pascoe Vale</w:t>
            </w:r>
          </w:p>
        </w:tc>
        <w:tc>
          <w:tcPr>
            <w:tcW w:w="2348" w:type="dxa"/>
            <w:tcBorders>
              <w:top w:val="nil"/>
              <w:left w:val="nil"/>
              <w:bottom w:val="single" w:sz="4" w:space="0" w:color="auto"/>
              <w:right w:val="single" w:sz="4" w:space="0" w:color="auto"/>
            </w:tcBorders>
            <w:noWrap/>
            <w:vAlign w:val="bottom"/>
            <w:hideMark/>
          </w:tcPr>
          <w:p w14:paraId="1D349DE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Greenwood</w:t>
            </w:r>
          </w:p>
        </w:tc>
      </w:tr>
      <w:tr w:rsidR="008756CC" w:rsidRPr="008756CC" w14:paraId="0D57ABD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57E9DCE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Shellharbour</w:t>
            </w:r>
          </w:p>
        </w:tc>
        <w:tc>
          <w:tcPr>
            <w:tcW w:w="2186" w:type="dxa"/>
            <w:tcBorders>
              <w:top w:val="nil"/>
              <w:left w:val="nil"/>
              <w:bottom w:val="single" w:sz="4" w:space="0" w:color="auto"/>
              <w:right w:val="single" w:sz="4" w:space="0" w:color="auto"/>
            </w:tcBorders>
            <w:noWrap/>
            <w:vAlign w:val="bottom"/>
            <w:hideMark/>
          </w:tcPr>
          <w:p w14:paraId="41CCDE9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Lake Munmorah</w:t>
            </w:r>
          </w:p>
        </w:tc>
        <w:tc>
          <w:tcPr>
            <w:tcW w:w="1800" w:type="dxa"/>
            <w:tcBorders>
              <w:top w:val="nil"/>
              <w:left w:val="nil"/>
              <w:bottom w:val="single" w:sz="4" w:space="0" w:color="auto"/>
              <w:right w:val="single" w:sz="4" w:space="0" w:color="auto"/>
            </w:tcBorders>
            <w:noWrap/>
            <w:vAlign w:val="bottom"/>
            <w:hideMark/>
          </w:tcPr>
          <w:p w14:paraId="6B83272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Victoria Point</w:t>
            </w:r>
          </w:p>
        </w:tc>
        <w:tc>
          <w:tcPr>
            <w:tcW w:w="2157" w:type="dxa"/>
            <w:tcBorders>
              <w:top w:val="nil"/>
              <w:left w:val="nil"/>
              <w:bottom w:val="single" w:sz="4" w:space="0" w:color="auto"/>
              <w:right w:val="single" w:sz="4" w:space="0" w:color="auto"/>
            </w:tcBorders>
            <w:noWrap/>
            <w:vAlign w:val="bottom"/>
            <w:hideMark/>
          </w:tcPr>
          <w:p w14:paraId="21830CF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Rowville</w:t>
            </w:r>
          </w:p>
        </w:tc>
        <w:tc>
          <w:tcPr>
            <w:tcW w:w="2348" w:type="dxa"/>
            <w:tcBorders>
              <w:top w:val="nil"/>
              <w:left w:val="nil"/>
              <w:bottom w:val="single" w:sz="4" w:space="0" w:color="auto"/>
              <w:right w:val="single" w:sz="4" w:space="0" w:color="auto"/>
            </w:tcBorders>
            <w:noWrap/>
            <w:vAlign w:val="bottom"/>
            <w:hideMark/>
          </w:tcPr>
          <w:p w14:paraId="3B963AB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Morley</w:t>
            </w:r>
          </w:p>
        </w:tc>
      </w:tr>
      <w:tr w:rsidR="008756CC" w:rsidRPr="008756CC" w14:paraId="3F18348C"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7692342"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lastRenderedPageBreak/>
              <w:t>Chullora</w:t>
            </w:r>
            <w:proofErr w:type="spellEnd"/>
          </w:p>
        </w:tc>
        <w:tc>
          <w:tcPr>
            <w:tcW w:w="2186" w:type="dxa"/>
            <w:tcBorders>
              <w:top w:val="nil"/>
              <w:left w:val="nil"/>
              <w:bottom w:val="single" w:sz="4" w:space="0" w:color="auto"/>
              <w:right w:val="single" w:sz="4" w:space="0" w:color="auto"/>
            </w:tcBorders>
            <w:noWrap/>
            <w:vAlign w:val="bottom"/>
            <w:hideMark/>
          </w:tcPr>
          <w:p w14:paraId="177AA35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Greenacre</w:t>
            </w:r>
          </w:p>
        </w:tc>
        <w:tc>
          <w:tcPr>
            <w:tcW w:w="1800" w:type="dxa"/>
            <w:tcBorders>
              <w:top w:val="nil"/>
              <w:left w:val="nil"/>
              <w:bottom w:val="single" w:sz="4" w:space="0" w:color="auto"/>
              <w:right w:val="single" w:sz="4" w:space="0" w:color="auto"/>
            </w:tcBorders>
            <w:noWrap/>
            <w:vAlign w:val="bottom"/>
            <w:hideMark/>
          </w:tcPr>
          <w:p w14:paraId="56D9574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Underwood</w:t>
            </w:r>
          </w:p>
        </w:tc>
        <w:tc>
          <w:tcPr>
            <w:tcW w:w="2157" w:type="dxa"/>
            <w:tcBorders>
              <w:top w:val="nil"/>
              <w:left w:val="nil"/>
              <w:bottom w:val="single" w:sz="4" w:space="0" w:color="auto"/>
              <w:right w:val="single" w:sz="4" w:space="0" w:color="auto"/>
            </w:tcBorders>
            <w:noWrap/>
            <w:vAlign w:val="bottom"/>
            <w:hideMark/>
          </w:tcPr>
          <w:p w14:paraId="6AF6701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Langwarrin - Skye Road</w:t>
            </w:r>
          </w:p>
        </w:tc>
        <w:tc>
          <w:tcPr>
            <w:tcW w:w="2348" w:type="dxa"/>
            <w:tcBorders>
              <w:top w:val="nil"/>
              <w:left w:val="nil"/>
              <w:bottom w:val="single" w:sz="4" w:space="0" w:color="auto"/>
              <w:right w:val="single" w:sz="4" w:space="0" w:color="auto"/>
            </w:tcBorders>
            <w:noWrap/>
            <w:vAlign w:val="bottom"/>
            <w:hideMark/>
          </w:tcPr>
          <w:p w14:paraId="0B36599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Southern River</w:t>
            </w:r>
          </w:p>
        </w:tc>
      </w:tr>
      <w:tr w:rsidR="008756CC" w:rsidRPr="008756CC" w14:paraId="107B4088"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EA4C34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Blacktown</w:t>
            </w:r>
          </w:p>
        </w:tc>
        <w:tc>
          <w:tcPr>
            <w:tcW w:w="2186" w:type="dxa"/>
            <w:tcBorders>
              <w:top w:val="nil"/>
              <w:left w:val="nil"/>
              <w:bottom w:val="single" w:sz="4" w:space="0" w:color="auto"/>
              <w:right w:val="single" w:sz="4" w:space="0" w:color="auto"/>
            </w:tcBorders>
            <w:noWrap/>
            <w:vAlign w:val="bottom"/>
            <w:hideMark/>
          </w:tcPr>
          <w:p w14:paraId="31E3CA77"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Mittagong</w:t>
            </w:r>
            <w:proofErr w:type="spellEnd"/>
          </w:p>
        </w:tc>
        <w:tc>
          <w:tcPr>
            <w:tcW w:w="1800" w:type="dxa"/>
            <w:tcBorders>
              <w:top w:val="nil"/>
              <w:left w:val="nil"/>
              <w:bottom w:val="single" w:sz="4" w:space="0" w:color="auto"/>
              <w:right w:val="single" w:sz="4" w:space="0" w:color="auto"/>
            </w:tcBorders>
            <w:noWrap/>
            <w:vAlign w:val="bottom"/>
            <w:hideMark/>
          </w:tcPr>
          <w:p w14:paraId="0ADB0B0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Hope Island</w:t>
            </w:r>
          </w:p>
        </w:tc>
        <w:tc>
          <w:tcPr>
            <w:tcW w:w="2157" w:type="dxa"/>
            <w:tcBorders>
              <w:top w:val="nil"/>
              <w:left w:val="nil"/>
              <w:bottom w:val="single" w:sz="4" w:space="0" w:color="auto"/>
              <w:right w:val="single" w:sz="4" w:space="0" w:color="auto"/>
            </w:tcBorders>
            <w:noWrap/>
            <w:vAlign w:val="bottom"/>
            <w:hideMark/>
          </w:tcPr>
          <w:p w14:paraId="1041DBB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Sunshine Nth</w:t>
            </w:r>
          </w:p>
        </w:tc>
        <w:tc>
          <w:tcPr>
            <w:tcW w:w="2348" w:type="dxa"/>
            <w:tcBorders>
              <w:top w:val="nil"/>
              <w:left w:val="nil"/>
              <w:bottom w:val="single" w:sz="4" w:space="0" w:color="auto"/>
              <w:right w:val="single" w:sz="4" w:space="0" w:color="auto"/>
            </w:tcBorders>
            <w:noWrap/>
            <w:vAlign w:val="bottom"/>
            <w:hideMark/>
          </w:tcPr>
          <w:p w14:paraId="4995BCD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Australind</w:t>
            </w:r>
          </w:p>
        </w:tc>
      </w:tr>
      <w:tr w:rsidR="008756CC" w:rsidRPr="008756CC" w14:paraId="3FF587D4"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367578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Canberra Gateway</w:t>
            </w:r>
          </w:p>
        </w:tc>
        <w:tc>
          <w:tcPr>
            <w:tcW w:w="2186" w:type="dxa"/>
            <w:tcBorders>
              <w:top w:val="nil"/>
              <w:left w:val="nil"/>
              <w:bottom w:val="single" w:sz="4" w:space="0" w:color="auto"/>
              <w:right w:val="single" w:sz="4" w:space="0" w:color="auto"/>
            </w:tcBorders>
            <w:noWrap/>
            <w:vAlign w:val="bottom"/>
            <w:hideMark/>
          </w:tcPr>
          <w:p w14:paraId="0E94CF4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Oran Park Town Centre</w:t>
            </w:r>
          </w:p>
        </w:tc>
        <w:tc>
          <w:tcPr>
            <w:tcW w:w="1800" w:type="dxa"/>
            <w:tcBorders>
              <w:top w:val="nil"/>
              <w:left w:val="nil"/>
              <w:bottom w:val="single" w:sz="4" w:space="0" w:color="auto"/>
              <w:right w:val="single" w:sz="4" w:space="0" w:color="auto"/>
            </w:tcBorders>
            <w:noWrap/>
            <w:vAlign w:val="bottom"/>
            <w:hideMark/>
          </w:tcPr>
          <w:p w14:paraId="7DDF867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Childers</w:t>
            </w:r>
          </w:p>
        </w:tc>
        <w:tc>
          <w:tcPr>
            <w:tcW w:w="2157" w:type="dxa"/>
            <w:tcBorders>
              <w:top w:val="nil"/>
              <w:left w:val="nil"/>
              <w:bottom w:val="single" w:sz="4" w:space="0" w:color="auto"/>
              <w:right w:val="single" w:sz="4" w:space="0" w:color="auto"/>
            </w:tcBorders>
            <w:noWrap/>
            <w:vAlign w:val="bottom"/>
            <w:hideMark/>
          </w:tcPr>
          <w:p w14:paraId="03376B1D"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Wantirna</w:t>
            </w:r>
            <w:proofErr w:type="spellEnd"/>
          </w:p>
        </w:tc>
        <w:tc>
          <w:tcPr>
            <w:tcW w:w="2348" w:type="dxa"/>
            <w:tcBorders>
              <w:top w:val="nil"/>
              <w:left w:val="nil"/>
              <w:bottom w:val="single" w:sz="4" w:space="0" w:color="auto"/>
              <w:right w:val="single" w:sz="4" w:space="0" w:color="auto"/>
            </w:tcBorders>
            <w:noWrap/>
            <w:vAlign w:val="bottom"/>
            <w:hideMark/>
          </w:tcPr>
          <w:p w14:paraId="0014FB3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Mandurah Forum</w:t>
            </w:r>
          </w:p>
        </w:tc>
      </w:tr>
      <w:tr w:rsidR="008756CC" w:rsidRPr="008756CC" w14:paraId="58DCA726"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968B89C"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Gungahlin</w:t>
            </w:r>
            <w:proofErr w:type="spellEnd"/>
          </w:p>
        </w:tc>
        <w:tc>
          <w:tcPr>
            <w:tcW w:w="2186" w:type="dxa"/>
            <w:tcBorders>
              <w:top w:val="nil"/>
              <w:left w:val="nil"/>
              <w:bottom w:val="single" w:sz="4" w:space="0" w:color="auto"/>
              <w:right w:val="single" w:sz="4" w:space="0" w:color="auto"/>
            </w:tcBorders>
            <w:noWrap/>
            <w:vAlign w:val="bottom"/>
            <w:hideMark/>
          </w:tcPr>
          <w:p w14:paraId="517F177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Cameron Park</w:t>
            </w:r>
          </w:p>
        </w:tc>
        <w:tc>
          <w:tcPr>
            <w:tcW w:w="1800" w:type="dxa"/>
            <w:tcBorders>
              <w:top w:val="nil"/>
              <w:left w:val="nil"/>
              <w:bottom w:val="single" w:sz="4" w:space="0" w:color="auto"/>
              <w:right w:val="single" w:sz="4" w:space="0" w:color="auto"/>
            </w:tcBorders>
            <w:noWrap/>
            <w:vAlign w:val="bottom"/>
            <w:hideMark/>
          </w:tcPr>
          <w:p w14:paraId="13B3B4B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Cannonvale</w:t>
            </w:r>
          </w:p>
        </w:tc>
        <w:tc>
          <w:tcPr>
            <w:tcW w:w="2157" w:type="dxa"/>
            <w:tcBorders>
              <w:top w:val="nil"/>
              <w:left w:val="nil"/>
              <w:bottom w:val="single" w:sz="4" w:space="0" w:color="auto"/>
              <w:right w:val="single" w:sz="4" w:space="0" w:color="auto"/>
            </w:tcBorders>
            <w:noWrap/>
            <w:vAlign w:val="bottom"/>
            <w:hideMark/>
          </w:tcPr>
          <w:p w14:paraId="70291983"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Werribee</w:t>
            </w:r>
            <w:proofErr w:type="spellEnd"/>
          </w:p>
        </w:tc>
        <w:tc>
          <w:tcPr>
            <w:tcW w:w="2348" w:type="dxa"/>
            <w:tcBorders>
              <w:top w:val="nil"/>
              <w:left w:val="nil"/>
              <w:bottom w:val="single" w:sz="4" w:space="0" w:color="auto"/>
              <w:right w:val="single" w:sz="4" w:space="0" w:color="auto"/>
            </w:tcBorders>
            <w:noWrap/>
            <w:vAlign w:val="bottom"/>
            <w:hideMark/>
          </w:tcPr>
          <w:p w14:paraId="73C49D8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Alkimos</w:t>
            </w:r>
          </w:p>
        </w:tc>
      </w:tr>
      <w:tr w:rsidR="008756CC" w:rsidRPr="008756CC" w14:paraId="532F5B14"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24054BE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Scone</w:t>
            </w:r>
          </w:p>
        </w:tc>
        <w:tc>
          <w:tcPr>
            <w:tcW w:w="2186" w:type="dxa"/>
            <w:tcBorders>
              <w:top w:val="nil"/>
              <w:left w:val="nil"/>
              <w:bottom w:val="single" w:sz="4" w:space="0" w:color="auto"/>
              <w:right w:val="single" w:sz="4" w:space="0" w:color="auto"/>
            </w:tcBorders>
            <w:noWrap/>
            <w:vAlign w:val="bottom"/>
            <w:hideMark/>
          </w:tcPr>
          <w:p w14:paraId="7A3E84E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Oran Park</w:t>
            </w:r>
          </w:p>
        </w:tc>
        <w:tc>
          <w:tcPr>
            <w:tcW w:w="1800" w:type="dxa"/>
            <w:tcBorders>
              <w:top w:val="nil"/>
              <w:left w:val="nil"/>
              <w:bottom w:val="single" w:sz="4" w:space="0" w:color="auto"/>
              <w:right w:val="single" w:sz="4" w:space="0" w:color="auto"/>
            </w:tcBorders>
            <w:noWrap/>
            <w:vAlign w:val="bottom"/>
            <w:hideMark/>
          </w:tcPr>
          <w:p w14:paraId="4B7CBE5F"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Holmview</w:t>
            </w:r>
            <w:proofErr w:type="spellEnd"/>
          </w:p>
        </w:tc>
        <w:tc>
          <w:tcPr>
            <w:tcW w:w="2157" w:type="dxa"/>
            <w:tcBorders>
              <w:top w:val="nil"/>
              <w:left w:val="nil"/>
              <w:bottom w:val="single" w:sz="4" w:space="0" w:color="auto"/>
              <w:right w:val="single" w:sz="4" w:space="0" w:color="auto"/>
            </w:tcBorders>
            <w:noWrap/>
            <w:vAlign w:val="bottom"/>
            <w:hideMark/>
          </w:tcPr>
          <w:p w14:paraId="0BA02E7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North Melbourne</w:t>
            </w:r>
          </w:p>
        </w:tc>
        <w:tc>
          <w:tcPr>
            <w:tcW w:w="2348" w:type="dxa"/>
            <w:tcBorders>
              <w:top w:val="nil"/>
              <w:left w:val="nil"/>
              <w:bottom w:val="single" w:sz="4" w:space="0" w:color="auto"/>
              <w:right w:val="single" w:sz="4" w:space="0" w:color="auto"/>
            </w:tcBorders>
            <w:noWrap/>
            <w:vAlign w:val="bottom"/>
            <w:hideMark/>
          </w:tcPr>
          <w:p w14:paraId="1B241B1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Banksia Grove</w:t>
            </w:r>
          </w:p>
        </w:tc>
      </w:tr>
      <w:tr w:rsidR="008756CC" w:rsidRPr="008756CC" w14:paraId="1EC3C41A"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5AC5EA6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Dickson</w:t>
            </w:r>
          </w:p>
        </w:tc>
        <w:tc>
          <w:tcPr>
            <w:tcW w:w="2186" w:type="dxa"/>
            <w:tcBorders>
              <w:top w:val="nil"/>
              <w:left w:val="nil"/>
              <w:bottom w:val="single" w:sz="4" w:space="0" w:color="auto"/>
              <w:right w:val="single" w:sz="4" w:space="0" w:color="auto"/>
            </w:tcBorders>
            <w:noWrap/>
            <w:vAlign w:val="bottom"/>
            <w:hideMark/>
          </w:tcPr>
          <w:p w14:paraId="75BF417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Bowen Hills</w:t>
            </w:r>
          </w:p>
        </w:tc>
        <w:tc>
          <w:tcPr>
            <w:tcW w:w="1800" w:type="dxa"/>
            <w:tcBorders>
              <w:top w:val="nil"/>
              <w:left w:val="nil"/>
              <w:bottom w:val="single" w:sz="4" w:space="0" w:color="auto"/>
              <w:right w:val="single" w:sz="4" w:space="0" w:color="auto"/>
            </w:tcBorders>
            <w:noWrap/>
            <w:vAlign w:val="bottom"/>
            <w:hideMark/>
          </w:tcPr>
          <w:p w14:paraId="453F8BA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Joyner</w:t>
            </w:r>
          </w:p>
        </w:tc>
        <w:tc>
          <w:tcPr>
            <w:tcW w:w="2157" w:type="dxa"/>
            <w:tcBorders>
              <w:top w:val="nil"/>
              <w:left w:val="nil"/>
              <w:bottom w:val="single" w:sz="4" w:space="0" w:color="auto"/>
              <w:right w:val="single" w:sz="4" w:space="0" w:color="auto"/>
            </w:tcBorders>
            <w:noWrap/>
            <w:vAlign w:val="bottom"/>
            <w:hideMark/>
          </w:tcPr>
          <w:p w14:paraId="31DE926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Ringwood (Eastlands)</w:t>
            </w:r>
          </w:p>
        </w:tc>
        <w:tc>
          <w:tcPr>
            <w:tcW w:w="2348" w:type="dxa"/>
            <w:tcBorders>
              <w:top w:val="nil"/>
              <w:left w:val="nil"/>
              <w:bottom w:val="single" w:sz="4" w:space="0" w:color="auto"/>
              <w:right w:val="single" w:sz="4" w:space="0" w:color="auto"/>
            </w:tcBorders>
            <w:noWrap/>
            <w:vAlign w:val="bottom"/>
            <w:hideMark/>
          </w:tcPr>
          <w:p w14:paraId="42A3BE2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Brabham</w:t>
            </w:r>
          </w:p>
        </w:tc>
      </w:tr>
      <w:tr w:rsidR="008756CC" w:rsidRPr="008756CC" w14:paraId="53684916"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5746E7A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Forbes</w:t>
            </w:r>
          </w:p>
        </w:tc>
        <w:tc>
          <w:tcPr>
            <w:tcW w:w="2186" w:type="dxa"/>
            <w:tcBorders>
              <w:top w:val="nil"/>
              <w:left w:val="nil"/>
              <w:bottom w:val="single" w:sz="4" w:space="0" w:color="auto"/>
              <w:right w:val="single" w:sz="4" w:space="0" w:color="auto"/>
            </w:tcBorders>
            <w:noWrap/>
            <w:vAlign w:val="bottom"/>
            <w:hideMark/>
          </w:tcPr>
          <w:p w14:paraId="56327D3C"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Pialba</w:t>
            </w:r>
            <w:proofErr w:type="spellEnd"/>
          </w:p>
        </w:tc>
        <w:tc>
          <w:tcPr>
            <w:tcW w:w="1800" w:type="dxa"/>
            <w:tcBorders>
              <w:top w:val="nil"/>
              <w:left w:val="nil"/>
              <w:bottom w:val="single" w:sz="4" w:space="0" w:color="auto"/>
              <w:right w:val="single" w:sz="4" w:space="0" w:color="auto"/>
            </w:tcBorders>
            <w:noWrap/>
            <w:vAlign w:val="bottom"/>
            <w:hideMark/>
          </w:tcPr>
          <w:p w14:paraId="69FB592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Aitkenvale</w:t>
            </w:r>
          </w:p>
        </w:tc>
        <w:tc>
          <w:tcPr>
            <w:tcW w:w="2157" w:type="dxa"/>
            <w:tcBorders>
              <w:top w:val="nil"/>
              <w:left w:val="nil"/>
              <w:bottom w:val="single" w:sz="4" w:space="0" w:color="auto"/>
              <w:right w:val="single" w:sz="4" w:space="0" w:color="auto"/>
            </w:tcBorders>
            <w:noWrap/>
            <w:vAlign w:val="bottom"/>
            <w:hideMark/>
          </w:tcPr>
          <w:p w14:paraId="6A97749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Abbotsford</w:t>
            </w:r>
          </w:p>
        </w:tc>
        <w:tc>
          <w:tcPr>
            <w:tcW w:w="2348" w:type="dxa"/>
            <w:tcBorders>
              <w:top w:val="nil"/>
              <w:left w:val="nil"/>
              <w:bottom w:val="single" w:sz="4" w:space="0" w:color="auto"/>
              <w:right w:val="single" w:sz="4" w:space="0" w:color="auto"/>
            </w:tcBorders>
            <w:noWrap/>
            <w:vAlign w:val="bottom"/>
            <w:hideMark/>
          </w:tcPr>
          <w:p w14:paraId="4F60E61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Mt. Gambier Marketplace</w:t>
            </w:r>
          </w:p>
        </w:tc>
      </w:tr>
      <w:tr w:rsidR="008756CC" w:rsidRPr="008756CC" w14:paraId="7630DBB9"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2C8C26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Chester Hill</w:t>
            </w:r>
          </w:p>
        </w:tc>
        <w:tc>
          <w:tcPr>
            <w:tcW w:w="2186" w:type="dxa"/>
            <w:tcBorders>
              <w:top w:val="nil"/>
              <w:left w:val="nil"/>
              <w:bottom w:val="single" w:sz="4" w:space="0" w:color="auto"/>
              <w:right w:val="single" w:sz="4" w:space="0" w:color="auto"/>
            </w:tcBorders>
            <w:noWrap/>
            <w:vAlign w:val="bottom"/>
            <w:hideMark/>
          </w:tcPr>
          <w:p w14:paraId="4AD7F650"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Enoggera</w:t>
            </w:r>
            <w:proofErr w:type="spellEnd"/>
          </w:p>
        </w:tc>
        <w:tc>
          <w:tcPr>
            <w:tcW w:w="1800" w:type="dxa"/>
            <w:tcBorders>
              <w:top w:val="nil"/>
              <w:left w:val="nil"/>
              <w:bottom w:val="single" w:sz="4" w:space="0" w:color="auto"/>
              <w:right w:val="single" w:sz="4" w:space="0" w:color="auto"/>
            </w:tcBorders>
            <w:noWrap/>
            <w:vAlign w:val="bottom"/>
            <w:hideMark/>
          </w:tcPr>
          <w:p w14:paraId="5A113AA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Highfields</w:t>
            </w:r>
          </w:p>
        </w:tc>
        <w:tc>
          <w:tcPr>
            <w:tcW w:w="2157" w:type="dxa"/>
            <w:tcBorders>
              <w:top w:val="nil"/>
              <w:left w:val="nil"/>
              <w:bottom w:val="single" w:sz="4" w:space="0" w:color="auto"/>
              <w:right w:val="single" w:sz="4" w:space="0" w:color="auto"/>
            </w:tcBorders>
            <w:noWrap/>
            <w:vAlign w:val="bottom"/>
            <w:hideMark/>
          </w:tcPr>
          <w:p w14:paraId="6204A9A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Carrum Downs</w:t>
            </w:r>
          </w:p>
        </w:tc>
        <w:tc>
          <w:tcPr>
            <w:tcW w:w="2348" w:type="dxa"/>
            <w:tcBorders>
              <w:top w:val="nil"/>
              <w:left w:val="nil"/>
              <w:bottom w:val="single" w:sz="4" w:space="0" w:color="auto"/>
              <w:right w:val="single" w:sz="4" w:space="0" w:color="auto"/>
            </w:tcBorders>
            <w:noWrap/>
            <w:vAlign w:val="bottom"/>
            <w:hideMark/>
          </w:tcPr>
          <w:p w14:paraId="67EC7AD3"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Goolwa</w:t>
            </w:r>
            <w:proofErr w:type="spellEnd"/>
          </w:p>
        </w:tc>
      </w:tr>
      <w:tr w:rsidR="008756CC" w:rsidRPr="008756CC" w14:paraId="0B37D214"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B6A37B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Belmont</w:t>
            </w:r>
          </w:p>
        </w:tc>
        <w:tc>
          <w:tcPr>
            <w:tcW w:w="2186" w:type="dxa"/>
            <w:tcBorders>
              <w:top w:val="nil"/>
              <w:left w:val="nil"/>
              <w:bottom w:val="single" w:sz="4" w:space="0" w:color="auto"/>
              <w:right w:val="single" w:sz="4" w:space="0" w:color="auto"/>
            </w:tcBorders>
            <w:noWrap/>
            <w:vAlign w:val="bottom"/>
            <w:hideMark/>
          </w:tcPr>
          <w:p w14:paraId="44E7B2A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Byron Bay</w:t>
            </w:r>
          </w:p>
        </w:tc>
        <w:tc>
          <w:tcPr>
            <w:tcW w:w="1800" w:type="dxa"/>
            <w:tcBorders>
              <w:top w:val="nil"/>
              <w:left w:val="nil"/>
              <w:bottom w:val="single" w:sz="4" w:space="0" w:color="auto"/>
              <w:right w:val="single" w:sz="4" w:space="0" w:color="auto"/>
            </w:tcBorders>
            <w:noWrap/>
            <w:vAlign w:val="bottom"/>
            <w:hideMark/>
          </w:tcPr>
          <w:p w14:paraId="07BDAEB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Toowoomba</w:t>
            </w:r>
          </w:p>
        </w:tc>
        <w:tc>
          <w:tcPr>
            <w:tcW w:w="2157" w:type="dxa"/>
            <w:tcBorders>
              <w:top w:val="nil"/>
              <w:left w:val="nil"/>
              <w:bottom w:val="single" w:sz="4" w:space="0" w:color="auto"/>
              <w:right w:val="single" w:sz="4" w:space="0" w:color="auto"/>
            </w:tcBorders>
            <w:noWrap/>
            <w:vAlign w:val="bottom"/>
            <w:hideMark/>
          </w:tcPr>
          <w:p w14:paraId="12E3D07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Seymour</w:t>
            </w:r>
          </w:p>
        </w:tc>
        <w:tc>
          <w:tcPr>
            <w:tcW w:w="2348" w:type="dxa"/>
            <w:tcBorders>
              <w:top w:val="nil"/>
              <w:left w:val="nil"/>
              <w:bottom w:val="single" w:sz="4" w:space="0" w:color="auto"/>
              <w:right w:val="single" w:sz="4" w:space="0" w:color="auto"/>
            </w:tcBorders>
            <w:noWrap/>
            <w:vAlign w:val="bottom"/>
            <w:hideMark/>
          </w:tcPr>
          <w:p w14:paraId="48C0102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Mt Barker</w:t>
            </w:r>
          </w:p>
        </w:tc>
      </w:tr>
      <w:tr w:rsidR="008756CC" w:rsidRPr="008756CC" w14:paraId="6043A9D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783080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Campbelltown</w:t>
            </w:r>
          </w:p>
        </w:tc>
        <w:tc>
          <w:tcPr>
            <w:tcW w:w="2186" w:type="dxa"/>
            <w:tcBorders>
              <w:top w:val="nil"/>
              <w:left w:val="nil"/>
              <w:bottom w:val="single" w:sz="4" w:space="0" w:color="auto"/>
              <w:right w:val="single" w:sz="4" w:space="0" w:color="auto"/>
            </w:tcBorders>
            <w:noWrap/>
            <w:vAlign w:val="bottom"/>
            <w:hideMark/>
          </w:tcPr>
          <w:p w14:paraId="78D8E32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Park Ridge</w:t>
            </w:r>
          </w:p>
        </w:tc>
        <w:tc>
          <w:tcPr>
            <w:tcW w:w="1800" w:type="dxa"/>
            <w:tcBorders>
              <w:top w:val="nil"/>
              <w:left w:val="nil"/>
              <w:bottom w:val="single" w:sz="4" w:space="0" w:color="auto"/>
              <w:right w:val="single" w:sz="4" w:space="0" w:color="auto"/>
            </w:tcBorders>
            <w:noWrap/>
            <w:vAlign w:val="bottom"/>
            <w:hideMark/>
          </w:tcPr>
          <w:p w14:paraId="338FB99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Roma</w:t>
            </w:r>
          </w:p>
        </w:tc>
        <w:tc>
          <w:tcPr>
            <w:tcW w:w="2157" w:type="dxa"/>
            <w:tcBorders>
              <w:top w:val="nil"/>
              <w:left w:val="nil"/>
              <w:bottom w:val="single" w:sz="4" w:space="0" w:color="auto"/>
              <w:right w:val="single" w:sz="4" w:space="0" w:color="auto"/>
            </w:tcBorders>
            <w:noWrap/>
            <w:vAlign w:val="bottom"/>
            <w:hideMark/>
          </w:tcPr>
          <w:p w14:paraId="2BD0C9E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Echuca</w:t>
            </w:r>
          </w:p>
        </w:tc>
        <w:tc>
          <w:tcPr>
            <w:tcW w:w="2348" w:type="dxa"/>
            <w:tcBorders>
              <w:top w:val="nil"/>
              <w:left w:val="nil"/>
              <w:bottom w:val="single" w:sz="4" w:space="0" w:color="auto"/>
              <w:right w:val="single" w:sz="4" w:space="0" w:color="auto"/>
            </w:tcBorders>
            <w:noWrap/>
            <w:vAlign w:val="bottom"/>
            <w:hideMark/>
          </w:tcPr>
          <w:p w14:paraId="03DD6A4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West Richmond</w:t>
            </w:r>
          </w:p>
        </w:tc>
      </w:tr>
      <w:tr w:rsidR="008756CC" w:rsidRPr="008756CC" w14:paraId="4164FE24"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ED895B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Emu Heights</w:t>
            </w:r>
          </w:p>
        </w:tc>
        <w:tc>
          <w:tcPr>
            <w:tcW w:w="2186" w:type="dxa"/>
            <w:tcBorders>
              <w:top w:val="nil"/>
              <w:left w:val="nil"/>
              <w:bottom w:val="single" w:sz="4" w:space="0" w:color="auto"/>
              <w:right w:val="single" w:sz="4" w:space="0" w:color="auto"/>
            </w:tcBorders>
            <w:noWrap/>
            <w:vAlign w:val="bottom"/>
            <w:hideMark/>
          </w:tcPr>
          <w:p w14:paraId="75F3A4A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Ingham</w:t>
            </w:r>
          </w:p>
        </w:tc>
        <w:tc>
          <w:tcPr>
            <w:tcW w:w="1800" w:type="dxa"/>
            <w:tcBorders>
              <w:top w:val="nil"/>
              <w:left w:val="nil"/>
              <w:bottom w:val="single" w:sz="4" w:space="0" w:color="auto"/>
              <w:right w:val="single" w:sz="4" w:space="0" w:color="auto"/>
            </w:tcBorders>
            <w:noWrap/>
            <w:vAlign w:val="bottom"/>
            <w:hideMark/>
          </w:tcPr>
          <w:p w14:paraId="1F009674"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Warana</w:t>
            </w:r>
            <w:proofErr w:type="spellEnd"/>
          </w:p>
        </w:tc>
        <w:tc>
          <w:tcPr>
            <w:tcW w:w="2157" w:type="dxa"/>
            <w:tcBorders>
              <w:top w:val="nil"/>
              <w:left w:val="nil"/>
              <w:bottom w:val="single" w:sz="4" w:space="0" w:color="auto"/>
              <w:right w:val="single" w:sz="4" w:space="0" w:color="auto"/>
            </w:tcBorders>
            <w:noWrap/>
            <w:vAlign w:val="bottom"/>
            <w:hideMark/>
          </w:tcPr>
          <w:p w14:paraId="74989650"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Leongatha</w:t>
            </w:r>
            <w:proofErr w:type="spellEnd"/>
          </w:p>
        </w:tc>
        <w:tc>
          <w:tcPr>
            <w:tcW w:w="2348" w:type="dxa"/>
            <w:tcBorders>
              <w:top w:val="nil"/>
              <w:left w:val="nil"/>
              <w:bottom w:val="single" w:sz="4" w:space="0" w:color="auto"/>
              <w:right w:val="single" w:sz="4" w:space="0" w:color="auto"/>
            </w:tcBorders>
            <w:noWrap/>
            <w:vAlign w:val="bottom"/>
            <w:hideMark/>
          </w:tcPr>
          <w:p w14:paraId="1CCB616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Mitcham</w:t>
            </w:r>
          </w:p>
        </w:tc>
      </w:tr>
      <w:tr w:rsidR="008756CC" w:rsidRPr="008756CC" w14:paraId="55B4BBF9"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5A7694B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Kellyville Ridge</w:t>
            </w:r>
          </w:p>
        </w:tc>
        <w:tc>
          <w:tcPr>
            <w:tcW w:w="2186" w:type="dxa"/>
            <w:tcBorders>
              <w:top w:val="nil"/>
              <w:left w:val="nil"/>
              <w:bottom w:val="single" w:sz="4" w:space="0" w:color="auto"/>
              <w:right w:val="single" w:sz="4" w:space="0" w:color="auto"/>
            </w:tcBorders>
            <w:noWrap/>
            <w:vAlign w:val="bottom"/>
            <w:hideMark/>
          </w:tcPr>
          <w:p w14:paraId="123481C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Mission Beach</w:t>
            </w:r>
          </w:p>
        </w:tc>
        <w:tc>
          <w:tcPr>
            <w:tcW w:w="1800" w:type="dxa"/>
            <w:tcBorders>
              <w:top w:val="nil"/>
              <w:left w:val="nil"/>
              <w:bottom w:val="single" w:sz="4" w:space="0" w:color="auto"/>
              <w:right w:val="single" w:sz="4" w:space="0" w:color="auto"/>
            </w:tcBorders>
            <w:noWrap/>
            <w:vAlign w:val="bottom"/>
            <w:hideMark/>
          </w:tcPr>
          <w:p w14:paraId="0362AF5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Kenmore</w:t>
            </w:r>
          </w:p>
        </w:tc>
        <w:tc>
          <w:tcPr>
            <w:tcW w:w="2157" w:type="dxa"/>
            <w:tcBorders>
              <w:top w:val="nil"/>
              <w:left w:val="nil"/>
              <w:bottom w:val="single" w:sz="4" w:space="0" w:color="auto"/>
              <w:right w:val="single" w:sz="4" w:space="0" w:color="auto"/>
            </w:tcBorders>
            <w:noWrap/>
            <w:vAlign w:val="bottom"/>
            <w:hideMark/>
          </w:tcPr>
          <w:p w14:paraId="7BEC86F8"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Traralgon</w:t>
            </w:r>
            <w:proofErr w:type="spellEnd"/>
          </w:p>
        </w:tc>
        <w:tc>
          <w:tcPr>
            <w:tcW w:w="2348" w:type="dxa"/>
            <w:tcBorders>
              <w:top w:val="nil"/>
              <w:left w:val="nil"/>
              <w:bottom w:val="single" w:sz="4" w:space="0" w:color="auto"/>
              <w:right w:val="single" w:sz="4" w:space="0" w:color="auto"/>
            </w:tcBorders>
            <w:noWrap/>
            <w:vAlign w:val="bottom"/>
            <w:hideMark/>
          </w:tcPr>
          <w:p w14:paraId="3C02E26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Burton</w:t>
            </w:r>
          </w:p>
        </w:tc>
      </w:tr>
      <w:tr w:rsidR="008756CC" w:rsidRPr="008756CC" w14:paraId="04591092"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19C138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Kings Park</w:t>
            </w:r>
          </w:p>
        </w:tc>
        <w:tc>
          <w:tcPr>
            <w:tcW w:w="2186" w:type="dxa"/>
            <w:tcBorders>
              <w:top w:val="nil"/>
              <w:left w:val="nil"/>
              <w:bottom w:val="single" w:sz="4" w:space="0" w:color="auto"/>
              <w:right w:val="single" w:sz="4" w:space="0" w:color="auto"/>
            </w:tcBorders>
            <w:noWrap/>
            <w:vAlign w:val="bottom"/>
            <w:hideMark/>
          </w:tcPr>
          <w:p w14:paraId="2BA5F43E"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Ooralea</w:t>
            </w:r>
            <w:proofErr w:type="spellEnd"/>
          </w:p>
        </w:tc>
        <w:tc>
          <w:tcPr>
            <w:tcW w:w="1800" w:type="dxa"/>
            <w:tcBorders>
              <w:top w:val="nil"/>
              <w:left w:val="nil"/>
              <w:bottom w:val="single" w:sz="4" w:space="0" w:color="auto"/>
              <w:right w:val="single" w:sz="4" w:space="0" w:color="auto"/>
            </w:tcBorders>
            <w:noWrap/>
            <w:vAlign w:val="bottom"/>
            <w:hideMark/>
          </w:tcPr>
          <w:p w14:paraId="1897ABF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Kallangur</w:t>
            </w:r>
          </w:p>
        </w:tc>
        <w:tc>
          <w:tcPr>
            <w:tcW w:w="2157" w:type="dxa"/>
            <w:tcBorders>
              <w:top w:val="nil"/>
              <w:left w:val="nil"/>
              <w:bottom w:val="single" w:sz="4" w:space="0" w:color="auto"/>
              <w:right w:val="single" w:sz="4" w:space="0" w:color="auto"/>
            </w:tcBorders>
            <w:noWrap/>
            <w:vAlign w:val="bottom"/>
            <w:hideMark/>
          </w:tcPr>
          <w:p w14:paraId="0DACFA7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Bairnsdale</w:t>
            </w:r>
          </w:p>
        </w:tc>
        <w:tc>
          <w:tcPr>
            <w:tcW w:w="2348" w:type="dxa"/>
            <w:tcBorders>
              <w:top w:val="nil"/>
              <w:left w:val="nil"/>
              <w:bottom w:val="single" w:sz="4" w:space="0" w:color="auto"/>
              <w:right w:val="single" w:sz="4" w:space="0" w:color="auto"/>
            </w:tcBorders>
            <w:noWrap/>
            <w:vAlign w:val="bottom"/>
            <w:hideMark/>
          </w:tcPr>
          <w:p w14:paraId="4011C255"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Marryatville</w:t>
            </w:r>
            <w:proofErr w:type="spellEnd"/>
          </w:p>
        </w:tc>
      </w:tr>
      <w:tr w:rsidR="008756CC" w:rsidRPr="008756CC" w14:paraId="4F89A9E8"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7DD74C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Mt Annan</w:t>
            </w:r>
          </w:p>
        </w:tc>
        <w:tc>
          <w:tcPr>
            <w:tcW w:w="2186" w:type="dxa"/>
            <w:tcBorders>
              <w:top w:val="nil"/>
              <w:left w:val="nil"/>
              <w:bottom w:val="single" w:sz="4" w:space="0" w:color="auto"/>
              <w:right w:val="single" w:sz="4" w:space="0" w:color="auto"/>
            </w:tcBorders>
            <w:noWrap/>
            <w:vAlign w:val="bottom"/>
            <w:hideMark/>
          </w:tcPr>
          <w:p w14:paraId="35D5B19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Runaway Bay</w:t>
            </w:r>
          </w:p>
        </w:tc>
        <w:tc>
          <w:tcPr>
            <w:tcW w:w="1800" w:type="dxa"/>
            <w:tcBorders>
              <w:top w:val="nil"/>
              <w:left w:val="nil"/>
              <w:bottom w:val="single" w:sz="4" w:space="0" w:color="auto"/>
              <w:right w:val="single" w:sz="4" w:space="0" w:color="auto"/>
            </w:tcBorders>
            <w:noWrap/>
            <w:vAlign w:val="bottom"/>
            <w:hideMark/>
          </w:tcPr>
          <w:p w14:paraId="6209AEC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Kirkwood</w:t>
            </w:r>
          </w:p>
        </w:tc>
        <w:tc>
          <w:tcPr>
            <w:tcW w:w="2157" w:type="dxa"/>
            <w:tcBorders>
              <w:top w:val="nil"/>
              <w:left w:val="nil"/>
              <w:bottom w:val="single" w:sz="4" w:space="0" w:color="auto"/>
              <w:right w:val="single" w:sz="4" w:space="0" w:color="auto"/>
            </w:tcBorders>
            <w:noWrap/>
            <w:vAlign w:val="bottom"/>
            <w:hideMark/>
          </w:tcPr>
          <w:p w14:paraId="28834E2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Albury</w:t>
            </w:r>
          </w:p>
        </w:tc>
        <w:tc>
          <w:tcPr>
            <w:tcW w:w="2348" w:type="dxa"/>
            <w:tcBorders>
              <w:top w:val="nil"/>
              <w:left w:val="nil"/>
              <w:bottom w:val="single" w:sz="4" w:space="0" w:color="auto"/>
              <w:right w:val="single" w:sz="4" w:space="0" w:color="auto"/>
            </w:tcBorders>
            <w:noWrap/>
            <w:vAlign w:val="bottom"/>
            <w:hideMark/>
          </w:tcPr>
          <w:p w14:paraId="505B098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Casuarina</w:t>
            </w:r>
          </w:p>
        </w:tc>
      </w:tr>
      <w:tr w:rsidR="008756CC" w:rsidRPr="008756CC" w14:paraId="518C647A"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F47FAA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Maitland</w:t>
            </w:r>
          </w:p>
        </w:tc>
        <w:tc>
          <w:tcPr>
            <w:tcW w:w="2186" w:type="dxa"/>
            <w:tcBorders>
              <w:top w:val="nil"/>
              <w:left w:val="nil"/>
              <w:bottom w:val="single" w:sz="4" w:space="0" w:color="auto"/>
              <w:right w:val="single" w:sz="4" w:space="0" w:color="auto"/>
            </w:tcBorders>
            <w:noWrap/>
            <w:vAlign w:val="bottom"/>
            <w:hideMark/>
          </w:tcPr>
          <w:p w14:paraId="3767BC8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Blackwater</w:t>
            </w:r>
          </w:p>
        </w:tc>
        <w:tc>
          <w:tcPr>
            <w:tcW w:w="1800" w:type="dxa"/>
            <w:tcBorders>
              <w:top w:val="nil"/>
              <w:left w:val="nil"/>
              <w:bottom w:val="single" w:sz="4" w:space="0" w:color="auto"/>
              <w:right w:val="single" w:sz="4" w:space="0" w:color="auto"/>
            </w:tcBorders>
            <w:noWrap/>
            <w:vAlign w:val="bottom"/>
            <w:hideMark/>
          </w:tcPr>
          <w:p w14:paraId="21B925A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Bargara</w:t>
            </w:r>
          </w:p>
        </w:tc>
        <w:tc>
          <w:tcPr>
            <w:tcW w:w="2157" w:type="dxa"/>
            <w:tcBorders>
              <w:top w:val="nil"/>
              <w:left w:val="nil"/>
              <w:bottom w:val="single" w:sz="4" w:space="0" w:color="auto"/>
              <w:right w:val="single" w:sz="4" w:space="0" w:color="auto"/>
            </w:tcBorders>
            <w:noWrap/>
            <w:vAlign w:val="bottom"/>
            <w:hideMark/>
          </w:tcPr>
          <w:p w14:paraId="56E5FC2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Mernda</w:t>
            </w:r>
            <w:proofErr w:type="spellEnd"/>
          </w:p>
        </w:tc>
        <w:tc>
          <w:tcPr>
            <w:tcW w:w="2348" w:type="dxa"/>
            <w:tcBorders>
              <w:top w:val="nil"/>
              <w:left w:val="nil"/>
              <w:bottom w:val="single" w:sz="4" w:space="0" w:color="auto"/>
              <w:right w:val="single" w:sz="4" w:space="0" w:color="auto"/>
            </w:tcBorders>
            <w:noWrap/>
            <w:vAlign w:val="bottom"/>
            <w:hideMark/>
          </w:tcPr>
          <w:p w14:paraId="5007AD3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Hollywood Plaza</w:t>
            </w:r>
          </w:p>
        </w:tc>
      </w:tr>
      <w:tr w:rsidR="008756CC" w:rsidRPr="008756CC" w14:paraId="18894B75"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1F78C3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Liverpool</w:t>
            </w:r>
          </w:p>
        </w:tc>
        <w:tc>
          <w:tcPr>
            <w:tcW w:w="2186" w:type="dxa"/>
            <w:tcBorders>
              <w:top w:val="nil"/>
              <w:left w:val="nil"/>
              <w:bottom w:val="single" w:sz="4" w:space="0" w:color="auto"/>
              <w:right w:val="single" w:sz="4" w:space="0" w:color="auto"/>
            </w:tcBorders>
            <w:noWrap/>
            <w:vAlign w:val="bottom"/>
            <w:hideMark/>
          </w:tcPr>
          <w:p w14:paraId="60C9EE8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Browns Plains West</w:t>
            </w:r>
          </w:p>
        </w:tc>
        <w:tc>
          <w:tcPr>
            <w:tcW w:w="1800" w:type="dxa"/>
            <w:tcBorders>
              <w:top w:val="nil"/>
              <w:left w:val="nil"/>
              <w:bottom w:val="single" w:sz="4" w:space="0" w:color="auto"/>
              <w:right w:val="single" w:sz="4" w:space="0" w:color="auto"/>
            </w:tcBorders>
            <w:noWrap/>
            <w:vAlign w:val="bottom"/>
            <w:hideMark/>
          </w:tcPr>
          <w:p w14:paraId="3DD133E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Gympie South</w:t>
            </w:r>
          </w:p>
        </w:tc>
        <w:tc>
          <w:tcPr>
            <w:tcW w:w="2157" w:type="dxa"/>
            <w:tcBorders>
              <w:top w:val="nil"/>
              <w:left w:val="nil"/>
              <w:bottom w:val="single" w:sz="4" w:space="0" w:color="auto"/>
              <w:right w:val="single" w:sz="4" w:space="0" w:color="auto"/>
            </w:tcBorders>
            <w:noWrap/>
            <w:vAlign w:val="bottom"/>
            <w:hideMark/>
          </w:tcPr>
          <w:p w14:paraId="1DC1AE0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Camberwell</w:t>
            </w:r>
          </w:p>
        </w:tc>
        <w:tc>
          <w:tcPr>
            <w:tcW w:w="2348" w:type="dxa"/>
            <w:tcBorders>
              <w:top w:val="nil"/>
              <w:left w:val="nil"/>
              <w:bottom w:val="single" w:sz="4" w:space="0" w:color="auto"/>
              <w:right w:val="single" w:sz="4" w:space="0" w:color="auto"/>
            </w:tcBorders>
            <w:noWrap/>
            <w:vAlign w:val="bottom"/>
            <w:hideMark/>
          </w:tcPr>
          <w:p w14:paraId="2A3D9BA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Stirling</w:t>
            </w:r>
          </w:p>
        </w:tc>
      </w:tr>
      <w:tr w:rsidR="008756CC" w:rsidRPr="008756CC" w14:paraId="2398458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6208FA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Kingswood</w:t>
            </w:r>
          </w:p>
        </w:tc>
        <w:tc>
          <w:tcPr>
            <w:tcW w:w="2186" w:type="dxa"/>
            <w:tcBorders>
              <w:top w:val="nil"/>
              <w:left w:val="nil"/>
              <w:bottom w:val="single" w:sz="4" w:space="0" w:color="auto"/>
              <w:right w:val="single" w:sz="4" w:space="0" w:color="auto"/>
            </w:tcBorders>
            <w:noWrap/>
            <w:vAlign w:val="bottom"/>
            <w:hideMark/>
          </w:tcPr>
          <w:p w14:paraId="0A341D2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Capalaba</w:t>
            </w:r>
          </w:p>
        </w:tc>
        <w:tc>
          <w:tcPr>
            <w:tcW w:w="1800" w:type="dxa"/>
            <w:tcBorders>
              <w:top w:val="nil"/>
              <w:left w:val="nil"/>
              <w:bottom w:val="single" w:sz="4" w:space="0" w:color="auto"/>
              <w:right w:val="single" w:sz="4" w:space="0" w:color="auto"/>
            </w:tcBorders>
            <w:noWrap/>
            <w:vAlign w:val="bottom"/>
            <w:hideMark/>
          </w:tcPr>
          <w:p w14:paraId="0C4F94C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Emerald East</w:t>
            </w:r>
          </w:p>
        </w:tc>
        <w:tc>
          <w:tcPr>
            <w:tcW w:w="2157" w:type="dxa"/>
            <w:tcBorders>
              <w:top w:val="nil"/>
              <w:left w:val="nil"/>
              <w:bottom w:val="single" w:sz="4" w:space="0" w:color="auto"/>
              <w:right w:val="single" w:sz="4" w:space="0" w:color="auto"/>
            </w:tcBorders>
            <w:noWrap/>
            <w:vAlign w:val="bottom"/>
            <w:hideMark/>
          </w:tcPr>
          <w:p w14:paraId="640B327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Wheelers Hill</w:t>
            </w:r>
          </w:p>
        </w:tc>
        <w:tc>
          <w:tcPr>
            <w:tcW w:w="2348" w:type="dxa"/>
            <w:tcBorders>
              <w:top w:val="nil"/>
              <w:left w:val="nil"/>
              <w:bottom w:val="single" w:sz="4" w:space="0" w:color="auto"/>
              <w:right w:val="single" w:sz="4" w:space="0" w:color="auto"/>
            </w:tcBorders>
            <w:noWrap/>
            <w:vAlign w:val="bottom"/>
            <w:hideMark/>
          </w:tcPr>
          <w:p w14:paraId="1C9BE47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Eden Hills</w:t>
            </w:r>
          </w:p>
        </w:tc>
      </w:tr>
      <w:tr w:rsidR="008756CC" w:rsidRPr="008756CC" w14:paraId="4709F5EF"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23B12564"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Prestons</w:t>
            </w:r>
            <w:proofErr w:type="spellEnd"/>
          </w:p>
        </w:tc>
        <w:tc>
          <w:tcPr>
            <w:tcW w:w="2186" w:type="dxa"/>
            <w:tcBorders>
              <w:top w:val="nil"/>
              <w:left w:val="nil"/>
              <w:bottom w:val="single" w:sz="4" w:space="0" w:color="auto"/>
              <w:right w:val="single" w:sz="4" w:space="0" w:color="auto"/>
            </w:tcBorders>
            <w:noWrap/>
            <w:vAlign w:val="bottom"/>
            <w:hideMark/>
          </w:tcPr>
          <w:p w14:paraId="5DF427C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Cornubia</w:t>
            </w:r>
          </w:p>
        </w:tc>
        <w:tc>
          <w:tcPr>
            <w:tcW w:w="1800" w:type="dxa"/>
            <w:tcBorders>
              <w:top w:val="nil"/>
              <w:left w:val="nil"/>
              <w:bottom w:val="single" w:sz="4" w:space="0" w:color="auto"/>
              <w:right w:val="single" w:sz="4" w:space="0" w:color="auto"/>
            </w:tcBorders>
            <w:noWrap/>
            <w:vAlign w:val="bottom"/>
            <w:hideMark/>
          </w:tcPr>
          <w:p w14:paraId="7AA6A47A"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Goonellabah</w:t>
            </w:r>
            <w:proofErr w:type="spellEnd"/>
          </w:p>
        </w:tc>
        <w:tc>
          <w:tcPr>
            <w:tcW w:w="2157" w:type="dxa"/>
            <w:tcBorders>
              <w:top w:val="nil"/>
              <w:left w:val="nil"/>
              <w:bottom w:val="single" w:sz="4" w:space="0" w:color="auto"/>
              <w:right w:val="single" w:sz="4" w:space="0" w:color="auto"/>
            </w:tcBorders>
            <w:noWrap/>
            <w:vAlign w:val="bottom"/>
            <w:hideMark/>
          </w:tcPr>
          <w:p w14:paraId="6600DC7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Watergardens</w:t>
            </w:r>
          </w:p>
        </w:tc>
        <w:tc>
          <w:tcPr>
            <w:tcW w:w="2348" w:type="dxa"/>
            <w:tcBorders>
              <w:top w:val="nil"/>
              <w:left w:val="nil"/>
              <w:bottom w:val="single" w:sz="4" w:space="0" w:color="auto"/>
              <w:right w:val="single" w:sz="4" w:space="0" w:color="auto"/>
            </w:tcBorders>
            <w:noWrap/>
            <w:vAlign w:val="bottom"/>
            <w:hideMark/>
          </w:tcPr>
          <w:p w14:paraId="4A15F2A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O'Halloran Hill</w:t>
            </w:r>
          </w:p>
        </w:tc>
      </w:tr>
      <w:tr w:rsidR="008756CC" w:rsidRPr="008756CC" w14:paraId="30FEF8BF"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42CBDC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Vineyard</w:t>
            </w:r>
          </w:p>
        </w:tc>
        <w:tc>
          <w:tcPr>
            <w:tcW w:w="2186" w:type="dxa"/>
            <w:tcBorders>
              <w:top w:val="nil"/>
              <w:left w:val="nil"/>
              <w:bottom w:val="single" w:sz="4" w:space="0" w:color="auto"/>
              <w:right w:val="single" w:sz="4" w:space="0" w:color="auto"/>
            </w:tcBorders>
            <w:noWrap/>
            <w:vAlign w:val="bottom"/>
            <w:hideMark/>
          </w:tcPr>
          <w:p w14:paraId="237A0B23"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Deagon</w:t>
            </w:r>
            <w:proofErr w:type="spellEnd"/>
          </w:p>
        </w:tc>
        <w:tc>
          <w:tcPr>
            <w:tcW w:w="1800" w:type="dxa"/>
            <w:tcBorders>
              <w:top w:val="nil"/>
              <w:left w:val="nil"/>
              <w:bottom w:val="single" w:sz="4" w:space="0" w:color="auto"/>
              <w:right w:val="single" w:sz="4" w:space="0" w:color="auto"/>
            </w:tcBorders>
            <w:noWrap/>
            <w:vAlign w:val="bottom"/>
            <w:hideMark/>
          </w:tcPr>
          <w:p w14:paraId="1C09F0E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Brendale</w:t>
            </w:r>
          </w:p>
        </w:tc>
        <w:tc>
          <w:tcPr>
            <w:tcW w:w="2157" w:type="dxa"/>
            <w:tcBorders>
              <w:top w:val="nil"/>
              <w:left w:val="nil"/>
              <w:bottom w:val="single" w:sz="4" w:space="0" w:color="auto"/>
              <w:right w:val="single" w:sz="4" w:space="0" w:color="auto"/>
            </w:tcBorders>
            <w:noWrap/>
            <w:vAlign w:val="bottom"/>
            <w:hideMark/>
          </w:tcPr>
          <w:p w14:paraId="446B36F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Seville</w:t>
            </w:r>
          </w:p>
        </w:tc>
        <w:tc>
          <w:tcPr>
            <w:tcW w:w="2348" w:type="dxa"/>
            <w:tcBorders>
              <w:top w:val="nil"/>
              <w:left w:val="nil"/>
              <w:bottom w:val="single" w:sz="4" w:space="0" w:color="auto"/>
              <w:right w:val="single" w:sz="4" w:space="0" w:color="auto"/>
            </w:tcBorders>
            <w:noWrap/>
            <w:vAlign w:val="bottom"/>
            <w:hideMark/>
          </w:tcPr>
          <w:p w14:paraId="602971C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Renmark</w:t>
            </w:r>
          </w:p>
        </w:tc>
      </w:tr>
      <w:tr w:rsidR="008756CC" w:rsidRPr="008756CC" w14:paraId="6199FFC6"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099913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Werrington</w:t>
            </w:r>
          </w:p>
        </w:tc>
        <w:tc>
          <w:tcPr>
            <w:tcW w:w="2186" w:type="dxa"/>
            <w:tcBorders>
              <w:top w:val="nil"/>
              <w:left w:val="nil"/>
              <w:bottom w:val="single" w:sz="4" w:space="0" w:color="auto"/>
              <w:right w:val="single" w:sz="4" w:space="0" w:color="auto"/>
            </w:tcBorders>
            <w:noWrap/>
            <w:vAlign w:val="bottom"/>
            <w:hideMark/>
          </w:tcPr>
          <w:p w14:paraId="5E652FBE"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Goodna</w:t>
            </w:r>
            <w:proofErr w:type="spellEnd"/>
          </w:p>
        </w:tc>
        <w:tc>
          <w:tcPr>
            <w:tcW w:w="1800" w:type="dxa"/>
            <w:tcBorders>
              <w:top w:val="nil"/>
              <w:left w:val="nil"/>
              <w:bottom w:val="single" w:sz="4" w:space="0" w:color="auto"/>
              <w:right w:val="single" w:sz="4" w:space="0" w:color="auto"/>
            </w:tcBorders>
            <w:noWrap/>
            <w:vAlign w:val="bottom"/>
            <w:hideMark/>
          </w:tcPr>
          <w:p w14:paraId="6AE5656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Upper Coomera</w:t>
            </w:r>
          </w:p>
        </w:tc>
        <w:tc>
          <w:tcPr>
            <w:tcW w:w="2157" w:type="dxa"/>
            <w:tcBorders>
              <w:top w:val="nil"/>
              <w:left w:val="nil"/>
              <w:bottom w:val="single" w:sz="4" w:space="0" w:color="auto"/>
              <w:right w:val="single" w:sz="4" w:space="0" w:color="auto"/>
            </w:tcBorders>
            <w:noWrap/>
            <w:vAlign w:val="bottom"/>
            <w:hideMark/>
          </w:tcPr>
          <w:p w14:paraId="7D7061B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Chirnside Park</w:t>
            </w:r>
          </w:p>
        </w:tc>
        <w:tc>
          <w:tcPr>
            <w:tcW w:w="2348" w:type="dxa"/>
            <w:tcBorders>
              <w:top w:val="nil"/>
              <w:left w:val="nil"/>
              <w:bottom w:val="single" w:sz="4" w:space="0" w:color="auto"/>
              <w:right w:val="single" w:sz="4" w:space="0" w:color="auto"/>
            </w:tcBorders>
            <w:noWrap/>
            <w:vAlign w:val="bottom"/>
            <w:hideMark/>
          </w:tcPr>
          <w:p w14:paraId="5B62350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Port Lincoln</w:t>
            </w:r>
          </w:p>
        </w:tc>
      </w:tr>
      <w:tr w:rsidR="008756CC" w:rsidRPr="008756CC" w14:paraId="37158F18"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BF636C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Lewisham</w:t>
            </w:r>
          </w:p>
        </w:tc>
        <w:tc>
          <w:tcPr>
            <w:tcW w:w="2186" w:type="dxa"/>
            <w:tcBorders>
              <w:top w:val="nil"/>
              <w:left w:val="nil"/>
              <w:bottom w:val="single" w:sz="4" w:space="0" w:color="auto"/>
              <w:right w:val="single" w:sz="4" w:space="0" w:color="auto"/>
            </w:tcBorders>
            <w:noWrap/>
            <w:vAlign w:val="bottom"/>
            <w:hideMark/>
          </w:tcPr>
          <w:p w14:paraId="5FA0670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Mango Hill</w:t>
            </w:r>
          </w:p>
        </w:tc>
        <w:tc>
          <w:tcPr>
            <w:tcW w:w="1800" w:type="dxa"/>
            <w:tcBorders>
              <w:top w:val="nil"/>
              <w:left w:val="nil"/>
              <w:bottom w:val="single" w:sz="4" w:space="0" w:color="auto"/>
              <w:right w:val="single" w:sz="4" w:space="0" w:color="auto"/>
            </w:tcBorders>
            <w:noWrap/>
            <w:vAlign w:val="bottom"/>
            <w:hideMark/>
          </w:tcPr>
          <w:p w14:paraId="279E5A2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Ripley South</w:t>
            </w:r>
          </w:p>
        </w:tc>
        <w:tc>
          <w:tcPr>
            <w:tcW w:w="2157" w:type="dxa"/>
            <w:tcBorders>
              <w:top w:val="nil"/>
              <w:left w:val="nil"/>
              <w:bottom w:val="single" w:sz="4" w:space="0" w:color="auto"/>
              <w:right w:val="single" w:sz="4" w:space="0" w:color="auto"/>
            </w:tcBorders>
            <w:noWrap/>
            <w:vAlign w:val="bottom"/>
            <w:hideMark/>
          </w:tcPr>
          <w:p w14:paraId="00F6653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Diamond Creek</w:t>
            </w:r>
          </w:p>
        </w:tc>
        <w:tc>
          <w:tcPr>
            <w:tcW w:w="2348" w:type="dxa"/>
            <w:tcBorders>
              <w:top w:val="nil"/>
              <w:left w:val="nil"/>
              <w:bottom w:val="single" w:sz="4" w:space="0" w:color="auto"/>
              <w:right w:val="single" w:sz="4" w:space="0" w:color="auto"/>
            </w:tcBorders>
            <w:noWrap/>
            <w:vAlign w:val="bottom"/>
            <w:hideMark/>
          </w:tcPr>
          <w:p w14:paraId="0796966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Evanston</w:t>
            </w:r>
          </w:p>
        </w:tc>
      </w:tr>
      <w:tr w:rsidR="008756CC" w:rsidRPr="008756CC" w14:paraId="39DF4331"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511F533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Spring Farm</w:t>
            </w:r>
          </w:p>
        </w:tc>
        <w:tc>
          <w:tcPr>
            <w:tcW w:w="2186" w:type="dxa"/>
            <w:tcBorders>
              <w:top w:val="nil"/>
              <w:left w:val="nil"/>
              <w:bottom w:val="single" w:sz="4" w:space="0" w:color="auto"/>
              <w:right w:val="single" w:sz="4" w:space="0" w:color="auto"/>
            </w:tcBorders>
            <w:noWrap/>
            <w:vAlign w:val="bottom"/>
            <w:hideMark/>
          </w:tcPr>
          <w:p w14:paraId="39C92048"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Tingalpa</w:t>
            </w:r>
            <w:proofErr w:type="spellEnd"/>
          </w:p>
        </w:tc>
        <w:tc>
          <w:tcPr>
            <w:tcW w:w="1800" w:type="dxa"/>
            <w:tcBorders>
              <w:top w:val="nil"/>
              <w:left w:val="nil"/>
              <w:bottom w:val="single" w:sz="4" w:space="0" w:color="auto"/>
              <w:right w:val="single" w:sz="4" w:space="0" w:color="auto"/>
            </w:tcBorders>
            <w:noWrap/>
            <w:vAlign w:val="bottom"/>
            <w:hideMark/>
          </w:tcPr>
          <w:p w14:paraId="73E82AD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Caboolture South</w:t>
            </w:r>
          </w:p>
        </w:tc>
        <w:tc>
          <w:tcPr>
            <w:tcW w:w="2157" w:type="dxa"/>
            <w:tcBorders>
              <w:top w:val="nil"/>
              <w:left w:val="nil"/>
              <w:bottom w:val="single" w:sz="4" w:space="0" w:color="auto"/>
              <w:right w:val="single" w:sz="4" w:space="0" w:color="auto"/>
            </w:tcBorders>
            <w:noWrap/>
            <w:vAlign w:val="bottom"/>
            <w:hideMark/>
          </w:tcPr>
          <w:p w14:paraId="2CBF8AC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Geelong West</w:t>
            </w:r>
          </w:p>
        </w:tc>
        <w:tc>
          <w:tcPr>
            <w:tcW w:w="2348" w:type="dxa"/>
            <w:tcBorders>
              <w:top w:val="nil"/>
              <w:left w:val="nil"/>
              <w:bottom w:val="single" w:sz="4" w:space="0" w:color="auto"/>
              <w:right w:val="single" w:sz="4" w:space="0" w:color="auto"/>
            </w:tcBorders>
            <w:noWrap/>
            <w:vAlign w:val="bottom"/>
            <w:hideMark/>
          </w:tcPr>
          <w:p w14:paraId="4B3B37F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Kilkenny</w:t>
            </w:r>
          </w:p>
        </w:tc>
      </w:tr>
      <w:tr w:rsidR="008756CC" w:rsidRPr="008756CC" w14:paraId="66BEEA5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52192A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Tura Beach</w:t>
            </w:r>
          </w:p>
        </w:tc>
        <w:tc>
          <w:tcPr>
            <w:tcW w:w="2186" w:type="dxa"/>
            <w:tcBorders>
              <w:top w:val="nil"/>
              <w:left w:val="nil"/>
              <w:bottom w:val="single" w:sz="4" w:space="0" w:color="auto"/>
              <w:right w:val="single" w:sz="4" w:space="0" w:color="auto"/>
            </w:tcBorders>
            <w:noWrap/>
            <w:vAlign w:val="bottom"/>
            <w:hideMark/>
          </w:tcPr>
          <w:p w14:paraId="3404FBEC"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MacGregor</w:t>
            </w:r>
          </w:p>
        </w:tc>
        <w:tc>
          <w:tcPr>
            <w:tcW w:w="1800" w:type="dxa"/>
            <w:tcBorders>
              <w:top w:val="nil"/>
              <w:left w:val="nil"/>
              <w:bottom w:val="single" w:sz="4" w:space="0" w:color="auto"/>
              <w:right w:val="single" w:sz="4" w:space="0" w:color="auto"/>
            </w:tcBorders>
            <w:noWrap/>
            <w:vAlign w:val="bottom"/>
            <w:hideMark/>
          </w:tcPr>
          <w:p w14:paraId="3E4156F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Baringa</w:t>
            </w:r>
          </w:p>
        </w:tc>
        <w:tc>
          <w:tcPr>
            <w:tcW w:w="2157" w:type="dxa"/>
            <w:tcBorders>
              <w:top w:val="nil"/>
              <w:left w:val="nil"/>
              <w:bottom w:val="single" w:sz="4" w:space="0" w:color="auto"/>
              <w:right w:val="single" w:sz="4" w:space="0" w:color="auto"/>
            </w:tcBorders>
            <w:noWrap/>
            <w:vAlign w:val="bottom"/>
            <w:hideMark/>
          </w:tcPr>
          <w:p w14:paraId="6BB301F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Glen Waverley</w:t>
            </w:r>
          </w:p>
        </w:tc>
        <w:tc>
          <w:tcPr>
            <w:tcW w:w="2348" w:type="dxa"/>
            <w:tcBorders>
              <w:top w:val="nil"/>
              <w:left w:val="nil"/>
              <w:bottom w:val="single" w:sz="4" w:space="0" w:color="auto"/>
              <w:right w:val="single" w:sz="4" w:space="0" w:color="auto"/>
            </w:tcBorders>
            <w:noWrap/>
            <w:vAlign w:val="bottom"/>
            <w:hideMark/>
          </w:tcPr>
          <w:p w14:paraId="4D5F940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Noarlunga Centre</w:t>
            </w:r>
          </w:p>
        </w:tc>
      </w:tr>
      <w:tr w:rsidR="008756CC" w:rsidRPr="008756CC" w14:paraId="53044FB9"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53214D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Armidale</w:t>
            </w:r>
          </w:p>
        </w:tc>
        <w:tc>
          <w:tcPr>
            <w:tcW w:w="2186" w:type="dxa"/>
            <w:tcBorders>
              <w:top w:val="nil"/>
              <w:left w:val="nil"/>
              <w:bottom w:val="single" w:sz="4" w:space="0" w:color="auto"/>
              <w:right w:val="single" w:sz="4" w:space="0" w:color="auto"/>
            </w:tcBorders>
            <w:noWrap/>
            <w:vAlign w:val="bottom"/>
            <w:hideMark/>
          </w:tcPr>
          <w:p w14:paraId="2D55EC72"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Mitchelton</w:t>
            </w:r>
            <w:proofErr w:type="spellEnd"/>
          </w:p>
        </w:tc>
        <w:tc>
          <w:tcPr>
            <w:tcW w:w="1800" w:type="dxa"/>
            <w:tcBorders>
              <w:top w:val="nil"/>
              <w:left w:val="nil"/>
              <w:bottom w:val="single" w:sz="4" w:space="0" w:color="auto"/>
              <w:right w:val="single" w:sz="4" w:space="0" w:color="auto"/>
            </w:tcBorders>
            <w:noWrap/>
            <w:vAlign w:val="bottom"/>
            <w:hideMark/>
          </w:tcPr>
          <w:p w14:paraId="545CACAD"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Shepparton</w:t>
            </w:r>
            <w:proofErr w:type="spellEnd"/>
          </w:p>
        </w:tc>
        <w:tc>
          <w:tcPr>
            <w:tcW w:w="2157" w:type="dxa"/>
            <w:tcBorders>
              <w:top w:val="nil"/>
              <w:left w:val="nil"/>
              <w:bottom w:val="single" w:sz="4" w:space="0" w:color="auto"/>
              <w:right w:val="single" w:sz="4" w:space="0" w:color="auto"/>
            </w:tcBorders>
            <w:noWrap/>
            <w:vAlign w:val="bottom"/>
            <w:hideMark/>
          </w:tcPr>
          <w:p w14:paraId="02594BD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Doncaster</w:t>
            </w:r>
          </w:p>
        </w:tc>
        <w:tc>
          <w:tcPr>
            <w:tcW w:w="2348" w:type="dxa"/>
            <w:tcBorders>
              <w:top w:val="nil"/>
              <w:left w:val="nil"/>
              <w:bottom w:val="single" w:sz="4" w:space="0" w:color="auto"/>
              <w:right w:val="single" w:sz="4" w:space="0" w:color="auto"/>
            </w:tcBorders>
            <w:noWrap/>
            <w:vAlign w:val="bottom"/>
            <w:hideMark/>
          </w:tcPr>
          <w:p w14:paraId="36BEDBD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Karama</w:t>
            </w:r>
          </w:p>
        </w:tc>
      </w:tr>
      <w:tr w:rsidR="008756CC" w:rsidRPr="008756CC" w14:paraId="2689F4CD"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77358C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Berkshire Park</w:t>
            </w:r>
          </w:p>
        </w:tc>
        <w:tc>
          <w:tcPr>
            <w:tcW w:w="2186" w:type="dxa"/>
            <w:tcBorders>
              <w:top w:val="nil"/>
              <w:left w:val="nil"/>
              <w:bottom w:val="single" w:sz="4" w:space="0" w:color="auto"/>
              <w:right w:val="single" w:sz="4" w:space="0" w:color="auto"/>
            </w:tcBorders>
            <w:noWrap/>
            <w:vAlign w:val="bottom"/>
            <w:hideMark/>
          </w:tcPr>
          <w:p w14:paraId="4F21ABB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Mt Cotton</w:t>
            </w:r>
          </w:p>
        </w:tc>
        <w:tc>
          <w:tcPr>
            <w:tcW w:w="1800" w:type="dxa"/>
            <w:tcBorders>
              <w:top w:val="nil"/>
              <w:left w:val="nil"/>
              <w:bottom w:val="single" w:sz="4" w:space="0" w:color="auto"/>
              <w:right w:val="single" w:sz="4" w:space="0" w:color="auto"/>
            </w:tcBorders>
            <w:noWrap/>
            <w:vAlign w:val="bottom"/>
            <w:hideMark/>
          </w:tcPr>
          <w:p w14:paraId="59C4D0F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Clayton</w:t>
            </w:r>
          </w:p>
        </w:tc>
        <w:tc>
          <w:tcPr>
            <w:tcW w:w="2157" w:type="dxa"/>
            <w:tcBorders>
              <w:top w:val="nil"/>
              <w:left w:val="nil"/>
              <w:bottom w:val="single" w:sz="4" w:space="0" w:color="auto"/>
              <w:right w:val="single" w:sz="4" w:space="0" w:color="auto"/>
            </w:tcBorders>
            <w:noWrap/>
            <w:vAlign w:val="bottom"/>
            <w:hideMark/>
          </w:tcPr>
          <w:p w14:paraId="6E914C8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Patterson Lakes</w:t>
            </w:r>
          </w:p>
        </w:tc>
        <w:tc>
          <w:tcPr>
            <w:tcW w:w="2348" w:type="dxa"/>
            <w:tcBorders>
              <w:top w:val="nil"/>
              <w:left w:val="nil"/>
              <w:bottom w:val="single" w:sz="4" w:space="0" w:color="auto"/>
              <w:right w:val="single" w:sz="4" w:space="0" w:color="auto"/>
            </w:tcBorders>
            <w:noWrap/>
            <w:vAlign w:val="bottom"/>
            <w:hideMark/>
          </w:tcPr>
          <w:p w14:paraId="5731A4B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Elizabeth</w:t>
            </w:r>
          </w:p>
        </w:tc>
      </w:tr>
      <w:tr w:rsidR="008756CC" w:rsidRPr="008756CC" w14:paraId="74C2C08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158125E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 xml:space="preserve">North </w:t>
            </w:r>
            <w:proofErr w:type="spellStart"/>
            <w:r w:rsidRPr="0025601D">
              <w:rPr>
                <w:rFonts w:ascii="Calibri" w:hAnsi="Calibri"/>
                <w:color w:val="000000"/>
                <w:lang w:val="en-PH"/>
              </w:rPr>
              <w:t>Narrabeen</w:t>
            </w:r>
            <w:proofErr w:type="spellEnd"/>
          </w:p>
        </w:tc>
        <w:tc>
          <w:tcPr>
            <w:tcW w:w="2186" w:type="dxa"/>
            <w:tcBorders>
              <w:top w:val="nil"/>
              <w:left w:val="nil"/>
              <w:bottom w:val="single" w:sz="4" w:space="0" w:color="auto"/>
              <w:right w:val="single" w:sz="4" w:space="0" w:color="auto"/>
            </w:tcBorders>
            <w:noWrap/>
            <w:vAlign w:val="bottom"/>
            <w:hideMark/>
          </w:tcPr>
          <w:p w14:paraId="1697E90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Cannon Hill</w:t>
            </w:r>
          </w:p>
        </w:tc>
        <w:tc>
          <w:tcPr>
            <w:tcW w:w="1800" w:type="dxa"/>
            <w:tcBorders>
              <w:top w:val="nil"/>
              <w:left w:val="nil"/>
              <w:bottom w:val="single" w:sz="4" w:space="0" w:color="auto"/>
              <w:right w:val="single" w:sz="4" w:space="0" w:color="auto"/>
            </w:tcBorders>
            <w:noWrap/>
            <w:vAlign w:val="bottom"/>
            <w:hideMark/>
          </w:tcPr>
          <w:p w14:paraId="5CD4ABA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Wodonga</w:t>
            </w:r>
          </w:p>
        </w:tc>
        <w:tc>
          <w:tcPr>
            <w:tcW w:w="2157" w:type="dxa"/>
            <w:tcBorders>
              <w:top w:val="nil"/>
              <w:left w:val="nil"/>
              <w:bottom w:val="single" w:sz="4" w:space="0" w:color="auto"/>
              <w:right w:val="single" w:sz="4" w:space="0" w:color="auto"/>
            </w:tcBorders>
            <w:noWrap/>
            <w:vAlign w:val="bottom"/>
            <w:hideMark/>
          </w:tcPr>
          <w:p w14:paraId="65C92EC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Rosebud</w:t>
            </w:r>
          </w:p>
        </w:tc>
        <w:tc>
          <w:tcPr>
            <w:tcW w:w="2348" w:type="dxa"/>
            <w:tcBorders>
              <w:top w:val="nil"/>
              <w:left w:val="nil"/>
              <w:bottom w:val="single" w:sz="4" w:space="0" w:color="auto"/>
              <w:right w:val="single" w:sz="4" w:space="0" w:color="auto"/>
            </w:tcBorders>
            <w:noWrap/>
            <w:vAlign w:val="bottom"/>
            <w:hideMark/>
          </w:tcPr>
          <w:p w14:paraId="7213983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Nailsworth</w:t>
            </w:r>
          </w:p>
        </w:tc>
      </w:tr>
      <w:tr w:rsidR="008756CC" w:rsidRPr="008756CC" w14:paraId="2332B6E9"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E61F44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Jerrabomberra</w:t>
            </w:r>
          </w:p>
        </w:tc>
        <w:tc>
          <w:tcPr>
            <w:tcW w:w="2186" w:type="dxa"/>
            <w:tcBorders>
              <w:top w:val="nil"/>
              <w:left w:val="nil"/>
              <w:bottom w:val="single" w:sz="4" w:space="0" w:color="auto"/>
              <w:right w:val="single" w:sz="4" w:space="0" w:color="auto"/>
            </w:tcBorders>
            <w:noWrap/>
            <w:vAlign w:val="bottom"/>
            <w:hideMark/>
          </w:tcPr>
          <w:p w14:paraId="3EE643C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Virginia</w:t>
            </w:r>
          </w:p>
        </w:tc>
        <w:tc>
          <w:tcPr>
            <w:tcW w:w="1800" w:type="dxa"/>
            <w:tcBorders>
              <w:top w:val="nil"/>
              <w:left w:val="nil"/>
              <w:bottom w:val="single" w:sz="4" w:space="0" w:color="auto"/>
              <w:right w:val="single" w:sz="4" w:space="0" w:color="auto"/>
            </w:tcBorders>
            <w:noWrap/>
            <w:vAlign w:val="bottom"/>
            <w:hideMark/>
          </w:tcPr>
          <w:p w14:paraId="22C220D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Rosebud West</w:t>
            </w:r>
          </w:p>
        </w:tc>
        <w:tc>
          <w:tcPr>
            <w:tcW w:w="2157" w:type="dxa"/>
            <w:tcBorders>
              <w:top w:val="nil"/>
              <w:left w:val="nil"/>
              <w:bottom w:val="single" w:sz="4" w:space="0" w:color="auto"/>
              <w:right w:val="single" w:sz="4" w:space="0" w:color="auto"/>
            </w:tcBorders>
            <w:noWrap/>
            <w:vAlign w:val="bottom"/>
            <w:hideMark/>
          </w:tcPr>
          <w:p w14:paraId="0C73079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Laverton North</w:t>
            </w:r>
          </w:p>
        </w:tc>
        <w:tc>
          <w:tcPr>
            <w:tcW w:w="2348" w:type="dxa"/>
            <w:tcBorders>
              <w:top w:val="nil"/>
              <w:left w:val="nil"/>
              <w:bottom w:val="single" w:sz="4" w:space="0" w:color="auto"/>
              <w:right w:val="single" w:sz="4" w:space="0" w:color="auto"/>
            </w:tcBorders>
            <w:noWrap/>
            <w:vAlign w:val="bottom"/>
            <w:hideMark/>
          </w:tcPr>
          <w:p w14:paraId="33F6EEC4"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Palmerston</w:t>
            </w:r>
          </w:p>
        </w:tc>
      </w:tr>
      <w:tr w:rsidR="008756CC" w:rsidRPr="008756CC" w14:paraId="6F17EAD5"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6B9FDD1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Griffith</w:t>
            </w:r>
          </w:p>
        </w:tc>
        <w:tc>
          <w:tcPr>
            <w:tcW w:w="2186" w:type="dxa"/>
            <w:tcBorders>
              <w:top w:val="nil"/>
              <w:left w:val="nil"/>
              <w:bottom w:val="single" w:sz="4" w:space="0" w:color="auto"/>
              <w:right w:val="single" w:sz="4" w:space="0" w:color="auto"/>
            </w:tcBorders>
            <w:noWrap/>
            <w:vAlign w:val="bottom"/>
            <w:hideMark/>
          </w:tcPr>
          <w:p w14:paraId="6EF18A0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Oxley</w:t>
            </w:r>
          </w:p>
        </w:tc>
        <w:tc>
          <w:tcPr>
            <w:tcW w:w="1800" w:type="dxa"/>
            <w:tcBorders>
              <w:top w:val="nil"/>
              <w:left w:val="nil"/>
              <w:bottom w:val="single" w:sz="4" w:space="0" w:color="auto"/>
              <w:right w:val="single" w:sz="4" w:space="0" w:color="auto"/>
            </w:tcBorders>
            <w:noWrap/>
            <w:vAlign w:val="bottom"/>
            <w:hideMark/>
          </w:tcPr>
          <w:p w14:paraId="4349244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Berwick</w:t>
            </w:r>
          </w:p>
        </w:tc>
        <w:tc>
          <w:tcPr>
            <w:tcW w:w="2157" w:type="dxa"/>
            <w:tcBorders>
              <w:top w:val="nil"/>
              <w:left w:val="nil"/>
              <w:bottom w:val="single" w:sz="4" w:space="0" w:color="auto"/>
              <w:right w:val="single" w:sz="4" w:space="0" w:color="auto"/>
            </w:tcBorders>
            <w:noWrap/>
            <w:vAlign w:val="bottom"/>
            <w:hideMark/>
          </w:tcPr>
          <w:p w14:paraId="6800B93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Cranbourne</w:t>
            </w:r>
          </w:p>
        </w:tc>
        <w:tc>
          <w:tcPr>
            <w:tcW w:w="2348" w:type="dxa"/>
            <w:tcBorders>
              <w:top w:val="nil"/>
              <w:left w:val="nil"/>
              <w:bottom w:val="single" w:sz="4" w:space="0" w:color="auto"/>
              <w:right w:val="single" w:sz="4" w:space="0" w:color="auto"/>
            </w:tcBorders>
            <w:noWrap/>
            <w:vAlign w:val="bottom"/>
            <w:hideMark/>
          </w:tcPr>
          <w:p w14:paraId="7ECF3B0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Seaford</w:t>
            </w:r>
          </w:p>
        </w:tc>
      </w:tr>
      <w:tr w:rsidR="008756CC" w:rsidRPr="008756CC" w14:paraId="6040BD74"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398DA41"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Bass Hill</w:t>
            </w:r>
          </w:p>
        </w:tc>
        <w:tc>
          <w:tcPr>
            <w:tcW w:w="2186" w:type="dxa"/>
            <w:tcBorders>
              <w:top w:val="nil"/>
              <w:left w:val="nil"/>
              <w:bottom w:val="single" w:sz="4" w:space="0" w:color="auto"/>
              <w:right w:val="single" w:sz="4" w:space="0" w:color="auto"/>
            </w:tcBorders>
            <w:noWrap/>
            <w:vAlign w:val="bottom"/>
            <w:hideMark/>
          </w:tcPr>
          <w:p w14:paraId="19F9A03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Slacks Creek</w:t>
            </w:r>
          </w:p>
        </w:tc>
        <w:tc>
          <w:tcPr>
            <w:tcW w:w="1800" w:type="dxa"/>
            <w:tcBorders>
              <w:top w:val="nil"/>
              <w:left w:val="nil"/>
              <w:bottom w:val="single" w:sz="4" w:space="0" w:color="auto"/>
              <w:right w:val="single" w:sz="4" w:space="0" w:color="auto"/>
            </w:tcBorders>
            <w:noWrap/>
            <w:vAlign w:val="bottom"/>
            <w:hideMark/>
          </w:tcPr>
          <w:p w14:paraId="18853FF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Maribyrnong</w:t>
            </w:r>
          </w:p>
        </w:tc>
        <w:tc>
          <w:tcPr>
            <w:tcW w:w="2157" w:type="dxa"/>
            <w:tcBorders>
              <w:top w:val="nil"/>
              <w:left w:val="nil"/>
              <w:bottom w:val="single" w:sz="4" w:space="0" w:color="auto"/>
              <w:right w:val="single" w:sz="4" w:space="0" w:color="auto"/>
            </w:tcBorders>
            <w:noWrap/>
            <w:vAlign w:val="bottom"/>
            <w:hideMark/>
          </w:tcPr>
          <w:p w14:paraId="4AF2DD1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Caulfield South</w:t>
            </w:r>
          </w:p>
        </w:tc>
        <w:tc>
          <w:tcPr>
            <w:tcW w:w="2348" w:type="dxa"/>
            <w:tcBorders>
              <w:top w:val="nil"/>
              <w:left w:val="nil"/>
              <w:bottom w:val="single" w:sz="4" w:space="0" w:color="auto"/>
              <w:right w:val="single" w:sz="4" w:space="0" w:color="auto"/>
            </w:tcBorders>
            <w:noWrap/>
            <w:vAlign w:val="bottom"/>
            <w:hideMark/>
          </w:tcPr>
          <w:p w14:paraId="62187B5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Bakewell</w:t>
            </w:r>
          </w:p>
        </w:tc>
      </w:tr>
      <w:tr w:rsidR="008756CC" w:rsidRPr="008756CC" w14:paraId="6EDECE09"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2EB0E6D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Cranebrook</w:t>
            </w:r>
          </w:p>
        </w:tc>
        <w:tc>
          <w:tcPr>
            <w:tcW w:w="2186" w:type="dxa"/>
            <w:tcBorders>
              <w:top w:val="nil"/>
              <w:left w:val="nil"/>
              <w:bottom w:val="single" w:sz="4" w:space="0" w:color="auto"/>
              <w:right w:val="single" w:sz="4" w:space="0" w:color="auto"/>
            </w:tcBorders>
            <w:noWrap/>
            <w:vAlign w:val="bottom"/>
            <w:hideMark/>
          </w:tcPr>
          <w:p w14:paraId="53951F9F"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Southport</w:t>
            </w:r>
          </w:p>
        </w:tc>
        <w:tc>
          <w:tcPr>
            <w:tcW w:w="1800" w:type="dxa"/>
            <w:tcBorders>
              <w:top w:val="nil"/>
              <w:left w:val="nil"/>
              <w:bottom w:val="single" w:sz="4" w:space="0" w:color="auto"/>
              <w:right w:val="single" w:sz="4" w:space="0" w:color="auto"/>
            </w:tcBorders>
            <w:noWrap/>
            <w:vAlign w:val="bottom"/>
            <w:hideMark/>
          </w:tcPr>
          <w:p w14:paraId="1AEAFC3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Torquay</w:t>
            </w:r>
          </w:p>
        </w:tc>
        <w:tc>
          <w:tcPr>
            <w:tcW w:w="2157" w:type="dxa"/>
            <w:tcBorders>
              <w:top w:val="nil"/>
              <w:left w:val="nil"/>
              <w:bottom w:val="single" w:sz="4" w:space="0" w:color="auto"/>
              <w:right w:val="single" w:sz="4" w:space="0" w:color="auto"/>
            </w:tcBorders>
            <w:noWrap/>
            <w:vAlign w:val="bottom"/>
            <w:hideMark/>
          </w:tcPr>
          <w:p w14:paraId="43DAA192"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Craigieburn Highlands</w:t>
            </w:r>
          </w:p>
        </w:tc>
        <w:tc>
          <w:tcPr>
            <w:tcW w:w="2348" w:type="dxa"/>
            <w:tcBorders>
              <w:top w:val="nil"/>
              <w:left w:val="nil"/>
              <w:bottom w:val="single" w:sz="4" w:space="0" w:color="auto"/>
              <w:right w:val="single" w:sz="4" w:space="0" w:color="auto"/>
            </w:tcBorders>
            <w:noWrap/>
            <w:vAlign w:val="bottom"/>
            <w:hideMark/>
          </w:tcPr>
          <w:p w14:paraId="357544D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Holtze</w:t>
            </w:r>
          </w:p>
        </w:tc>
      </w:tr>
      <w:tr w:rsidR="008756CC" w:rsidRPr="008756CC" w14:paraId="2C77CC3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493189E"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Wollongong West</w:t>
            </w:r>
          </w:p>
        </w:tc>
        <w:tc>
          <w:tcPr>
            <w:tcW w:w="2186" w:type="dxa"/>
            <w:tcBorders>
              <w:top w:val="nil"/>
              <w:left w:val="nil"/>
              <w:bottom w:val="single" w:sz="4" w:space="0" w:color="auto"/>
              <w:right w:val="single" w:sz="4" w:space="0" w:color="auto"/>
            </w:tcBorders>
            <w:noWrap/>
            <w:vAlign w:val="bottom"/>
            <w:hideMark/>
          </w:tcPr>
          <w:p w14:paraId="4A244E3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Woodridge</w:t>
            </w:r>
          </w:p>
        </w:tc>
        <w:tc>
          <w:tcPr>
            <w:tcW w:w="1800" w:type="dxa"/>
            <w:tcBorders>
              <w:top w:val="nil"/>
              <w:left w:val="nil"/>
              <w:bottom w:val="single" w:sz="4" w:space="0" w:color="auto"/>
              <w:right w:val="single" w:sz="4" w:space="0" w:color="auto"/>
            </w:tcBorders>
            <w:noWrap/>
            <w:vAlign w:val="bottom"/>
            <w:hideMark/>
          </w:tcPr>
          <w:p w14:paraId="6DD9BF0A"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Moonee Ponds</w:t>
            </w:r>
          </w:p>
        </w:tc>
        <w:tc>
          <w:tcPr>
            <w:tcW w:w="2157" w:type="dxa"/>
            <w:tcBorders>
              <w:top w:val="nil"/>
              <w:left w:val="nil"/>
              <w:bottom w:val="single" w:sz="4" w:space="0" w:color="auto"/>
              <w:right w:val="single" w:sz="4" w:space="0" w:color="auto"/>
            </w:tcBorders>
            <w:noWrap/>
            <w:vAlign w:val="bottom"/>
            <w:hideMark/>
          </w:tcPr>
          <w:p w14:paraId="5582D6C5"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Langwarrin</w:t>
            </w:r>
          </w:p>
        </w:tc>
        <w:tc>
          <w:tcPr>
            <w:tcW w:w="2348" w:type="dxa"/>
            <w:tcBorders>
              <w:top w:val="nil"/>
              <w:left w:val="nil"/>
              <w:bottom w:val="single" w:sz="4" w:space="0" w:color="auto"/>
              <w:right w:val="single" w:sz="4" w:space="0" w:color="auto"/>
            </w:tcBorders>
            <w:noWrap/>
            <w:vAlign w:val="bottom"/>
            <w:hideMark/>
          </w:tcPr>
          <w:p w14:paraId="17763263"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Burnie</w:t>
            </w:r>
          </w:p>
        </w:tc>
      </w:tr>
      <w:tr w:rsidR="008756CC" w:rsidRPr="008756CC" w14:paraId="2ED8D168"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0AE33CEB"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Wanniassa</w:t>
            </w:r>
            <w:proofErr w:type="spellEnd"/>
          </w:p>
        </w:tc>
        <w:tc>
          <w:tcPr>
            <w:tcW w:w="2186" w:type="dxa"/>
            <w:tcBorders>
              <w:top w:val="nil"/>
              <w:left w:val="nil"/>
              <w:bottom w:val="single" w:sz="4" w:space="0" w:color="auto"/>
              <w:right w:val="single" w:sz="4" w:space="0" w:color="auto"/>
            </w:tcBorders>
            <w:noWrap/>
            <w:vAlign w:val="bottom"/>
            <w:hideMark/>
          </w:tcPr>
          <w:p w14:paraId="4AA4C76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Chermside</w:t>
            </w:r>
          </w:p>
        </w:tc>
        <w:tc>
          <w:tcPr>
            <w:tcW w:w="1800" w:type="dxa"/>
            <w:tcBorders>
              <w:top w:val="nil"/>
              <w:left w:val="nil"/>
              <w:bottom w:val="single" w:sz="4" w:space="0" w:color="auto"/>
              <w:right w:val="single" w:sz="4" w:space="0" w:color="auto"/>
            </w:tcBorders>
            <w:noWrap/>
            <w:vAlign w:val="bottom"/>
            <w:hideMark/>
          </w:tcPr>
          <w:p w14:paraId="2E82B7ED"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Ocean Grove</w:t>
            </w:r>
          </w:p>
        </w:tc>
        <w:tc>
          <w:tcPr>
            <w:tcW w:w="2157" w:type="dxa"/>
            <w:tcBorders>
              <w:top w:val="nil"/>
              <w:left w:val="nil"/>
              <w:bottom w:val="single" w:sz="4" w:space="0" w:color="auto"/>
              <w:right w:val="single" w:sz="4" w:space="0" w:color="auto"/>
            </w:tcBorders>
            <w:noWrap/>
            <w:vAlign w:val="bottom"/>
            <w:hideMark/>
          </w:tcPr>
          <w:p w14:paraId="67D6BC16"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Templestowe</w:t>
            </w:r>
            <w:proofErr w:type="spellEnd"/>
          </w:p>
        </w:tc>
        <w:tc>
          <w:tcPr>
            <w:tcW w:w="2348" w:type="dxa"/>
            <w:tcBorders>
              <w:top w:val="nil"/>
              <w:left w:val="nil"/>
              <w:bottom w:val="single" w:sz="4" w:space="0" w:color="auto"/>
              <w:right w:val="single" w:sz="4" w:space="0" w:color="auto"/>
            </w:tcBorders>
            <w:noWrap/>
            <w:vAlign w:val="bottom"/>
            <w:hideMark/>
          </w:tcPr>
          <w:p w14:paraId="33FA92A7"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Howrah</w:t>
            </w:r>
          </w:p>
        </w:tc>
      </w:tr>
      <w:tr w:rsidR="008756CC" w:rsidRPr="008756CC" w14:paraId="49348517"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4EE65A39"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Inverell</w:t>
            </w:r>
          </w:p>
        </w:tc>
        <w:tc>
          <w:tcPr>
            <w:tcW w:w="2186" w:type="dxa"/>
            <w:tcBorders>
              <w:top w:val="nil"/>
              <w:left w:val="nil"/>
              <w:bottom w:val="single" w:sz="4" w:space="0" w:color="auto"/>
              <w:right w:val="single" w:sz="4" w:space="0" w:color="auto"/>
            </w:tcBorders>
            <w:noWrap/>
            <w:vAlign w:val="bottom"/>
            <w:hideMark/>
          </w:tcPr>
          <w:p w14:paraId="76201592"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Moorooka</w:t>
            </w:r>
            <w:proofErr w:type="spellEnd"/>
          </w:p>
        </w:tc>
        <w:tc>
          <w:tcPr>
            <w:tcW w:w="1800" w:type="dxa"/>
            <w:tcBorders>
              <w:top w:val="nil"/>
              <w:left w:val="nil"/>
              <w:bottom w:val="single" w:sz="4" w:space="0" w:color="auto"/>
              <w:right w:val="single" w:sz="4" w:space="0" w:color="auto"/>
            </w:tcBorders>
            <w:noWrap/>
            <w:vAlign w:val="bottom"/>
            <w:hideMark/>
          </w:tcPr>
          <w:p w14:paraId="47E86C36"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Balwyn</w:t>
            </w:r>
          </w:p>
        </w:tc>
        <w:tc>
          <w:tcPr>
            <w:tcW w:w="2157" w:type="dxa"/>
            <w:tcBorders>
              <w:top w:val="nil"/>
              <w:left w:val="nil"/>
              <w:bottom w:val="single" w:sz="4" w:space="0" w:color="auto"/>
              <w:right w:val="single" w:sz="4" w:space="0" w:color="auto"/>
            </w:tcBorders>
            <w:noWrap/>
            <w:vAlign w:val="bottom"/>
            <w:hideMark/>
          </w:tcPr>
          <w:p w14:paraId="3A8C3C4B"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Kyneton</w:t>
            </w:r>
            <w:proofErr w:type="spellEnd"/>
          </w:p>
        </w:tc>
        <w:tc>
          <w:tcPr>
            <w:tcW w:w="2348" w:type="dxa"/>
            <w:tcBorders>
              <w:top w:val="nil"/>
              <w:left w:val="nil"/>
              <w:bottom w:val="single" w:sz="4" w:space="0" w:color="auto"/>
              <w:right w:val="single" w:sz="4" w:space="0" w:color="auto"/>
            </w:tcBorders>
            <w:noWrap/>
            <w:vAlign w:val="bottom"/>
            <w:hideMark/>
          </w:tcPr>
          <w:p w14:paraId="30F1D992"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Huonville</w:t>
            </w:r>
            <w:proofErr w:type="spellEnd"/>
          </w:p>
        </w:tc>
      </w:tr>
      <w:tr w:rsidR="008756CC" w:rsidRPr="008756CC" w14:paraId="5A611F2E" w14:textId="77777777" w:rsidTr="0025601D">
        <w:trPr>
          <w:trHeight w:val="315"/>
        </w:trPr>
        <w:tc>
          <w:tcPr>
            <w:tcW w:w="1920" w:type="dxa"/>
            <w:tcBorders>
              <w:top w:val="nil"/>
              <w:left w:val="single" w:sz="4" w:space="0" w:color="auto"/>
              <w:bottom w:val="single" w:sz="4" w:space="0" w:color="auto"/>
              <w:right w:val="single" w:sz="4" w:space="0" w:color="auto"/>
            </w:tcBorders>
            <w:noWrap/>
            <w:vAlign w:val="bottom"/>
            <w:hideMark/>
          </w:tcPr>
          <w:p w14:paraId="7EE28F08"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Wyoming</w:t>
            </w:r>
          </w:p>
        </w:tc>
        <w:tc>
          <w:tcPr>
            <w:tcW w:w="2186" w:type="dxa"/>
            <w:tcBorders>
              <w:top w:val="nil"/>
              <w:left w:val="nil"/>
              <w:bottom w:val="single" w:sz="4" w:space="0" w:color="auto"/>
              <w:right w:val="single" w:sz="4" w:space="0" w:color="auto"/>
            </w:tcBorders>
            <w:noWrap/>
            <w:vAlign w:val="bottom"/>
            <w:hideMark/>
          </w:tcPr>
          <w:p w14:paraId="54961147"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Glenorchy</w:t>
            </w:r>
            <w:proofErr w:type="spellEnd"/>
          </w:p>
        </w:tc>
        <w:tc>
          <w:tcPr>
            <w:tcW w:w="1800" w:type="dxa"/>
            <w:tcBorders>
              <w:top w:val="nil"/>
              <w:left w:val="nil"/>
              <w:bottom w:val="single" w:sz="4" w:space="0" w:color="auto"/>
              <w:right w:val="single" w:sz="4" w:space="0" w:color="auto"/>
            </w:tcBorders>
            <w:noWrap/>
            <w:vAlign w:val="bottom"/>
            <w:hideMark/>
          </w:tcPr>
          <w:p w14:paraId="1C21B5E0" w14:textId="77777777" w:rsidR="00E21D13" w:rsidRPr="0025601D" w:rsidRDefault="00E21D13" w:rsidP="00E21D13">
            <w:pPr>
              <w:spacing w:line="240" w:lineRule="auto"/>
              <w:rPr>
                <w:rFonts w:ascii="Calibri" w:hAnsi="Calibri"/>
                <w:color w:val="000000"/>
                <w:lang w:val="en-PH"/>
              </w:rPr>
            </w:pPr>
            <w:proofErr w:type="spellStart"/>
            <w:r w:rsidRPr="0025601D">
              <w:rPr>
                <w:rFonts w:ascii="Calibri" w:hAnsi="Calibri"/>
                <w:color w:val="000000"/>
                <w:lang w:val="en-PH"/>
              </w:rPr>
              <w:t>Ulverstone</w:t>
            </w:r>
            <w:proofErr w:type="spellEnd"/>
          </w:p>
        </w:tc>
        <w:tc>
          <w:tcPr>
            <w:tcW w:w="2157" w:type="dxa"/>
            <w:tcBorders>
              <w:top w:val="nil"/>
              <w:left w:val="nil"/>
              <w:bottom w:val="single" w:sz="4" w:space="0" w:color="auto"/>
              <w:right w:val="single" w:sz="4" w:space="0" w:color="auto"/>
            </w:tcBorders>
            <w:noWrap/>
            <w:vAlign w:val="bottom"/>
            <w:hideMark/>
          </w:tcPr>
          <w:p w14:paraId="544B0720"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 </w:t>
            </w:r>
          </w:p>
        </w:tc>
        <w:tc>
          <w:tcPr>
            <w:tcW w:w="2348" w:type="dxa"/>
            <w:tcBorders>
              <w:top w:val="nil"/>
              <w:left w:val="nil"/>
              <w:bottom w:val="single" w:sz="4" w:space="0" w:color="auto"/>
              <w:right w:val="single" w:sz="4" w:space="0" w:color="auto"/>
            </w:tcBorders>
            <w:noWrap/>
            <w:vAlign w:val="bottom"/>
            <w:hideMark/>
          </w:tcPr>
          <w:p w14:paraId="5D5D2BAB" w14:textId="77777777" w:rsidR="00E21D13" w:rsidRPr="0025601D" w:rsidRDefault="00E21D13" w:rsidP="00E21D13">
            <w:pPr>
              <w:spacing w:line="240" w:lineRule="auto"/>
              <w:rPr>
                <w:rFonts w:ascii="Calibri" w:hAnsi="Calibri"/>
                <w:color w:val="000000"/>
                <w:lang w:val="en-PH"/>
              </w:rPr>
            </w:pPr>
            <w:r w:rsidRPr="0025601D">
              <w:rPr>
                <w:rFonts w:ascii="Calibri" w:hAnsi="Calibri"/>
                <w:color w:val="000000"/>
                <w:lang w:val="en-PH"/>
              </w:rPr>
              <w:t> </w:t>
            </w:r>
          </w:p>
        </w:tc>
      </w:tr>
    </w:tbl>
    <w:p w14:paraId="1A4712D0" w14:textId="77777777" w:rsidR="00E21D13" w:rsidRPr="0025601D" w:rsidRDefault="00E21D13" w:rsidP="0025601D">
      <w:pPr>
        <w:pBdr>
          <w:top w:val="nil"/>
          <w:left w:val="nil"/>
          <w:bottom w:val="nil"/>
          <w:right w:val="nil"/>
          <w:between w:val="nil"/>
        </w:pBdr>
        <w:rPr>
          <w:rFonts w:ascii="Calibri" w:hAnsi="Calibri"/>
          <w:b/>
        </w:rPr>
      </w:pPr>
    </w:p>
    <w:sectPr w:rsidR="00E21D13" w:rsidRPr="0025601D">
      <w:headerReference w:type="default" r:id="rId12"/>
      <w:footerReference w:type="even" r:id="rId13"/>
      <w:footerReference w:type="default" r:id="rId14"/>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A80E" w14:textId="77777777" w:rsidR="00A7068E" w:rsidRDefault="00A7068E">
      <w:pPr>
        <w:spacing w:line="240" w:lineRule="auto"/>
      </w:pPr>
      <w:r>
        <w:separator/>
      </w:r>
    </w:p>
  </w:endnote>
  <w:endnote w:type="continuationSeparator" w:id="0">
    <w:p w14:paraId="548F596E" w14:textId="77777777" w:rsidR="00A7068E" w:rsidRDefault="00A706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C36F42-2E8D-4CD9-B796-646DEC8CFEB9}"/>
    <w:embedBold r:id="rId2" w:fontKey="{6B64182B-E7AD-4F4F-BE68-8629FD09E556}"/>
    <w:embedItalic r:id="rId3" w:fontKey="{D3F85050-7F39-48A7-9E67-AAD79DFB4D70}"/>
    <w:embedBoldItalic r:id="rId4" w:fontKey="{113C50F7-941D-4ED3-8591-A6EA1A64AE77}"/>
  </w:font>
  <w:font w:name="Courier">
    <w:panose1 w:val="02070409020205020404"/>
    <w:charset w:val="00"/>
    <w:family w:val="modern"/>
    <w:pitch w:val="fixed"/>
    <w:sig w:usb0="E0002AFF" w:usb1="C0007843" w:usb2="00000009" w:usb3="00000000" w:csb0="000001FF" w:csb1="00000000"/>
    <w:embedRegular r:id="rId5" w:fontKey="{6F435C8D-7944-4840-962B-99977F321A00}"/>
  </w:font>
  <w:font w:name="Cambria">
    <w:panose1 w:val="02040503050406030204"/>
    <w:charset w:val="00"/>
    <w:family w:val="roman"/>
    <w:pitch w:val="variable"/>
    <w:sig w:usb0="E00006FF" w:usb1="420024FF" w:usb2="02000000" w:usb3="00000000" w:csb0="0000019F" w:csb1="00000000"/>
    <w:embedRegular r:id="rId6" w:fontKey="{6127538F-5D55-471C-B161-694A86A19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CBC8" w14:textId="77777777" w:rsidR="00E65050" w:rsidRDefault="00000000">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3803" w14:textId="2FFB9A19" w:rsidR="00E65050" w:rsidRDefault="00000000">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color w:val="000000"/>
        <w:sz w:val="18"/>
        <w:szCs w:val="18"/>
      </w:rPr>
      <w:tab/>
      <w:t>© 202</w:t>
    </w:r>
    <w:r w:rsidR="000A2575">
      <w:rPr>
        <w:rFonts w:ascii="Calibri" w:hAnsi="Calibri"/>
        <w:color w:val="000000"/>
        <w:sz w:val="18"/>
        <w:szCs w:val="18"/>
      </w:rPr>
      <w:t>6</w:t>
    </w:r>
    <w:r>
      <w:rPr>
        <w:rFonts w:ascii="Calibri" w:hAnsi="Calibri"/>
        <w:color w:val="000000"/>
        <w:sz w:val="18"/>
        <w:szCs w:val="18"/>
      </w:rPr>
      <w:t xml:space="preserve"> </w:t>
    </w:r>
    <w:hyperlink r:id="rId1">
      <w:r w:rsidR="00E65050">
        <w:rPr>
          <w:rFonts w:ascii="Calibri" w:hAnsi="Calibri"/>
          <w:color w:val="0000FF"/>
          <w:sz w:val="18"/>
          <w:szCs w:val="18"/>
          <w:u w:val="single"/>
        </w:rPr>
        <w:t>Plexus Services Pty Ltd</w:t>
      </w:r>
    </w:hyperlink>
    <w:r>
      <w:rPr>
        <w:rFonts w:ascii="Calibri" w:hAnsi="Calibri"/>
        <w:color w:val="000000"/>
        <w:sz w:val="18"/>
        <w:szCs w:val="18"/>
      </w:rPr>
      <w:t xml:space="preserve">. Do not reproduce or amend without authority.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01B5D" w14:textId="77777777" w:rsidR="00A7068E" w:rsidRDefault="00A7068E">
      <w:pPr>
        <w:spacing w:line="240" w:lineRule="auto"/>
      </w:pPr>
      <w:r>
        <w:separator/>
      </w:r>
    </w:p>
  </w:footnote>
  <w:footnote w:type="continuationSeparator" w:id="0">
    <w:p w14:paraId="26FEB5FA" w14:textId="77777777" w:rsidR="00A7068E" w:rsidRDefault="00A706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AC531" w14:textId="77777777" w:rsidR="00AC61A9" w:rsidRDefault="00AC6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6A87E46"/>
    <w:multiLevelType w:val="multilevel"/>
    <w:tmpl w:val="0852AE8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781A16"/>
    <w:multiLevelType w:val="multilevel"/>
    <w:tmpl w:val="D6E841E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D016773"/>
    <w:multiLevelType w:val="multilevel"/>
    <w:tmpl w:val="FE50D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D86B72"/>
    <w:multiLevelType w:val="multilevel"/>
    <w:tmpl w:val="9CDAD5E6"/>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B0A1BC2"/>
    <w:multiLevelType w:val="multilevel"/>
    <w:tmpl w:val="451C9D72"/>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DD6097"/>
    <w:multiLevelType w:val="multilevel"/>
    <w:tmpl w:val="7FB824E4"/>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num w:numId="1" w16cid:durableId="374931706">
    <w:abstractNumId w:val="5"/>
  </w:num>
  <w:num w:numId="2" w16cid:durableId="1838770003">
    <w:abstractNumId w:val="6"/>
  </w:num>
  <w:num w:numId="3" w16cid:durableId="590433525">
    <w:abstractNumId w:val="4"/>
  </w:num>
  <w:num w:numId="4" w16cid:durableId="727531508">
    <w:abstractNumId w:val="3"/>
  </w:num>
  <w:num w:numId="5" w16cid:durableId="81462828">
    <w:abstractNumId w:val="2"/>
  </w:num>
  <w:num w:numId="6" w16cid:durableId="17064394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2853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8199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7291697">
    <w:abstractNumId w:val="0"/>
  </w:num>
  <w:num w:numId="10" w16cid:durableId="516651155">
    <w:abstractNumId w:val="1"/>
  </w:num>
  <w:num w:numId="11" w16cid:durableId="168501794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050"/>
    <w:rsid w:val="00034255"/>
    <w:rsid w:val="00047DF1"/>
    <w:rsid w:val="00066D4C"/>
    <w:rsid w:val="00071FD5"/>
    <w:rsid w:val="0007651B"/>
    <w:rsid w:val="0008604E"/>
    <w:rsid w:val="00090628"/>
    <w:rsid w:val="000A2575"/>
    <w:rsid w:val="000C041A"/>
    <w:rsid w:val="000C3C84"/>
    <w:rsid w:val="000F4554"/>
    <w:rsid w:val="001015E9"/>
    <w:rsid w:val="00114766"/>
    <w:rsid w:val="001309D9"/>
    <w:rsid w:val="001411BC"/>
    <w:rsid w:val="00144E5D"/>
    <w:rsid w:val="00176D82"/>
    <w:rsid w:val="001A3153"/>
    <w:rsid w:val="001A40F6"/>
    <w:rsid w:val="001A611A"/>
    <w:rsid w:val="002221FA"/>
    <w:rsid w:val="0022548D"/>
    <w:rsid w:val="0025601D"/>
    <w:rsid w:val="0026048B"/>
    <w:rsid w:val="00261C8C"/>
    <w:rsid w:val="00270FB4"/>
    <w:rsid w:val="002A2733"/>
    <w:rsid w:val="002C7110"/>
    <w:rsid w:val="002D059E"/>
    <w:rsid w:val="002E1B9B"/>
    <w:rsid w:val="002F447D"/>
    <w:rsid w:val="003349CC"/>
    <w:rsid w:val="00356676"/>
    <w:rsid w:val="0038684A"/>
    <w:rsid w:val="003B1BD7"/>
    <w:rsid w:val="003C0DF3"/>
    <w:rsid w:val="003F0E4B"/>
    <w:rsid w:val="00405038"/>
    <w:rsid w:val="0044113E"/>
    <w:rsid w:val="0044331A"/>
    <w:rsid w:val="004449C7"/>
    <w:rsid w:val="00446AE6"/>
    <w:rsid w:val="00455E14"/>
    <w:rsid w:val="00480662"/>
    <w:rsid w:val="004A7C3E"/>
    <w:rsid w:val="004D30A8"/>
    <w:rsid w:val="004E5027"/>
    <w:rsid w:val="00535980"/>
    <w:rsid w:val="0054378D"/>
    <w:rsid w:val="005825AF"/>
    <w:rsid w:val="00591348"/>
    <w:rsid w:val="005948FF"/>
    <w:rsid w:val="005A164B"/>
    <w:rsid w:val="005C0576"/>
    <w:rsid w:val="005E0443"/>
    <w:rsid w:val="005E07F5"/>
    <w:rsid w:val="00652348"/>
    <w:rsid w:val="00665093"/>
    <w:rsid w:val="006A42CF"/>
    <w:rsid w:val="006C3F2F"/>
    <w:rsid w:val="006C4BBD"/>
    <w:rsid w:val="006F3FC2"/>
    <w:rsid w:val="0071211D"/>
    <w:rsid w:val="00731BC5"/>
    <w:rsid w:val="00740E2A"/>
    <w:rsid w:val="00741191"/>
    <w:rsid w:val="00772890"/>
    <w:rsid w:val="007928D7"/>
    <w:rsid w:val="00794ED2"/>
    <w:rsid w:val="007A0D11"/>
    <w:rsid w:val="007A7144"/>
    <w:rsid w:val="007A72C0"/>
    <w:rsid w:val="007C60CE"/>
    <w:rsid w:val="007D3FB0"/>
    <w:rsid w:val="007E0897"/>
    <w:rsid w:val="007F035C"/>
    <w:rsid w:val="007F0B85"/>
    <w:rsid w:val="007F34B2"/>
    <w:rsid w:val="007F35E9"/>
    <w:rsid w:val="007F513C"/>
    <w:rsid w:val="00824F0F"/>
    <w:rsid w:val="008462B4"/>
    <w:rsid w:val="008756CC"/>
    <w:rsid w:val="00884B6C"/>
    <w:rsid w:val="008A23BD"/>
    <w:rsid w:val="008A2693"/>
    <w:rsid w:val="008A4367"/>
    <w:rsid w:val="008B4C73"/>
    <w:rsid w:val="008C510C"/>
    <w:rsid w:val="008C5612"/>
    <w:rsid w:val="008F5455"/>
    <w:rsid w:val="008F6D05"/>
    <w:rsid w:val="008F7906"/>
    <w:rsid w:val="00922F4F"/>
    <w:rsid w:val="009271C5"/>
    <w:rsid w:val="00933526"/>
    <w:rsid w:val="00936362"/>
    <w:rsid w:val="0094057C"/>
    <w:rsid w:val="00961926"/>
    <w:rsid w:val="0096359E"/>
    <w:rsid w:val="009913D3"/>
    <w:rsid w:val="009B09EF"/>
    <w:rsid w:val="009B2DB3"/>
    <w:rsid w:val="009D400D"/>
    <w:rsid w:val="009D70B2"/>
    <w:rsid w:val="009E2339"/>
    <w:rsid w:val="00A1047C"/>
    <w:rsid w:val="00A2011A"/>
    <w:rsid w:val="00A3041A"/>
    <w:rsid w:val="00A41DAF"/>
    <w:rsid w:val="00A62CC9"/>
    <w:rsid w:val="00A7068E"/>
    <w:rsid w:val="00A741EC"/>
    <w:rsid w:val="00A87535"/>
    <w:rsid w:val="00A962E5"/>
    <w:rsid w:val="00A96530"/>
    <w:rsid w:val="00AB646F"/>
    <w:rsid w:val="00AC61A9"/>
    <w:rsid w:val="00AD2015"/>
    <w:rsid w:val="00B164BA"/>
    <w:rsid w:val="00B2478C"/>
    <w:rsid w:val="00B25882"/>
    <w:rsid w:val="00B26425"/>
    <w:rsid w:val="00B26E54"/>
    <w:rsid w:val="00B300D6"/>
    <w:rsid w:val="00B53F26"/>
    <w:rsid w:val="00B61CB1"/>
    <w:rsid w:val="00B6659A"/>
    <w:rsid w:val="00B73BC5"/>
    <w:rsid w:val="00BB7D27"/>
    <w:rsid w:val="00C02505"/>
    <w:rsid w:val="00C028D6"/>
    <w:rsid w:val="00C03DCC"/>
    <w:rsid w:val="00C046DD"/>
    <w:rsid w:val="00C35B79"/>
    <w:rsid w:val="00C52BFC"/>
    <w:rsid w:val="00C84F7C"/>
    <w:rsid w:val="00CB2520"/>
    <w:rsid w:val="00CB7FC6"/>
    <w:rsid w:val="00CF3146"/>
    <w:rsid w:val="00D0385E"/>
    <w:rsid w:val="00D12DDD"/>
    <w:rsid w:val="00D25C78"/>
    <w:rsid w:val="00D25FD8"/>
    <w:rsid w:val="00D329C4"/>
    <w:rsid w:val="00D353FD"/>
    <w:rsid w:val="00D65C93"/>
    <w:rsid w:val="00D75FD8"/>
    <w:rsid w:val="00DB78E1"/>
    <w:rsid w:val="00DD1618"/>
    <w:rsid w:val="00DD4707"/>
    <w:rsid w:val="00DD5C95"/>
    <w:rsid w:val="00DE078F"/>
    <w:rsid w:val="00DE569F"/>
    <w:rsid w:val="00DE63FF"/>
    <w:rsid w:val="00DF7261"/>
    <w:rsid w:val="00E21D13"/>
    <w:rsid w:val="00E27A59"/>
    <w:rsid w:val="00E46CC3"/>
    <w:rsid w:val="00E61BDE"/>
    <w:rsid w:val="00E65050"/>
    <w:rsid w:val="00E66E50"/>
    <w:rsid w:val="00EA2528"/>
    <w:rsid w:val="00ED75DB"/>
    <w:rsid w:val="00EF533E"/>
    <w:rsid w:val="00F10955"/>
    <w:rsid w:val="00F11787"/>
    <w:rsid w:val="00F263C8"/>
    <w:rsid w:val="00F66AD1"/>
    <w:rsid w:val="00F93DC0"/>
    <w:rsid w:val="00FA18AB"/>
    <w:rsid w:val="00FA3F45"/>
    <w:rsid w:val="00FE1A85"/>
    <w:rsid w:val="021A34ED"/>
    <w:rsid w:val="031E033D"/>
    <w:rsid w:val="05EF9F53"/>
    <w:rsid w:val="0FC304BF"/>
    <w:rsid w:val="19EADCDE"/>
    <w:rsid w:val="26480210"/>
    <w:rsid w:val="2C69C9A7"/>
    <w:rsid w:val="2D4AD054"/>
    <w:rsid w:val="3A2DE62F"/>
    <w:rsid w:val="3FD7CAC7"/>
    <w:rsid w:val="47267F5E"/>
    <w:rsid w:val="5EA1CD6A"/>
    <w:rsid w:val="5F6D075E"/>
    <w:rsid w:val="6A5F7F8E"/>
    <w:rsid w:val="6BCED10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7942F"/>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4162f0-f26d-43d7-bee3-ce6c4b718e31">
      <Terms xmlns="http://schemas.microsoft.com/office/infopath/2007/PartnerControls"/>
    </lcf76f155ced4ddcb4097134ff3c332f>
    <TaxCatchAll xmlns="e3753dcb-ee6d-41e0-b618-39e5a24aeb99"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82EB50727832C47A61E8A3067B267FD" ma:contentTypeVersion="13" ma:contentTypeDescription="Create a new document." ma:contentTypeScope="" ma:versionID="5c01a23acbf424a6abf46059d3664212">
  <xsd:schema xmlns:xsd="http://www.w3.org/2001/XMLSchema" xmlns:xs="http://www.w3.org/2001/XMLSchema" xmlns:p="http://schemas.microsoft.com/office/2006/metadata/properties" xmlns:ns2="d84162f0-f26d-43d7-bee3-ce6c4b718e31" xmlns:ns3="e3753dcb-ee6d-41e0-b618-39e5a24aeb99" targetNamespace="http://schemas.microsoft.com/office/2006/metadata/properties" ma:root="true" ma:fieldsID="0ad802daa0b2b139e7001b90a595d038" ns2:_="" ns3:_="">
    <xsd:import namespace="d84162f0-f26d-43d7-bee3-ce6c4b718e31"/>
    <xsd:import namespace="e3753dcb-ee6d-41e0-b618-39e5a24aeb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162f0-f26d-43d7-bee3-ce6c4b718e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e191ec7-780f-4250-91c8-0a6349176c1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53dcb-ee6d-41e0-b618-39e5a24aeb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f58f6e9-f8b8-49e7-9e22-427b1d0236d9}" ma:internalName="TaxCatchAll" ma:showField="CatchAllData" ma:web="e3753dcb-ee6d-41e0-b618-39e5a24aeb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1FEA85-F25A-4920-9A0C-64B9FA49FAFF}">
  <ds:schemaRefs>
    <ds:schemaRef ds:uri="http://schemas.microsoft.com/office/2006/metadata/properties"/>
    <ds:schemaRef ds:uri="http://schemas.microsoft.com/office/infopath/2007/PartnerControls"/>
    <ds:schemaRef ds:uri="d84162f0-f26d-43d7-bee3-ce6c4b718e31"/>
    <ds:schemaRef ds:uri="e3753dcb-ee6d-41e0-b618-39e5a24aeb9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1019B4-5688-42BE-B6B4-9A73EF9C2F0D}">
  <ds:schemaRefs>
    <ds:schemaRef ds:uri="http://schemas.openxmlformats.org/officeDocument/2006/bibliography"/>
  </ds:schemaRefs>
</ds:datastoreItem>
</file>

<file path=customXml/itemProps4.xml><?xml version="1.0" encoding="utf-8"?>
<ds:datastoreItem xmlns:ds="http://schemas.openxmlformats.org/officeDocument/2006/customXml" ds:itemID="{69B26555-FEA0-4C7F-A4D7-DB533548D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162f0-f26d-43d7-bee3-ce6c4b718e31"/>
    <ds:schemaRef ds:uri="e3753dcb-ee6d-41e0-b618-39e5a24ae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2E63A8-15E6-4496-8BE4-2C3D12E0F8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3004</Words>
  <Characters>17125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cp:lastModifiedBy>Plexus</cp:lastModifiedBy>
  <cp:revision>4</cp:revision>
  <dcterms:created xsi:type="dcterms:W3CDTF">2026-04-06T23:57:00Z</dcterms:created>
  <dcterms:modified xsi:type="dcterms:W3CDTF">2026-04-09T02:46:00Z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0x010100482EB50727832C47A61E8A3067B267FD</vt:lpwstr>
  </property>
  <property fmtid="{D5CDD505-2E9C-101B-9397-08002B2CF9AE}" pid="3" name="MediaServiceImageTags">
    <vt:lpwstr/>
  </property>
</Properties>
</file>